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359325" w14:textId="29D7D336" w:rsidR="006A5691" w:rsidRDefault="00CF023C" w:rsidP="006A5691">
      <w:pPr>
        <w:spacing w:after="0" w:line="240" w:lineRule="auto"/>
        <w:jc w:val="center"/>
        <w:rPr>
          <w:rFonts w:eastAsia="Times New Roman" w:cs="Times New Roman"/>
          <w:b/>
          <w:bCs/>
          <w:szCs w:val="24"/>
          <w:lang w:val="ru-RU" w:eastAsia="ru-RU"/>
        </w:rPr>
      </w:pPr>
      <w:r w:rsidRPr="00137388">
        <w:rPr>
          <w:rFonts w:eastAsia="Times New Roman" w:cs="Times New Roman"/>
          <w:b/>
          <w:bCs/>
          <w:szCs w:val="24"/>
          <w:lang w:val="ru-RU" w:eastAsia="ru-RU"/>
        </w:rPr>
        <w:t>«</w:t>
      </w:r>
      <w:proofErr w:type="spellStart"/>
      <w:r w:rsidRPr="00137388">
        <w:rPr>
          <w:rFonts w:eastAsia="Times New Roman" w:cs="Times New Roman"/>
          <w:b/>
          <w:bCs/>
          <w:szCs w:val="24"/>
          <w:lang w:val="ru-RU" w:eastAsia="ru-RU"/>
        </w:rPr>
        <w:t>Ақмола</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облысы</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білім</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басқармасының</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Есіл</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ауданы</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бойынша</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білім</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бөлімінің</w:t>
      </w:r>
      <w:proofErr w:type="spellEnd"/>
      <w:r w:rsidRPr="00137388">
        <w:rPr>
          <w:rFonts w:eastAsia="Times New Roman" w:cs="Times New Roman"/>
          <w:b/>
          <w:bCs/>
          <w:szCs w:val="24"/>
          <w:lang w:val="ru-RU" w:eastAsia="ru-RU"/>
        </w:rPr>
        <w:t xml:space="preserve"> Свободное </w:t>
      </w:r>
      <w:proofErr w:type="spellStart"/>
      <w:r w:rsidRPr="00137388">
        <w:rPr>
          <w:rFonts w:eastAsia="Times New Roman" w:cs="Times New Roman"/>
          <w:b/>
          <w:bCs/>
          <w:szCs w:val="24"/>
          <w:lang w:val="ru-RU" w:eastAsia="ru-RU"/>
        </w:rPr>
        <w:t>ауылының</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жалпы</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білім</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беретін</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мектебі</w:t>
      </w:r>
      <w:proofErr w:type="spellEnd"/>
      <w:r w:rsidRPr="00137388">
        <w:rPr>
          <w:rFonts w:eastAsia="Times New Roman" w:cs="Times New Roman"/>
          <w:b/>
          <w:bCs/>
          <w:szCs w:val="24"/>
          <w:lang w:val="ru-RU" w:eastAsia="ru-RU"/>
        </w:rPr>
        <w:t>» КММ-</w:t>
      </w:r>
      <w:proofErr w:type="spellStart"/>
      <w:r w:rsidRPr="00137388">
        <w:rPr>
          <w:rFonts w:eastAsia="Times New Roman" w:cs="Times New Roman"/>
          <w:b/>
          <w:bCs/>
          <w:szCs w:val="24"/>
          <w:lang w:val="ru-RU" w:eastAsia="ru-RU"/>
        </w:rPr>
        <w:t>нің</w:t>
      </w:r>
      <w:proofErr w:type="spellEnd"/>
      <w:r w:rsidRPr="00137388">
        <w:rPr>
          <w:rFonts w:eastAsia="Times New Roman" w:cs="Times New Roman"/>
          <w:b/>
          <w:bCs/>
          <w:szCs w:val="24"/>
          <w:lang w:val="ru-RU" w:eastAsia="ru-RU"/>
        </w:rPr>
        <w:t xml:space="preserve"> </w:t>
      </w:r>
    </w:p>
    <w:p w14:paraId="4802B78A" w14:textId="1FD63ED7" w:rsidR="00CF023C" w:rsidRDefault="00CF023C" w:rsidP="005B6E82">
      <w:pPr>
        <w:spacing w:after="0" w:line="240" w:lineRule="auto"/>
        <w:jc w:val="center"/>
        <w:rPr>
          <w:rFonts w:eastAsia="Times New Roman" w:cs="Times New Roman"/>
          <w:b/>
          <w:bCs/>
          <w:szCs w:val="24"/>
          <w:lang w:val="ru-RU" w:eastAsia="ru-RU"/>
        </w:rPr>
      </w:pPr>
      <w:r w:rsidRPr="00137388">
        <w:rPr>
          <w:rFonts w:eastAsia="Times New Roman" w:cs="Times New Roman"/>
          <w:b/>
          <w:bCs/>
          <w:szCs w:val="24"/>
          <w:lang w:val="ru-RU" w:eastAsia="ru-RU"/>
        </w:rPr>
        <w:t>ІШКІ ТӘРТІП ЕРЕЖЕЛЕРІ</w:t>
      </w:r>
    </w:p>
    <w:p w14:paraId="384AD73F" w14:textId="77777777" w:rsidR="005B6E82" w:rsidRPr="00137388" w:rsidRDefault="005B6E82" w:rsidP="005B6E82">
      <w:pPr>
        <w:spacing w:after="0" w:line="240" w:lineRule="auto"/>
        <w:jc w:val="center"/>
        <w:rPr>
          <w:rFonts w:eastAsia="Times New Roman" w:cs="Times New Roman"/>
          <w:szCs w:val="24"/>
          <w:lang w:val="ru-RU" w:eastAsia="ru-RU"/>
        </w:rPr>
      </w:pPr>
    </w:p>
    <w:p w14:paraId="0D5583B8" w14:textId="46CC8B78" w:rsidR="00BC75C6" w:rsidRPr="00137388" w:rsidRDefault="00CF023C" w:rsidP="005B6E82">
      <w:pPr>
        <w:pStyle w:val="21"/>
        <w:spacing w:before="0" w:line="240" w:lineRule="auto"/>
        <w:jc w:val="center"/>
        <w:rPr>
          <w:rFonts w:ascii="Times New Roman" w:hAnsi="Times New Roman" w:cs="Times New Roman"/>
          <w:color w:val="auto"/>
          <w:sz w:val="24"/>
          <w:szCs w:val="24"/>
          <w:lang w:val="kk-KZ"/>
        </w:rPr>
      </w:pPr>
      <w:r w:rsidRPr="00137388">
        <w:rPr>
          <w:rFonts w:ascii="Times New Roman" w:hAnsi="Times New Roman" w:cs="Times New Roman"/>
          <w:color w:val="auto"/>
          <w:sz w:val="24"/>
          <w:szCs w:val="24"/>
          <w:lang w:val="ru-RU"/>
        </w:rPr>
        <w:t xml:space="preserve">1-тарау. </w:t>
      </w:r>
      <w:proofErr w:type="spellStart"/>
      <w:r w:rsidRPr="00137388">
        <w:rPr>
          <w:rFonts w:ascii="Times New Roman" w:hAnsi="Times New Roman" w:cs="Times New Roman"/>
          <w:color w:val="auto"/>
          <w:sz w:val="24"/>
          <w:szCs w:val="24"/>
          <w:lang w:val="ru-RU"/>
        </w:rPr>
        <w:t>Жалпы</w:t>
      </w:r>
      <w:proofErr w:type="spellEnd"/>
      <w:r w:rsidRPr="00137388">
        <w:rPr>
          <w:rFonts w:ascii="Times New Roman" w:hAnsi="Times New Roman" w:cs="Times New Roman"/>
          <w:color w:val="auto"/>
          <w:sz w:val="24"/>
          <w:szCs w:val="24"/>
          <w:lang w:val="ru-RU"/>
        </w:rPr>
        <w:t xml:space="preserve"> </w:t>
      </w:r>
      <w:proofErr w:type="spellStart"/>
      <w:r w:rsidRPr="00137388">
        <w:rPr>
          <w:rFonts w:ascii="Times New Roman" w:hAnsi="Times New Roman" w:cs="Times New Roman"/>
          <w:color w:val="auto"/>
          <w:sz w:val="24"/>
          <w:szCs w:val="24"/>
          <w:lang w:val="ru-RU"/>
        </w:rPr>
        <w:t>ережеле</w:t>
      </w:r>
      <w:proofErr w:type="spellEnd"/>
      <w:r w:rsidRPr="00137388">
        <w:rPr>
          <w:rFonts w:ascii="Times New Roman" w:hAnsi="Times New Roman" w:cs="Times New Roman"/>
          <w:color w:val="auto"/>
          <w:sz w:val="24"/>
          <w:szCs w:val="24"/>
          <w:lang w:val="kk-KZ"/>
        </w:rPr>
        <w:t>р</w:t>
      </w:r>
    </w:p>
    <w:p w14:paraId="24AADEE5" w14:textId="6E64B63B" w:rsidR="00BC75C6" w:rsidRPr="00137388" w:rsidRDefault="00000000" w:rsidP="005B6E82">
      <w:pPr>
        <w:keepLines/>
        <w:spacing w:after="0" w:line="240" w:lineRule="auto"/>
        <w:ind w:firstLine="567"/>
        <w:rPr>
          <w:rFonts w:cs="Times New Roman"/>
          <w:szCs w:val="24"/>
          <w:lang w:val="kk-KZ"/>
        </w:rPr>
      </w:pPr>
      <w:r w:rsidRPr="00137388">
        <w:rPr>
          <w:rFonts w:cs="Times New Roman"/>
          <w:szCs w:val="24"/>
          <w:lang w:val="kk-KZ"/>
        </w:rPr>
        <w:t xml:space="preserve">1. </w:t>
      </w:r>
      <w:r w:rsidR="00CF023C" w:rsidRPr="00137388">
        <w:rPr>
          <w:rFonts w:cs="Times New Roman"/>
          <w:szCs w:val="24"/>
          <w:lang w:val="kk-KZ"/>
        </w:rPr>
        <w:t>«Ақмола облысы білім басқармасының Есіл ауданы бойынша білім бөлімінің Свободное ауылының жалпы білім беретін мектебі» КММ-нің осы Ішкі тәртіп қағидалары (бұдан әрі – Қағидалар, Мектеп) «Білім туралы» Қазақстан Республикасының 2007 жылғы 27 шілдедегі № 319-III Заңына, Қазақстан Республикасы Оқу-ағарту министрінің 2024 жылғы 28 тамыздағы № 227 бұйрығымен бекітілген (Қазақстан Республикасының Әділет министрлігінде 2024 жылғы 29 тамыздағы № 34996 болып тіркелді), Қазақстан Республикасы Оқу-ағарту министрінің 2025 жылғы 30 сәуірдегі № 98 бұйрығымен енгізілген өзгерістерді ескере отырып, Білім беру ұйымдарының үлгілік ішкі тәртіп қағидаларына, Мектеп Жарғысына және Қазақстан Республикасының өзге де нормативтік құқықтық актілеріне сәйкес әзірленді. Қағидалар Мектептің ішкі тәртібін ұйымдастыру мен жүзеге асыру тәртібін, білім алушылардың құқықтарын, міндеттері мен жауапкершілігін, сондай-ақ олардың Мектептегі және Мектеп ұйымдастыратын іс-шаралардағы мінез-құлқына қойылатын талаптарды айқындайды.</w:t>
      </w:r>
    </w:p>
    <w:p w14:paraId="31D59A95" w14:textId="791077C1" w:rsidR="000D15F9" w:rsidRDefault="00000000" w:rsidP="000D15F9">
      <w:pPr>
        <w:spacing w:after="0" w:line="240" w:lineRule="auto"/>
        <w:ind w:firstLine="567"/>
        <w:rPr>
          <w:rFonts w:eastAsia="Times New Roman" w:cs="Times New Roman"/>
          <w:szCs w:val="24"/>
          <w:lang w:val="kk-KZ" w:eastAsia="ru-RU"/>
        </w:rPr>
      </w:pPr>
      <w:r w:rsidRPr="00137388">
        <w:rPr>
          <w:rFonts w:cs="Times New Roman"/>
          <w:szCs w:val="24"/>
          <w:lang w:val="kk-KZ"/>
        </w:rPr>
        <w:t xml:space="preserve">2. </w:t>
      </w:r>
      <w:r w:rsidR="00CF023C" w:rsidRPr="00137388">
        <w:rPr>
          <w:rFonts w:eastAsia="Times New Roman" w:cs="Times New Roman"/>
          <w:szCs w:val="24"/>
          <w:lang w:val="kk-KZ" w:eastAsia="ru-RU"/>
        </w:rPr>
        <w:t>Осы Қағидалар Мектептің ішкі тәртібін ұйымдастырудың бірыңғай тәсілін көздейді. Мектептегі тәртіп білім алушылардың, педагогтердің және басқа да қызметкерлердің адамдық қадір-қасиетін құрметтеу негізінде сақталады. Физикалық және (немесе) психикалық зорлық-зомбылықты, қадір-қасиетті қорлайтын қарым-қатынасты қолдануға жол берілмейді.</w:t>
      </w:r>
    </w:p>
    <w:p w14:paraId="387EF1D6" w14:textId="77777777" w:rsidR="000D15F9" w:rsidRDefault="00CF023C" w:rsidP="000D15F9">
      <w:pPr>
        <w:spacing w:after="0" w:line="240" w:lineRule="auto"/>
        <w:ind w:firstLine="567"/>
        <w:rPr>
          <w:rFonts w:eastAsia="Times New Roman" w:cs="Times New Roman"/>
          <w:szCs w:val="24"/>
          <w:lang w:val="kk-KZ" w:eastAsia="ru-RU"/>
        </w:rPr>
      </w:pPr>
      <w:r w:rsidRPr="00137388">
        <w:rPr>
          <w:rFonts w:eastAsia="Times New Roman" w:cs="Times New Roman"/>
          <w:szCs w:val="24"/>
          <w:lang w:val="kk-KZ" w:eastAsia="ru-RU"/>
        </w:rPr>
        <w:t>3. Осы Қағидалар ұжымның жалпы жиналысында, педагогикалық кеңесте, ата-аналар жиналысында қаралады және Мектеп басшысымен бекітіледі. Ата-аналар (заңды өкілдер) және білім алушылар бекітілген Қағидалармен қолжетімді тәсілмен танысады.</w:t>
      </w:r>
    </w:p>
    <w:p w14:paraId="43D7D073" w14:textId="67155586" w:rsidR="00CF023C" w:rsidRPr="00137388" w:rsidRDefault="00CF023C" w:rsidP="000D15F9">
      <w:pPr>
        <w:spacing w:after="0" w:line="240" w:lineRule="auto"/>
        <w:ind w:firstLine="567"/>
        <w:rPr>
          <w:rFonts w:eastAsia="Times New Roman" w:cs="Times New Roman"/>
          <w:szCs w:val="24"/>
          <w:lang w:val="kk-KZ" w:eastAsia="ru-RU"/>
        </w:rPr>
      </w:pPr>
      <w:r w:rsidRPr="00137388">
        <w:rPr>
          <w:rFonts w:eastAsia="Times New Roman" w:cs="Times New Roman"/>
          <w:szCs w:val="24"/>
          <w:lang w:val="kk-KZ" w:eastAsia="ru-RU"/>
        </w:rPr>
        <w:t>4. Бекітілген Қағидалар барлық қызметкерлер мен білім беру процесіне қатысушылардың орындауы үшін міндетті. Қағидалар Мектептің барлық білім алушыларына, олардың ата-аналарына (заңды өкілдеріне), ал қолданылатын бөлігінде — Мектепке келушілерге қолданылады.</w:t>
      </w:r>
    </w:p>
    <w:p w14:paraId="7D6D1B02" w14:textId="77777777" w:rsidR="000D15F9" w:rsidRDefault="000D15F9" w:rsidP="000D15F9">
      <w:pPr>
        <w:spacing w:after="0" w:line="240" w:lineRule="auto"/>
        <w:jc w:val="center"/>
        <w:rPr>
          <w:rFonts w:cs="Times New Roman"/>
          <w:b/>
          <w:bCs/>
          <w:szCs w:val="24"/>
          <w:lang w:val="kk-KZ"/>
        </w:rPr>
      </w:pPr>
    </w:p>
    <w:p w14:paraId="5D50A764" w14:textId="17283B06" w:rsidR="00BC75C6" w:rsidRPr="00137388" w:rsidRDefault="00CF023C" w:rsidP="000D15F9">
      <w:pPr>
        <w:spacing w:after="0" w:line="240" w:lineRule="auto"/>
        <w:jc w:val="center"/>
        <w:rPr>
          <w:rFonts w:eastAsia="Times New Roman" w:cs="Times New Roman"/>
          <w:b/>
          <w:bCs/>
          <w:szCs w:val="24"/>
          <w:lang w:val="kk-KZ" w:eastAsia="ru-RU"/>
        </w:rPr>
      </w:pPr>
      <w:r w:rsidRPr="00137388">
        <w:rPr>
          <w:rFonts w:cs="Times New Roman"/>
          <w:b/>
          <w:bCs/>
          <w:szCs w:val="24"/>
          <w:lang w:val="kk-KZ"/>
        </w:rPr>
        <w:t>2. тарау «Білім беру ұйымының ішкі тәртібі»</w:t>
      </w:r>
    </w:p>
    <w:p w14:paraId="4E1F4137" w14:textId="1B7FE3D2" w:rsidR="00CF023C" w:rsidRPr="00137388" w:rsidRDefault="00733704" w:rsidP="000D15F9">
      <w:pPr>
        <w:spacing w:after="0" w:line="240" w:lineRule="auto"/>
        <w:ind w:firstLine="567"/>
        <w:rPr>
          <w:rFonts w:eastAsia="Times New Roman" w:cs="Times New Roman"/>
          <w:szCs w:val="24"/>
          <w:lang w:val="kk-KZ" w:eastAsia="ru-RU"/>
        </w:rPr>
      </w:pPr>
      <w:r w:rsidRPr="00137388">
        <w:rPr>
          <w:rFonts w:eastAsia="Times New Roman" w:cs="Times New Roman"/>
          <w:szCs w:val="24"/>
          <w:lang w:val="kk-KZ" w:eastAsia="ru-RU"/>
        </w:rPr>
        <w:t xml:space="preserve">5. </w:t>
      </w:r>
      <w:r w:rsidR="00CF023C" w:rsidRPr="00137388">
        <w:rPr>
          <w:rFonts w:eastAsia="Times New Roman" w:cs="Times New Roman"/>
          <w:szCs w:val="24"/>
          <w:lang w:val="kk-KZ" w:eastAsia="ru-RU"/>
        </w:rPr>
        <w:t>Білім беру ұйымының ішкі тәртіп қағидалары (ережесі) мектептің ішкі нормативтік құжаты болып табылады және ол білім беру процесіне қатысушылардың мынадай жалпы тәсілдерін белгілейді:</w:t>
      </w:r>
    </w:p>
    <w:p w14:paraId="2015C72E" w14:textId="77777777" w:rsidR="00CF023C" w:rsidRPr="00137388" w:rsidRDefault="00CF023C" w:rsidP="000D15F9">
      <w:pPr>
        <w:pStyle w:val="ae"/>
        <w:numPr>
          <w:ilvl w:val="0"/>
          <w:numId w:val="37"/>
        </w:numPr>
        <w:spacing w:after="0" w:line="240" w:lineRule="auto"/>
        <w:rPr>
          <w:rFonts w:eastAsia="Times New Roman" w:cs="Times New Roman"/>
          <w:szCs w:val="24"/>
          <w:lang w:val="ru-RU" w:eastAsia="ru-RU"/>
        </w:rPr>
      </w:pPr>
      <w:proofErr w:type="spellStart"/>
      <w:r w:rsidRPr="00137388">
        <w:rPr>
          <w:rFonts w:eastAsia="Times New Roman" w:cs="Times New Roman"/>
          <w:szCs w:val="24"/>
          <w:lang w:val="ru-RU" w:eastAsia="ru-RU"/>
        </w:rPr>
        <w:t>оқу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процесін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ұйымдастыруға</w:t>
      </w:r>
      <w:proofErr w:type="spellEnd"/>
      <w:r w:rsidRPr="00137388">
        <w:rPr>
          <w:rFonts w:eastAsia="Times New Roman" w:cs="Times New Roman"/>
          <w:szCs w:val="24"/>
          <w:lang w:val="ru-RU" w:eastAsia="ru-RU"/>
        </w:rPr>
        <w:t>;</w:t>
      </w:r>
    </w:p>
    <w:p w14:paraId="7E86EE46" w14:textId="77777777" w:rsidR="00CF023C" w:rsidRPr="00137388" w:rsidRDefault="00CF023C" w:rsidP="000D15F9">
      <w:pPr>
        <w:pStyle w:val="ae"/>
        <w:numPr>
          <w:ilvl w:val="0"/>
          <w:numId w:val="37"/>
        </w:numPr>
        <w:spacing w:after="0" w:line="240" w:lineRule="auto"/>
        <w:rPr>
          <w:rFonts w:eastAsia="Times New Roman" w:cs="Times New Roman"/>
          <w:szCs w:val="24"/>
          <w:lang w:val="ru-RU" w:eastAsia="ru-RU"/>
        </w:rPr>
      </w:pPr>
      <w:proofErr w:type="spellStart"/>
      <w:r w:rsidRPr="00137388">
        <w:rPr>
          <w:rFonts w:eastAsia="Times New Roman" w:cs="Times New Roman"/>
          <w:szCs w:val="24"/>
          <w:lang w:val="ru-RU" w:eastAsia="ru-RU"/>
        </w:rPr>
        <w:t>тәрбие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процесін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ұйымдастыруға</w:t>
      </w:r>
      <w:proofErr w:type="spellEnd"/>
      <w:r w:rsidRPr="00137388">
        <w:rPr>
          <w:rFonts w:eastAsia="Times New Roman" w:cs="Times New Roman"/>
          <w:szCs w:val="24"/>
          <w:lang w:val="ru-RU" w:eastAsia="ru-RU"/>
        </w:rPr>
        <w:t>;</w:t>
      </w:r>
    </w:p>
    <w:p w14:paraId="196FE6F9" w14:textId="77777777" w:rsidR="00CF023C" w:rsidRPr="00137388" w:rsidRDefault="00CF023C" w:rsidP="000D15F9">
      <w:pPr>
        <w:pStyle w:val="ae"/>
        <w:numPr>
          <w:ilvl w:val="0"/>
          <w:numId w:val="37"/>
        </w:numPr>
        <w:spacing w:after="0" w:line="240" w:lineRule="auto"/>
        <w:rPr>
          <w:rFonts w:eastAsia="Times New Roman" w:cs="Times New Roman"/>
          <w:szCs w:val="24"/>
          <w:lang w:val="ru-RU" w:eastAsia="ru-RU"/>
        </w:rPr>
      </w:pP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беру </w:t>
      </w:r>
      <w:proofErr w:type="spellStart"/>
      <w:r w:rsidRPr="00137388">
        <w:rPr>
          <w:rFonts w:eastAsia="Times New Roman" w:cs="Times New Roman"/>
          <w:szCs w:val="24"/>
          <w:lang w:val="ru-RU" w:eastAsia="ru-RU"/>
        </w:rPr>
        <w:t>процесіне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қатысушыларға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қосымша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беруді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ұйымдастыруға</w:t>
      </w:r>
      <w:proofErr w:type="spellEnd"/>
      <w:r w:rsidRPr="00137388">
        <w:rPr>
          <w:rFonts w:eastAsia="Times New Roman" w:cs="Times New Roman"/>
          <w:szCs w:val="24"/>
          <w:lang w:val="ru-RU" w:eastAsia="ru-RU"/>
        </w:rPr>
        <w:t>;</w:t>
      </w:r>
    </w:p>
    <w:p w14:paraId="74FC9587" w14:textId="77777777" w:rsidR="00CF023C" w:rsidRPr="00137388" w:rsidRDefault="00CF023C" w:rsidP="000D15F9">
      <w:pPr>
        <w:pStyle w:val="ae"/>
        <w:numPr>
          <w:ilvl w:val="0"/>
          <w:numId w:val="37"/>
        </w:numPr>
        <w:spacing w:after="0" w:line="240" w:lineRule="auto"/>
        <w:rPr>
          <w:rFonts w:eastAsia="Times New Roman" w:cs="Times New Roman"/>
          <w:szCs w:val="24"/>
          <w:lang w:val="ru-RU" w:eastAsia="ru-RU"/>
        </w:rPr>
      </w:pPr>
      <w:proofErr w:type="spellStart"/>
      <w:r w:rsidRPr="00137388">
        <w:rPr>
          <w:rFonts w:eastAsia="Times New Roman" w:cs="Times New Roman"/>
          <w:szCs w:val="24"/>
          <w:lang w:val="ru-RU" w:eastAsia="ru-RU"/>
        </w:rPr>
        <w:t>қауіпсіздікті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қамтамасыз</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етуге</w:t>
      </w:r>
      <w:proofErr w:type="spellEnd"/>
      <w:r w:rsidRPr="00137388">
        <w:rPr>
          <w:rFonts w:eastAsia="Times New Roman" w:cs="Times New Roman"/>
          <w:szCs w:val="24"/>
          <w:lang w:val="ru-RU" w:eastAsia="ru-RU"/>
        </w:rPr>
        <w:t>;</w:t>
      </w:r>
    </w:p>
    <w:p w14:paraId="1901494B" w14:textId="77777777" w:rsidR="00CF023C" w:rsidRPr="00137388" w:rsidRDefault="00CF023C" w:rsidP="000D15F9">
      <w:pPr>
        <w:pStyle w:val="ae"/>
        <w:numPr>
          <w:ilvl w:val="0"/>
          <w:numId w:val="37"/>
        </w:numPr>
        <w:spacing w:after="0" w:line="240" w:lineRule="auto"/>
        <w:rPr>
          <w:rFonts w:eastAsia="Times New Roman" w:cs="Times New Roman"/>
          <w:szCs w:val="24"/>
          <w:lang w:val="ru-RU" w:eastAsia="ru-RU"/>
        </w:rPr>
      </w:pP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беру </w:t>
      </w:r>
      <w:proofErr w:type="spellStart"/>
      <w:r w:rsidRPr="00137388">
        <w:rPr>
          <w:rFonts w:eastAsia="Times New Roman" w:cs="Times New Roman"/>
          <w:szCs w:val="24"/>
          <w:lang w:val="ru-RU" w:eastAsia="ru-RU"/>
        </w:rPr>
        <w:t>процесіне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қатысушылардың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өзара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іс-қимылына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байланысына</w:t>
      </w:r>
      <w:proofErr w:type="spellEnd"/>
      <w:r w:rsidRPr="00137388">
        <w:rPr>
          <w:rFonts w:eastAsia="Times New Roman" w:cs="Times New Roman"/>
          <w:szCs w:val="24"/>
          <w:lang w:val="ru-RU" w:eastAsia="ru-RU"/>
        </w:rPr>
        <w:t>).</w:t>
      </w:r>
    </w:p>
    <w:p w14:paraId="0E553DC5" w14:textId="77777777" w:rsidR="00CF023C" w:rsidRPr="00137388" w:rsidRDefault="00CF023C" w:rsidP="000D15F9">
      <w:pPr>
        <w:pStyle w:val="21"/>
        <w:spacing w:before="0" w:line="240" w:lineRule="auto"/>
        <w:rPr>
          <w:rFonts w:ascii="Times New Roman" w:hAnsi="Times New Roman" w:cs="Times New Roman"/>
          <w:sz w:val="24"/>
          <w:szCs w:val="24"/>
          <w:lang w:val="ru-RU"/>
        </w:rPr>
      </w:pPr>
    </w:p>
    <w:p w14:paraId="2CA8CA71" w14:textId="77777777" w:rsidR="00733704" w:rsidRPr="00137388" w:rsidRDefault="00CF023C" w:rsidP="000D15F9">
      <w:pPr>
        <w:spacing w:after="0" w:line="240" w:lineRule="auto"/>
        <w:jc w:val="center"/>
        <w:rPr>
          <w:rFonts w:eastAsia="Times New Roman" w:cs="Times New Roman"/>
          <w:b/>
          <w:bCs/>
          <w:szCs w:val="24"/>
          <w:lang w:val="ru-RU" w:eastAsia="ru-RU"/>
        </w:rPr>
      </w:pPr>
      <w:r w:rsidRPr="00137388">
        <w:rPr>
          <w:rFonts w:eastAsia="Times New Roman" w:cs="Times New Roman"/>
          <w:b/>
          <w:bCs/>
          <w:szCs w:val="24"/>
          <w:lang w:val="ru-RU" w:eastAsia="ru-RU"/>
        </w:rPr>
        <w:t xml:space="preserve">1-бөлім. </w:t>
      </w:r>
      <w:proofErr w:type="spellStart"/>
      <w:r w:rsidRPr="00137388">
        <w:rPr>
          <w:rFonts w:eastAsia="Times New Roman" w:cs="Times New Roman"/>
          <w:b/>
          <w:bCs/>
          <w:szCs w:val="24"/>
          <w:lang w:val="ru-RU" w:eastAsia="ru-RU"/>
        </w:rPr>
        <w:t>Оқу</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процесін</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ұйымдастыру</w:t>
      </w:r>
      <w:proofErr w:type="spellEnd"/>
    </w:p>
    <w:p w14:paraId="3F072471" w14:textId="3B224473" w:rsidR="00CF023C" w:rsidRPr="00137388" w:rsidRDefault="00CF023C" w:rsidP="000D15F9">
      <w:pPr>
        <w:spacing w:after="0" w:line="240" w:lineRule="auto"/>
        <w:rPr>
          <w:rFonts w:eastAsia="Times New Roman" w:cs="Times New Roman"/>
          <w:b/>
          <w:bCs/>
          <w:szCs w:val="24"/>
          <w:lang w:val="ru-RU" w:eastAsia="ru-RU"/>
        </w:rPr>
      </w:pPr>
      <w:r w:rsidRPr="00137388">
        <w:rPr>
          <w:rFonts w:eastAsia="Times New Roman" w:cs="Times New Roman"/>
          <w:b/>
          <w:bCs/>
          <w:szCs w:val="24"/>
          <w:lang w:val="ru-RU" w:eastAsia="ru-RU"/>
        </w:rPr>
        <w:t xml:space="preserve">6.1. </w:t>
      </w:r>
      <w:proofErr w:type="spellStart"/>
      <w:r w:rsidRPr="00137388">
        <w:rPr>
          <w:rFonts w:eastAsia="Times New Roman" w:cs="Times New Roman"/>
          <w:b/>
          <w:bCs/>
          <w:szCs w:val="24"/>
          <w:lang w:val="ru-RU" w:eastAsia="ru-RU"/>
        </w:rPr>
        <w:t>Оқу-тәрбие</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процесінің</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ұзақтығы</w:t>
      </w:r>
      <w:proofErr w:type="spellEnd"/>
      <w:r w:rsidRPr="00137388">
        <w:rPr>
          <w:rFonts w:eastAsia="Times New Roman" w:cs="Times New Roman"/>
          <w:b/>
          <w:bCs/>
          <w:szCs w:val="24"/>
          <w:lang w:val="ru-RU" w:eastAsia="ru-RU"/>
        </w:rPr>
        <w:t xml:space="preserve"> мен </w:t>
      </w:r>
      <w:proofErr w:type="spellStart"/>
      <w:r w:rsidRPr="00137388">
        <w:rPr>
          <w:rFonts w:eastAsia="Times New Roman" w:cs="Times New Roman"/>
          <w:b/>
          <w:bCs/>
          <w:szCs w:val="24"/>
          <w:lang w:val="ru-RU" w:eastAsia="ru-RU"/>
        </w:rPr>
        <w:t>оқу</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жүктемесін</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ескере</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отырып</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жұмыс</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режимін</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белгілеу</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сабақ</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кестесін</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бекіту</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және</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оның</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өзгерістері</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туралы</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хабарлау</w:t>
      </w:r>
      <w:proofErr w:type="spellEnd"/>
    </w:p>
    <w:p w14:paraId="4CBD9C8C" w14:textId="77777777" w:rsidR="00637B96" w:rsidRPr="00137388" w:rsidRDefault="00E907E8" w:rsidP="000D15F9">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Мектептің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жұмыс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режимі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директоры </w:t>
      </w:r>
      <w:proofErr w:type="spellStart"/>
      <w:r w:rsidRPr="00137388">
        <w:rPr>
          <w:rFonts w:eastAsia="Times New Roman" w:cs="Times New Roman"/>
          <w:szCs w:val="24"/>
          <w:lang w:val="ru-RU" w:eastAsia="ru-RU"/>
        </w:rPr>
        <w:t>бекітетін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Ішкі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еңбек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тәртібі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қағидаларымен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анықталады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Жұмыс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аптасының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ұзақтығы</w:t>
      </w:r>
      <w:proofErr w:type="spellEnd"/>
      <w:r w:rsidRPr="00137388">
        <w:rPr>
          <w:rFonts w:eastAsia="Times New Roman" w:cs="Times New Roman"/>
          <w:szCs w:val="24"/>
          <w:lang w:val="ru-RU" w:eastAsia="ru-RU"/>
        </w:rPr>
        <w:t xml:space="preserve"> – </w:t>
      </w:r>
      <w:proofErr w:type="spellStart"/>
      <w:r w:rsidRPr="00137388">
        <w:rPr>
          <w:rFonts w:eastAsia="Times New Roman" w:cs="Times New Roman"/>
          <w:szCs w:val="24"/>
          <w:lang w:val="ru-RU" w:eastAsia="ru-RU"/>
        </w:rPr>
        <w:t>Қазақстан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Республикасының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еңбек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заңнамасымен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реттеледі</w:t>
      </w:r>
      <w:proofErr w:type="spellEnd"/>
      <w:r w:rsidRPr="00137388">
        <w:rPr>
          <w:rFonts w:eastAsia="Times New Roman" w:cs="Times New Roman"/>
          <w:szCs w:val="24"/>
          <w:lang w:val="ru-RU" w:eastAsia="ru-RU"/>
        </w:rPr>
        <w:t>.</w:t>
      </w:r>
    </w:p>
    <w:p w14:paraId="6105CBCA" w14:textId="4D7997B3" w:rsidR="00637B96" w:rsidRPr="00137388" w:rsidRDefault="00E907E8" w:rsidP="000D15F9">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Оқу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сабақтары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директоры </w:t>
      </w:r>
      <w:proofErr w:type="spellStart"/>
      <w:r w:rsidRPr="00137388">
        <w:rPr>
          <w:rFonts w:eastAsia="Times New Roman" w:cs="Times New Roman"/>
          <w:szCs w:val="24"/>
          <w:lang w:val="ru-RU" w:eastAsia="ru-RU"/>
        </w:rPr>
        <w:t>бекітетін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кестеге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сәйкес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өткізіледі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оны </w:t>
      </w:r>
      <w:proofErr w:type="spellStart"/>
      <w:r w:rsidRPr="00137388">
        <w:rPr>
          <w:rFonts w:eastAsia="Times New Roman" w:cs="Times New Roman"/>
          <w:szCs w:val="24"/>
          <w:lang w:val="ru-RU" w:eastAsia="ru-RU"/>
        </w:rPr>
        <w:t>оқу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жылы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бойы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директордың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ісі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жөніндегі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тәрбие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ісі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жөніндегі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орынбасарлары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реттеп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отырады</w:t>
      </w:r>
      <w:proofErr w:type="spellEnd"/>
      <w:r w:rsidRPr="00137388">
        <w:rPr>
          <w:rFonts w:eastAsia="Times New Roman" w:cs="Times New Roman"/>
          <w:szCs w:val="24"/>
          <w:lang w:val="ru-RU" w:eastAsia="ru-RU"/>
        </w:rPr>
        <w:t>.</w:t>
      </w:r>
    </w:p>
    <w:p w14:paraId="5A46CAE6" w14:textId="77777777" w:rsidR="00637B96" w:rsidRPr="00137388" w:rsidRDefault="00E907E8" w:rsidP="00637B96">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Мектептегі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академиялық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сағаттың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ұзақтығы</w:t>
      </w:r>
      <w:proofErr w:type="spellEnd"/>
      <w:r w:rsidRPr="00137388">
        <w:rPr>
          <w:rFonts w:eastAsia="Times New Roman" w:cs="Times New Roman"/>
          <w:szCs w:val="24"/>
          <w:lang w:val="ru-RU" w:eastAsia="ru-RU"/>
        </w:rPr>
        <w:t xml:space="preserve"> 45 </w:t>
      </w:r>
      <w:proofErr w:type="spellStart"/>
      <w:r w:rsidRPr="00137388">
        <w:rPr>
          <w:rFonts w:eastAsia="Times New Roman" w:cs="Times New Roman"/>
          <w:szCs w:val="24"/>
          <w:lang w:val="ru-RU" w:eastAsia="ru-RU"/>
        </w:rPr>
        <w:t>минутты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құрайды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Сабақ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арасындағы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үзілістердің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ұзақтығы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кемінде</w:t>
      </w:r>
      <w:proofErr w:type="spellEnd"/>
      <w:r w:rsidRPr="00137388">
        <w:rPr>
          <w:rFonts w:eastAsia="Times New Roman" w:cs="Times New Roman"/>
          <w:szCs w:val="24"/>
          <w:lang w:val="ru-RU" w:eastAsia="ru-RU"/>
        </w:rPr>
        <w:t xml:space="preserve"> 5-20 </w:t>
      </w:r>
      <w:proofErr w:type="spellStart"/>
      <w:r w:rsidRPr="00137388">
        <w:rPr>
          <w:rFonts w:eastAsia="Times New Roman" w:cs="Times New Roman"/>
          <w:szCs w:val="24"/>
          <w:lang w:val="ru-RU" w:eastAsia="ru-RU"/>
        </w:rPr>
        <w:t>минуттан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болады</w:t>
      </w:r>
      <w:proofErr w:type="spellEnd"/>
      <w:r w:rsidRPr="00137388">
        <w:rPr>
          <w:rFonts w:eastAsia="Times New Roman" w:cs="Times New Roman"/>
          <w:szCs w:val="24"/>
          <w:lang w:val="ru-RU" w:eastAsia="ru-RU"/>
        </w:rPr>
        <w:t>.</w:t>
      </w:r>
    </w:p>
    <w:p w14:paraId="596ED78E" w14:textId="77777777" w:rsidR="00637B96" w:rsidRPr="00137388" w:rsidRDefault="00E907E8" w:rsidP="00637B96">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беру </w:t>
      </w:r>
      <w:proofErr w:type="spellStart"/>
      <w:r w:rsidRPr="00137388">
        <w:rPr>
          <w:rFonts w:eastAsia="Times New Roman" w:cs="Times New Roman"/>
          <w:szCs w:val="24"/>
          <w:lang w:val="ru-RU" w:eastAsia="ru-RU"/>
        </w:rPr>
        <w:t>процесінің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жалпы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ұзақтығы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ішінде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жүктемесінің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нормалары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күнінің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режимі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Мектептің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беру </w:t>
      </w:r>
      <w:proofErr w:type="spellStart"/>
      <w:r w:rsidRPr="00137388">
        <w:rPr>
          <w:rFonts w:eastAsia="Times New Roman" w:cs="Times New Roman"/>
          <w:szCs w:val="24"/>
          <w:lang w:val="ru-RU" w:eastAsia="ru-RU"/>
        </w:rPr>
        <w:t>қызметі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қағидаларымен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реттеледі</w:t>
      </w:r>
      <w:proofErr w:type="spellEnd"/>
      <w:r w:rsidRPr="00137388">
        <w:rPr>
          <w:rFonts w:eastAsia="Times New Roman" w:cs="Times New Roman"/>
          <w:szCs w:val="24"/>
          <w:lang w:val="ru-RU" w:eastAsia="ru-RU"/>
        </w:rPr>
        <w:t>.</w:t>
      </w:r>
    </w:p>
    <w:p w14:paraId="0357EF4B" w14:textId="77777777" w:rsidR="00637B96" w:rsidRPr="00137388" w:rsidRDefault="00E907E8" w:rsidP="00637B96">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Оқу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жүктемесі</w:t>
      </w:r>
      <w:proofErr w:type="spellEnd"/>
      <w:r w:rsidRPr="00137388">
        <w:rPr>
          <w:rFonts w:eastAsia="Times New Roman" w:cs="Times New Roman"/>
          <w:szCs w:val="24"/>
          <w:lang w:val="ru-RU" w:eastAsia="ru-RU"/>
        </w:rPr>
        <w:t xml:space="preserve"> мен </w:t>
      </w:r>
      <w:proofErr w:type="spellStart"/>
      <w:r w:rsidRPr="00137388">
        <w:rPr>
          <w:rFonts w:eastAsia="Times New Roman" w:cs="Times New Roman"/>
          <w:szCs w:val="24"/>
          <w:lang w:val="ru-RU" w:eastAsia="ru-RU"/>
        </w:rPr>
        <w:t>оқу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күнінің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режимі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Балалар</w:t>
      </w:r>
      <w:proofErr w:type="spellEnd"/>
      <w:r w:rsidRPr="00137388">
        <w:rPr>
          <w:rFonts w:eastAsia="Times New Roman" w:cs="Times New Roman"/>
          <w:szCs w:val="24"/>
          <w:lang w:val="ru-RU" w:eastAsia="ru-RU"/>
        </w:rPr>
        <w:t xml:space="preserve"> мен </w:t>
      </w:r>
      <w:proofErr w:type="spellStart"/>
      <w:r w:rsidRPr="00137388">
        <w:rPr>
          <w:rFonts w:eastAsia="Times New Roman" w:cs="Times New Roman"/>
          <w:szCs w:val="24"/>
          <w:lang w:val="ru-RU" w:eastAsia="ru-RU"/>
        </w:rPr>
        <w:t>жасөспірімдерді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тәрбиелеу</w:t>
      </w:r>
      <w:proofErr w:type="spellEnd"/>
      <w:r w:rsidRPr="00137388">
        <w:rPr>
          <w:rFonts w:eastAsia="Times New Roman" w:cs="Times New Roman"/>
          <w:szCs w:val="24"/>
          <w:lang w:val="ru-RU" w:eastAsia="ru-RU"/>
        </w:rPr>
        <w:t xml:space="preserve"> мен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беру </w:t>
      </w:r>
      <w:proofErr w:type="spellStart"/>
      <w:r w:rsidRPr="00137388">
        <w:rPr>
          <w:rFonts w:eastAsia="Times New Roman" w:cs="Times New Roman"/>
          <w:szCs w:val="24"/>
          <w:lang w:val="ru-RU" w:eastAsia="ru-RU"/>
        </w:rPr>
        <w:t>объектілеріне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қойылатын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санитарлық-эпидемиологиялық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талаптар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Санитарлық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қағидаларында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белгіленген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нормалардан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аспауы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тиіс</w:t>
      </w:r>
      <w:proofErr w:type="spellEnd"/>
      <w:r w:rsidRPr="00137388">
        <w:rPr>
          <w:rFonts w:eastAsia="Times New Roman" w:cs="Times New Roman"/>
          <w:szCs w:val="24"/>
          <w:lang w:val="ru-RU" w:eastAsia="ru-RU"/>
        </w:rPr>
        <w:t>.</w:t>
      </w:r>
    </w:p>
    <w:p w14:paraId="18CD13FF" w14:textId="77777777" w:rsidR="00637B96" w:rsidRPr="00137388" w:rsidRDefault="00E907E8" w:rsidP="00637B96">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lastRenderedPageBreak/>
        <w:t>Анықталған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жылына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арналған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апталары</w:t>
      </w:r>
      <w:proofErr w:type="spellEnd"/>
      <w:r w:rsidRPr="00137388">
        <w:rPr>
          <w:rFonts w:eastAsia="Times New Roman" w:cs="Times New Roman"/>
          <w:szCs w:val="24"/>
          <w:lang w:val="ru-RU" w:eastAsia="ru-RU"/>
        </w:rPr>
        <w:t xml:space="preserve"> мен </w:t>
      </w:r>
      <w:proofErr w:type="spellStart"/>
      <w:r w:rsidRPr="00137388">
        <w:rPr>
          <w:rFonts w:eastAsia="Times New Roman" w:cs="Times New Roman"/>
          <w:szCs w:val="24"/>
          <w:lang w:val="ru-RU" w:eastAsia="ru-RU"/>
        </w:rPr>
        <w:t>каникулдардың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нақты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мерзімдері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директоры </w:t>
      </w:r>
      <w:proofErr w:type="spellStart"/>
      <w:r w:rsidRPr="00137388">
        <w:rPr>
          <w:rFonts w:eastAsia="Times New Roman" w:cs="Times New Roman"/>
          <w:szCs w:val="24"/>
          <w:lang w:val="ru-RU" w:eastAsia="ru-RU"/>
        </w:rPr>
        <w:t>бекітетін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жылының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басталуы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туралы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жыл</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сайынғы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бұйрықпен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белгіленеді</w:t>
      </w:r>
      <w:proofErr w:type="spellEnd"/>
      <w:r w:rsidRPr="00137388">
        <w:rPr>
          <w:rFonts w:eastAsia="Times New Roman" w:cs="Times New Roman"/>
          <w:szCs w:val="24"/>
          <w:lang w:val="ru-RU" w:eastAsia="ru-RU"/>
        </w:rPr>
        <w:t>.</w:t>
      </w:r>
    </w:p>
    <w:p w14:paraId="1E66AA01" w14:textId="5AB97BBE" w:rsidR="00E907E8" w:rsidRPr="00137388" w:rsidRDefault="00E907E8" w:rsidP="00637B96">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Оқу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сабақтарының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кестесі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директорымен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бекітіледі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Кестедегі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өзгерістер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педагогтердің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алушылар</w:t>
      </w:r>
      <w:proofErr w:type="spellEnd"/>
      <w:r w:rsidRPr="00137388">
        <w:rPr>
          <w:rFonts w:eastAsia="Times New Roman" w:cs="Times New Roman"/>
          <w:szCs w:val="24"/>
          <w:lang w:val="ru-RU" w:eastAsia="ru-RU"/>
        </w:rPr>
        <w:t xml:space="preserve"> мен </w:t>
      </w:r>
      <w:proofErr w:type="spellStart"/>
      <w:r w:rsidRPr="00137388">
        <w:rPr>
          <w:rFonts w:eastAsia="Times New Roman" w:cs="Times New Roman"/>
          <w:szCs w:val="24"/>
          <w:lang w:val="ru-RU" w:eastAsia="ru-RU"/>
        </w:rPr>
        <w:t>олардың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ата-аналарының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өкілдерінің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қаперіне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сынып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жетекшілері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Мектептің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ақпараттық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ресурстары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арқылы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қолжетімді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тәсілмен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жеткізіледі</w:t>
      </w:r>
      <w:proofErr w:type="spellEnd"/>
      <w:r w:rsidRPr="00137388">
        <w:rPr>
          <w:rFonts w:eastAsia="Times New Roman" w:cs="Times New Roman"/>
          <w:szCs w:val="24"/>
          <w:lang w:val="ru-RU" w:eastAsia="ru-RU"/>
        </w:rPr>
        <w:t>.</w:t>
      </w:r>
    </w:p>
    <w:p w14:paraId="6394BCF5" w14:textId="77777777" w:rsidR="00E907E8" w:rsidRPr="00137388" w:rsidRDefault="00E907E8" w:rsidP="00E907E8">
      <w:pPr>
        <w:spacing w:after="0" w:line="240" w:lineRule="auto"/>
        <w:rPr>
          <w:rFonts w:eastAsia="Times New Roman" w:cs="Times New Roman"/>
          <w:b/>
          <w:bCs/>
          <w:szCs w:val="24"/>
          <w:lang w:val="ru-RU" w:eastAsia="ru-RU"/>
        </w:rPr>
      </w:pPr>
      <w:r w:rsidRPr="00137388">
        <w:rPr>
          <w:rFonts w:eastAsia="Times New Roman" w:cs="Times New Roman"/>
          <w:b/>
          <w:bCs/>
          <w:szCs w:val="24"/>
          <w:lang w:val="ru-RU" w:eastAsia="ru-RU"/>
        </w:rPr>
        <w:t xml:space="preserve">6.2. </w:t>
      </w:r>
      <w:proofErr w:type="spellStart"/>
      <w:r w:rsidRPr="00137388">
        <w:rPr>
          <w:rFonts w:eastAsia="Times New Roman" w:cs="Times New Roman"/>
          <w:b/>
          <w:bCs/>
          <w:szCs w:val="24"/>
          <w:lang w:val="ru-RU" w:eastAsia="ru-RU"/>
        </w:rPr>
        <w:t>Аралық</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және</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қорытынды</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аттестаттауды</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өткізу</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шарттары</w:t>
      </w:r>
      <w:proofErr w:type="spellEnd"/>
    </w:p>
    <w:p w14:paraId="38F98A40" w14:textId="77777777" w:rsidR="00637B96" w:rsidRPr="00137388" w:rsidRDefault="00E907E8" w:rsidP="00637B96">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алушыларды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аралық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қорытынды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аттестаттау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Қазақстан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Республикасының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заңнамасында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мемлекеттік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жалпыға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міндетті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беру </w:t>
      </w:r>
      <w:proofErr w:type="spellStart"/>
      <w:r w:rsidRPr="00137388">
        <w:rPr>
          <w:rFonts w:eastAsia="Times New Roman" w:cs="Times New Roman"/>
          <w:szCs w:val="24"/>
          <w:lang w:val="ru-RU" w:eastAsia="ru-RU"/>
        </w:rPr>
        <w:t>стандарттарында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Мектептің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өз</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құзыреті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шегінде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қабылдаған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жергілікті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актілерінде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белгіленген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мерзімдерде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нысандарда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тәртіппен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өткізіледі</w:t>
      </w:r>
      <w:proofErr w:type="spellEnd"/>
      <w:r w:rsidRPr="00137388">
        <w:rPr>
          <w:rFonts w:eastAsia="Times New Roman" w:cs="Times New Roman"/>
          <w:szCs w:val="24"/>
          <w:lang w:val="ru-RU" w:eastAsia="ru-RU"/>
        </w:rPr>
        <w:t>.</w:t>
      </w:r>
    </w:p>
    <w:p w14:paraId="5C21DF9D" w14:textId="41CEE37A" w:rsidR="00E907E8" w:rsidRPr="00137388" w:rsidRDefault="00E907E8" w:rsidP="00637B96">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әкімшілігі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алушылар</w:t>
      </w:r>
      <w:proofErr w:type="spellEnd"/>
      <w:r w:rsidRPr="00137388">
        <w:rPr>
          <w:rFonts w:eastAsia="Times New Roman" w:cs="Times New Roman"/>
          <w:szCs w:val="24"/>
          <w:lang w:val="ru-RU" w:eastAsia="ru-RU"/>
        </w:rPr>
        <w:t xml:space="preserve"> мен </w:t>
      </w:r>
      <w:proofErr w:type="spellStart"/>
      <w:r w:rsidRPr="00137388">
        <w:rPr>
          <w:rFonts w:eastAsia="Times New Roman" w:cs="Times New Roman"/>
          <w:szCs w:val="24"/>
          <w:lang w:val="ru-RU" w:eastAsia="ru-RU"/>
        </w:rPr>
        <w:t>ата-аналарды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өкілдерді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аттестаттаудың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мерзімдері</w:t>
      </w:r>
      <w:proofErr w:type="spellEnd"/>
      <w:r w:rsidRPr="00137388">
        <w:rPr>
          <w:rFonts w:eastAsia="Times New Roman" w:cs="Times New Roman"/>
          <w:szCs w:val="24"/>
          <w:lang w:val="ru-RU" w:eastAsia="ru-RU"/>
        </w:rPr>
        <w:t xml:space="preserve"> мен </w:t>
      </w:r>
      <w:proofErr w:type="spellStart"/>
      <w:r w:rsidRPr="00137388">
        <w:rPr>
          <w:rFonts w:eastAsia="Times New Roman" w:cs="Times New Roman"/>
          <w:szCs w:val="24"/>
          <w:lang w:val="ru-RU" w:eastAsia="ru-RU"/>
        </w:rPr>
        <w:t>өткізілу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тәртібі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туралы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уақтылы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ақпараттандыруды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қамтамасыз</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етеді</w:t>
      </w:r>
      <w:proofErr w:type="spellEnd"/>
      <w:r w:rsidRPr="00137388">
        <w:rPr>
          <w:rFonts w:eastAsia="Times New Roman" w:cs="Times New Roman"/>
          <w:szCs w:val="24"/>
          <w:lang w:val="ru-RU" w:eastAsia="ru-RU"/>
        </w:rPr>
        <w:t>.</w:t>
      </w:r>
    </w:p>
    <w:p w14:paraId="1A8C775C" w14:textId="77777777" w:rsidR="00E907E8" w:rsidRPr="00137388" w:rsidRDefault="00E907E8" w:rsidP="00E907E8">
      <w:pPr>
        <w:spacing w:after="0" w:line="240" w:lineRule="auto"/>
        <w:rPr>
          <w:rFonts w:eastAsia="Times New Roman" w:cs="Times New Roman"/>
          <w:b/>
          <w:bCs/>
          <w:szCs w:val="24"/>
          <w:lang w:val="ru-RU" w:eastAsia="ru-RU"/>
        </w:rPr>
      </w:pPr>
      <w:r w:rsidRPr="00137388">
        <w:rPr>
          <w:rFonts w:eastAsia="Times New Roman" w:cs="Times New Roman"/>
          <w:b/>
          <w:bCs/>
          <w:szCs w:val="24"/>
          <w:lang w:val="ru-RU" w:eastAsia="ru-RU"/>
        </w:rPr>
        <w:t xml:space="preserve">6.3. </w:t>
      </w:r>
      <w:proofErr w:type="spellStart"/>
      <w:r w:rsidRPr="00137388">
        <w:rPr>
          <w:rFonts w:eastAsia="Times New Roman" w:cs="Times New Roman"/>
          <w:b/>
          <w:bCs/>
          <w:szCs w:val="24"/>
          <w:lang w:val="ru-RU" w:eastAsia="ru-RU"/>
        </w:rPr>
        <w:t>Білім</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алушыларды</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өңірлік</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республикалық</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және</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халықаралық</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деңгейдегі</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пәндік</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олимпиадаларға</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интеллектуалдық</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конкурстарға</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ғылыми</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жобалар</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жарыстарына</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дайындау</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шарттары</w:t>
      </w:r>
      <w:proofErr w:type="spellEnd"/>
    </w:p>
    <w:p w14:paraId="19CBB86D" w14:textId="77777777" w:rsidR="00E907E8" w:rsidRPr="00137388" w:rsidRDefault="00E907E8" w:rsidP="00637B96">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алушыларды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пәндік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олимпиадаларға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интеллектуалдық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конкурстарға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ғылыми</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жобалар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жарыстарына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дайындауды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педагогтер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Мектептің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жұмыс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жоспарына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тиісті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іс-шаралардың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шарттарына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қауіпсіздік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талаптарына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сәйкес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жүзеге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асырады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алушыларды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іріктеу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олардың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нәтижелері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қабілеттері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қызығушылықтары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ұйымдастырушылардың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критерийлері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ескеріле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отырып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жүргізіледі</w:t>
      </w:r>
      <w:proofErr w:type="spellEnd"/>
      <w:r w:rsidRPr="00137388">
        <w:rPr>
          <w:rFonts w:eastAsia="Times New Roman" w:cs="Times New Roman"/>
          <w:szCs w:val="24"/>
          <w:lang w:val="ru-RU" w:eastAsia="ru-RU"/>
        </w:rPr>
        <w:t>.</w:t>
      </w:r>
    </w:p>
    <w:p w14:paraId="376EE352" w14:textId="77777777" w:rsidR="00E907E8" w:rsidRPr="00137388" w:rsidRDefault="00E907E8" w:rsidP="00E907E8">
      <w:pPr>
        <w:spacing w:after="0" w:line="240" w:lineRule="auto"/>
        <w:rPr>
          <w:rFonts w:eastAsia="Times New Roman" w:cs="Times New Roman"/>
          <w:b/>
          <w:bCs/>
          <w:szCs w:val="24"/>
          <w:lang w:val="ru-RU" w:eastAsia="ru-RU"/>
        </w:rPr>
      </w:pPr>
      <w:r w:rsidRPr="00137388">
        <w:rPr>
          <w:rFonts w:eastAsia="Times New Roman" w:cs="Times New Roman"/>
          <w:b/>
          <w:bCs/>
          <w:szCs w:val="24"/>
          <w:lang w:val="ru-RU" w:eastAsia="ru-RU"/>
        </w:rPr>
        <w:t xml:space="preserve">6.4. </w:t>
      </w:r>
      <w:proofErr w:type="spellStart"/>
      <w:r w:rsidRPr="00137388">
        <w:rPr>
          <w:rFonts w:eastAsia="Times New Roman" w:cs="Times New Roman"/>
          <w:b/>
          <w:bCs/>
          <w:szCs w:val="24"/>
          <w:lang w:val="ru-RU" w:eastAsia="ru-RU"/>
        </w:rPr>
        <w:t>Қосымша</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ақылы</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қызметтер</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көрсету</w:t>
      </w:r>
      <w:proofErr w:type="spellEnd"/>
    </w:p>
    <w:p w14:paraId="3413A3B2" w14:textId="77777777" w:rsidR="00E907E8" w:rsidRPr="00137388" w:rsidRDefault="00E907E8" w:rsidP="00637B96">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Қосымша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ақылы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қызметтерді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тек </w:t>
      </w:r>
      <w:proofErr w:type="spellStart"/>
      <w:r w:rsidRPr="00137388">
        <w:rPr>
          <w:rFonts w:eastAsia="Times New Roman" w:cs="Times New Roman"/>
          <w:szCs w:val="24"/>
          <w:lang w:val="ru-RU" w:eastAsia="ru-RU"/>
        </w:rPr>
        <w:t>Қазақстан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Республикасының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заңнамасында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көзделген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негіздер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бекітілген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тәртіп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тиісті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ресімдеу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болған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жағдайда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ғана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көрсете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алады</w:t>
      </w:r>
      <w:proofErr w:type="spellEnd"/>
      <w:r w:rsidRPr="00137388">
        <w:rPr>
          <w:rFonts w:eastAsia="Times New Roman" w:cs="Times New Roman"/>
          <w:szCs w:val="24"/>
          <w:lang w:val="ru-RU" w:eastAsia="ru-RU"/>
        </w:rPr>
        <w:t xml:space="preserve">. «Свободное </w:t>
      </w:r>
      <w:proofErr w:type="spellStart"/>
      <w:r w:rsidRPr="00137388">
        <w:rPr>
          <w:rFonts w:eastAsia="Times New Roman" w:cs="Times New Roman"/>
          <w:szCs w:val="24"/>
          <w:lang w:val="ru-RU" w:eastAsia="ru-RU"/>
        </w:rPr>
        <w:t>ауылының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жалпы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беретін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мектебі</w:t>
      </w:r>
      <w:proofErr w:type="spellEnd"/>
      <w:r w:rsidRPr="00137388">
        <w:rPr>
          <w:rFonts w:eastAsia="Times New Roman" w:cs="Times New Roman"/>
          <w:szCs w:val="24"/>
          <w:lang w:val="ru-RU" w:eastAsia="ru-RU"/>
        </w:rPr>
        <w:t xml:space="preserve">» КММ-де </w:t>
      </w:r>
      <w:proofErr w:type="spellStart"/>
      <w:r w:rsidRPr="00137388">
        <w:rPr>
          <w:rFonts w:eastAsia="Times New Roman" w:cs="Times New Roman"/>
          <w:szCs w:val="24"/>
          <w:lang w:val="ru-RU" w:eastAsia="ru-RU"/>
        </w:rPr>
        <w:t>бекітілген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ақылы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қызметтер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болмаған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жағдайда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бұл</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тәртіп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қолданылмайды</w:t>
      </w:r>
      <w:proofErr w:type="spellEnd"/>
      <w:r w:rsidRPr="00137388">
        <w:rPr>
          <w:rFonts w:eastAsia="Times New Roman" w:cs="Times New Roman"/>
          <w:szCs w:val="24"/>
          <w:lang w:val="ru-RU" w:eastAsia="ru-RU"/>
        </w:rPr>
        <w:t>.</w:t>
      </w:r>
    </w:p>
    <w:p w14:paraId="707BB482" w14:textId="77777777" w:rsidR="00E907E8" w:rsidRPr="00137388" w:rsidRDefault="00E907E8" w:rsidP="00E907E8">
      <w:pPr>
        <w:spacing w:after="0" w:line="240" w:lineRule="auto"/>
        <w:rPr>
          <w:rFonts w:eastAsia="Times New Roman" w:cs="Times New Roman"/>
          <w:b/>
          <w:bCs/>
          <w:szCs w:val="24"/>
          <w:lang w:val="ru-RU" w:eastAsia="ru-RU"/>
        </w:rPr>
      </w:pPr>
      <w:r w:rsidRPr="00137388">
        <w:rPr>
          <w:rFonts w:eastAsia="Times New Roman" w:cs="Times New Roman"/>
          <w:b/>
          <w:bCs/>
          <w:szCs w:val="24"/>
          <w:lang w:val="ru-RU" w:eastAsia="ru-RU"/>
        </w:rPr>
        <w:t xml:space="preserve">6.5. </w:t>
      </w:r>
      <w:proofErr w:type="spellStart"/>
      <w:r w:rsidRPr="00137388">
        <w:rPr>
          <w:rFonts w:eastAsia="Times New Roman" w:cs="Times New Roman"/>
          <w:b/>
          <w:bCs/>
          <w:szCs w:val="24"/>
          <w:lang w:val="ru-RU" w:eastAsia="ru-RU"/>
        </w:rPr>
        <w:t>Сабақтарды</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үйірмелер</w:t>
      </w:r>
      <w:proofErr w:type="spellEnd"/>
      <w:r w:rsidRPr="00137388">
        <w:rPr>
          <w:rFonts w:eastAsia="Times New Roman" w:cs="Times New Roman"/>
          <w:b/>
          <w:bCs/>
          <w:szCs w:val="24"/>
          <w:lang w:val="ru-RU" w:eastAsia="ru-RU"/>
        </w:rPr>
        <w:t xml:space="preserve"> мен </w:t>
      </w:r>
      <w:proofErr w:type="spellStart"/>
      <w:r w:rsidRPr="00137388">
        <w:rPr>
          <w:rFonts w:eastAsia="Times New Roman" w:cs="Times New Roman"/>
          <w:b/>
          <w:bCs/>
          <w:szCs w:val="24"/>
          <w:lang w:val="ru-RU" w:eastAsia="ru-RU"/>
        </w:rPr>
        <w:t>секцияларды</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босатуды</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ресімдеу</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және</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босатылған</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күндердегі</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бағдарламалық</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материалды</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меңгеру</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шарттары</w:t>
      </w:r>
      <w:proofErr w:type="spellEnd"/>
    </w:p>
    <w:p w14:paraId="54C8DF0E" w14:textId="77777777" w:rsidR="00E907E8" w:rsidRPr="00137388" w:rsidRDefault="00E907E8" w:rsidP="00FF3EBE">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Оқушылардың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сабақты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босатуын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ресімдеу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тәртібі</w:t>
      </w:r>
      <w:proofErr w:type="spellEnd"/>
      <w:r w:rsidRPr="00137388">
        <w:rPr>
          <w:rFonts w:eastAsia="Times New Roman" w:cs="Times New Roman"/>
          <w:szCs w:val="24"/>
          <w:lang w:val="ru-RU" w:eastAsia="ru-RU"/>
        </w:rPr>
        <w:t>.</w:t>
      </w:r>
      <w:r w:rsidRPr="00137388">
        <w:rPr>
          <w:rFonts w:eastAsia="Times New Roman" w:cs="Times New Roman"/>
          <w:szCs w:val="24"/>
          <w:lang w:val="ru-RU" w:eastAsia="ru-RU"/>
        </w:rPr>
        <w:br/>
      </w:r>
      <w:proofErr w:type="spellStart"/>
      <w:r w:rsidRPr="00137388">
        <w:rPr>
          <w:rFonts w:eastAsia="Times New Roman" w:cs="Times New Roman"/>
          <w:szCs w:val="24"/>
          <w:lang w:val="ru-RU" w:eastAsia="ru-RU"/>
        </w:rPr>
        <w:t>Сабақты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босатудың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дәлелді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себептеріне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мыналар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жатады</w:t>
      </w:r>
      <w:proofErr w:type="spellEnd"/>
      <w:r w:rsidRPr="00137388">
        <w:rPr>
          <w:rFonts w:eastAsia="Times New Roman" w:cs="Times New Roman"/>
          <w:szCs w:val="24"/>
          <w:lang w:val="ru-RU" w:eastAsia="ru-RU"/>
        </w:rPr>
        <w:t>:</w:t>
      </w:r>
    </w:p>
    <w:p w14:paraId="3921F16E" w14:textId="77777777" w:rsidR="00E907E8" w:rsidRPr="00137388" w:rsidRDefault="00E907E8" w:rsidP="00FF3EBE">
      <w:pPr>
        <w:spacing w:after="0" w:line="240" w:lineRule="auto"/>
        <w:ind w:left="360"/>
        <w:rPr>
          <w:rFonts w:eastAsia="Times New Roman" w:cs="Times New Roman"/>
          <w:szCs w:val="24"/>
          <w:lang w:val="ru-RU" w:eastAsia="ru-RU"/>
        </w:rPr>
      </w:pPr>
      <w:proofErr w:type="spellStart"/>
      <w:r w:rsidRPr="00137388">
        <w:rPr>
          <w:rFonts w:eastAsia="Times New Roman" w:cs="Times New Roman"/>
          <w:szCs w:val="24"/>
          <w:lang w:val="ru-RU" w:eastAsia="ru-RU"/>
        </w:rPr>
        <w:t>оқушының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ауырып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қалуы</w:t>
      </w:r>
      <w:proofErr w:type="spellEnd"/>
      <w:r w:rsidRPr="00137388">
        <w:rPr>
          <w:rFonts w:eastAsia="Times New Roman" w:cs="Times New Roman"/>
          <w:szCs w:val="24"/>
          <w:lang w:val="ru-RU" w:eastAsia="ru-RU"/>
        </w:rPr>
        <w:t>;</w:t>
      </w:r>
    </w:p>
    <w:p w14:paraId="6637DE87" w14:textId="77777777" w:rsidR="00E907E8" w:rsidRPr="00137388" w:rsidRDefault="00E907E8" w:rsidP="00FF3EBE">
      <w:pPr>
        <w:spacing w:after="0" w:line="240" w:lineRule="auto"/>
        <w:ind w:left="360"/>
        <w:rPr>
          <w:rFonts w:eastAsia="Times New Roman" w:cs="Times New Roman"/>
          <w:szCs w:val="24"/>
          <w:lang w:val="ru-RU" w:eastAsia="ru-RU"/>
        </w:rPr>
      </w:pPr>
      <w:proofErr w:type="spellStart"/>
      <w:r w:rsidRPr="00137388">
        <w:rPr>
          <w:rFonts w:eastAsia="Times New Roman" w:cs="Times New Roman"/>
          <w:szCs w:val="24"/>
          <w:lang w:val="ru-RU" w:eastAsia="ru-RU"/>
        </w:rPr>
        <w:t>дәрігерге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қаралуы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анықтама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ұсынылады</w:t>
      </w:r>
      <w:proofErr w:type="spellEnd"/>
      <w:r w:rsidRPr="00137388">
        <w:rPr>
          <w:rFonts w:eastAsia="Times New Roman" w:cs="Times New Roman"/>
          <w:szCs w:val="24"/>
          <w:lang w:val="ru-RU" w:eastAsia="ru-RU"/>
        </w:rPr>
        <w:t>);</w:t>
      </w:r>
    </w:p>
    <w:p w14:paraId="0860CB85" w14:textId="77777777" w:rsidR="00E907E8" w:rsidRPr="00137388" w:rsidRDefault="00E907E8" w:rsidP="00FF3EBE">
      <w:pPr>
        <w:spacing w:after="0" w:line="240" w:lineRule="auto"/>
        <w:ind w:left="360"/>
        <w:rPr>
          <w:rFonts w:eastAsia="Times New Roman" w:cs="Times New Roman"/>
          <w:szCs w:val="24"/>
          <w:lang w:val="ru-RU" w:eastAsia="ru-RU"/>
        </w:rPr>
      </w:pPr>
      <w:proofErr w:type="spellStart"/>
      <w:r w:rsidRPr="00137388">
        <w:rPr>
          <w:rFonts w:eastAsia="Times New Roman" w:cs="Times New Roman"/>
          <w:szCs w:val="24"/>
          <w:lang w:val="ru-RU" w:eastAsia="ru-RU"/>
        </w:rPr>
        <w:t>заңды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өкілдердің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жазбаша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өтініші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бойынша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директорының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міндетті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келісімімен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жылы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ішінде</w:t>
      </w:r>
      <w:proofErr w:type="spellEnd"/>
      <w:r w:rsidRPr="00137388">
        <w:rPr>
          <w:rFonts w:eastAsia="Times New Roman" w:cs="Times New Roman"/>
          <w:szCs w:val="24"/>
          <w:lang w:val="ru-RU" w:eastAsia="ru-RU"/>
        </w:rPr>
        <w:t xml:space="preserve"> 10 </w:t>
      </w:r>
      <w:proofErr w:type="spellStart"/>
      <w:r w:rsidRPr="00137388">
        <w:rPr>
          <w:rFonts w:eastAsia="Times New Roman" w:cs="Times New Roman"/>
          <w:szCs w:val="24"/>
          <w:lang w:val="ru-RU" w:eastAsia="ru-RU"/>
        </w:rPr>
        <w:t>күннен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аспайтын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мерзімге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отбасылық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жағдайлар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бойынша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сабақтарды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босату</w:t>
      </w:r>
      <w:proofErr w:type="spellEnd"/>
      <w:r w:rsidRPr="00137388">
        <w:rPr>
          <w:rFonts w:eastAsia="Times New Roman" w:cs="Times New Roman"/>
          <w:szCs w:val="24"/>
          <w:lang w:val="ru-RU" w:eastAsia="ru-RU"/>
        </w:rPr>
        <w:t>.</w:t>
      </w:r>
    </w:p>
    <w:p w14:paraId="6534CD2C" w14:textId="77777777" w:rsidR="00FF3EBE" w:rsidRPr="00137388" w:rsidRDefault="00E907E8" w:rsidP="00FF3EBE">
      <w:pPr>
        <w:spacing w:after="0" w:line="240" w:lineRule="auto"/>
        <w:ind w:firstLine="567"/>
        <w:rPr>
          <w:rFonts w:eastAsia="Times New Roman" w:cs="Times New Roman"/>
          <w:szCs w:val="24"/>
          <w:lang w:val="ru-RU" w:eastAsia="ru-RU"/>
        </w:rPr>
      </w:pPr>
      <w:r w:rsidRPr="00137388">
        <w:rPr>
          <w:rFonts w:eastAsia="Times New Roman" w:cs="Times New Roman"/>
          <w:b/>
          <w:bCs/>
          <w:szCs w:val="24"/>
          <w:lang w:val="ru-RU" w:eastAsia="ru-RU"/>
        </w:rPr>
        <w:t xml:space="preserve">6.4. </w:t>
      </w:r>
      <w:proofErr w:type="spellStart"/>
      <w:r w:rsidRPr="00137388">
        <w:rPr>
          <w:rFonts w:eastAsia="Times New Roman" w:cs="Times New Roman"/>
          <w:b/>
          <w:bCs/>
          <w:szCs w:val="24"/>
          <w:lang w:val="ru-RU" w:eastAsia="ru-RU"/>
        </w:rPr>
        <w:t>Қосымша</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ақылы</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қызметтер</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көрсету</w:t>
      </w:r>
      <w:proofErr w:type="spellEnd"/>
    </w:p>
    <w:p w14:paraId="58A8B6A0" w14:textId="1A0C4EB9" w:rsidR="00E907E8" w:rsidRPr="00137388" w:rsidRDefault="00E907E8" w:rsidP="00FF3EBE">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Қосымша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ақылы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қызметтерді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тек </w:t>
      </w:r>
      <w:proofErr w:type="spellStart"/>
      <w:r w:rsidRPr="00137388">
        <w:rPr>
          <w:rFonts w:eastAsia="Times New Roman" w:cs="Times New Roman"/>
          <w:szCs w:val="24"/>
          <w:lang w:val="ru-RU" w:eastAsia="ru-RU"/>
        </w:rPr>
        <w:t>Қазақстан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Республикасының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заңнамасында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көзделген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негіздер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бекітілген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тәртіп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тиісті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ресімдеу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болған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жағдайда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ғана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көрсете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алады</w:t>
      </w:r>
      <w:proofErr w:type="spellEnd"/>
      <w:r w:rsidRPr="00137388">
        <w:rPr>
          <w:rFonts w:eastAsia="Times New Roman" w:cs="Times New Roman"/>
          <w:szCs w:val="24"/>
          <w:lang w:val="ru-RU" w:eastAsia="ru-RU"/>
        </w:rPr>
        <w:t xml:space="preserve">. «Свободное а. ЖОББМ» КММ-де </w:t>
      </w:r>
      <w:proofErr w:type="spellStart"/>
      <w:r w:rsidRPr="00137388">
        <w:rPr>
          <w:rFonts w:eastAsia="Times New Roman" w:cs="Times New Roman"/>
          <w:szCs w:val="24"/>
          <w:lang w:val="ru-RU" w:eastAsia="ru-RU"/>
        </w:rPr>
        <w:t>бекітілген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ақылы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қызметтер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болмаған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жағдайда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бұл</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тәртіп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қолданылмайды</w:t>
      </w:r>
      <w:proofErr w:type="spellEnd"/>
      <w:r w:rsidRPr="00137388">
        <w:rPr>
          <w:rFonts w:eastAsia="Times New Roman" w:cs="Times New Roman"/>
          <w:szCs w:val="24"/>
          <w:lang w:val="ru-RU" w:eastAsia="ru-RU"/>
        </w:rPr>
        <w:t>.</w:t>
      </w:r>
    </w:p>
    <w:p w14:paraId="7653EA62" w14:textId="77777777" w:rsidR="00FF3EBE" w:rsidRPr="00137388" w:rsidRDefault="00E907E8" w:rsidP="00FF3EBE">
      <w:pPr>
        <w:spacing w:after="0" w:line="240" w:lineRule="auto"/>
        <w:ind w:firstLine="567"/>
        <w:rPr>
          <w:rFonts w:eastAsia="Times New Roman" w:cs="Times New Roman"/>
          <w:szCs w:val="24"/>
          <w:lang w:val="ru-RU" w:eastAsia="ru-RU"/>
        </w:rPr>
      </w:pPr>
      <w:r w:rsidRPr="00137388">
        <w:rPr>
          <w:rFonts w:eastAsia="Times New Roman" w:cs="Times New Roman"/>
          <w:b/>
          <w:bCs/>
          <w:szCs w:val="24"/>
          <w:lang w:val="ru-RU" w:eastAsia="ru-RU"/>
        </w:rPr>
        <w:t xml:space="preserve">6.5. </w:t>
      </w:r>
      <w:proofErr w:type="spellStart"/>
      <w:r w:rsidRPr="00137388">
        <w:rPr>
          <w:rFonts w:eastAsia="Times New Roman" w:cs="Times New Roman"/>
          <w:b/>
          <w:bCs/>
          <w:szCs w:val="24"/>
          <w:lang w:val="ru-RU" w:eastAsia="ru-RU"/>
        </w:rPr>
        <w:t>Сабақтардан</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үйірмелер</w:t>
      </w:r>
      <w:proofErr w:type="spellEnd"/>
      <w:r w:rsidRPr="00137388">
        <w:rPr>
          <w:rFonts w:eastAsia="Times New Roman" w:cs="Times New Roman"/>
          <w:b/>
          <w:bCs/>
          <w:szCs w:val="24"/>
          <w:lang w:val="ru-RU" w:eastAsia="ru-RU"/>
        </w:rPr>
        <w:t xml:space="preserve"> мен </w:t>
      </w:r>
      <w:proofErr w:type="spellStart"/>
      <w:r w:rsidRPr="00137388">
        <w:rPr>
          <w:rFonts w:eastAsia="Times New Roman" w:cs="Times New Roman"/>
          <w:b/>
          <w:bCs/>
          <w:szCs w:val="24"/>
          <w:lang w:val="ru-RU" w:eastAsia="ru-RU"/>
        </w:rPr>
        <w:t>секциялардың</w:t>
      </w:r>
      <w:proofErr w:type="spellEnd"/>
      <w:r w:rsidRPr="00137388">
        <w:rPr>
          <w:rFonts w:eastAsia="Times New Roman" w:cs="Times New Roman"/>
          <w:b/>
          <w:bCs/>
          <w:szCs w:val="24"/>
          <w:lang w:val="ru-RU" w:eastAsia="ru-RU"/>
        </w:rPr>
        <w:t xml:space="preserve"> бос </w:t>
      </w:r>
      <w:proofErr w:type="spellStart"/>
      <w:r w:rsidRPr="00137388">
        <w:rPr>
          <w:rFonts w:eastAsia="Times New Roman" w:cs="Times New Roman"/>
          <w:b/>
          <w:bCs/>
          <w:szCs w:val="24"/>
          <w:lang w:val="ru-RU" w:eastAsia="ru-RU"/>
        </w:rPr>
        <w:t>қалуын</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ресімдеу</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және</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өткізіп</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алған</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күндердегі</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бағдарламалық</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материалды</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меңгеру</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шарттары</w:t>
      </w:r>
      <w:proofErr w:type="spellEnd"/>
    </w:p>
    <w:p w14:paraId="5B72F542" w14:textId="1F2F581C" w:rsidR="00E907E8" w:rsidRPr="00137388" w:rsidRDefault="00E907E8" w:rsidP="00FF3EBE">
      <w:pPr>
        <w:spacing w:after="0" w:line="240" w:lineRule="auto"/>
        <w:ind w:firstLine="567"/>
        <w:rPr>
          <w:rFonts w:eastAsia="Times New Roman" w:cs="Times New Roman"/>
          <w:b/>
          <w:bCs/>
          <w:szCs w:val="24"/>
          <w:lang w:val="ru-RU" w:eastAsia="ru-RU"/>
        </w:rPr>
      </w:pPr>
      <w:proofErr w:type="spellStart"/>
      <w:r w:rsidRPr="00137388">
        <w:rPr>
          <w:rFonts w:eastAsia="Times New Roman" w:cs="Times New Roman"/>
          <w:szCs w:val="24"/>
          <w:lang w:val="ru-RU" w:eastAsia="ru-RU"/>
        </w:rPr>
        <w:t>Оқушылардың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сабақты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босатуын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ресімдеу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тәртібі</w:t>
      </w:r>
      <w:proofErr w:type="spellEnd"/>
      <w:r w:rsidRPr="00137388">
        <w:rPr>
          <w:rFonts w:eastAsia="Times New Roman" w:cs="Times New Roman"/>
          <w:szCs w:val="24"/>
          <w:lang w:val="ru-RU" w:eastAsia="ru-RU"/>
        </w:rPr>
        <w:t>.</w:t>
      </w:r>
      <w:r w:rsidRPr="00137388">
        <w:rPr>
          <w:rFonts w:eastAsia="Times New Roman" w:cs="Times New Roman"/>
          <w:szCs w:val="24"/>
          <w:lang w:val="ru-RU" w:eastAsia="ru-RU"/>
        </w:rPr>
        <w:br/>
      </w:r>
      <w:proofErr w:type="spellStart"/>
      <w:r w:rsidRPr="00137388">
        <w:rPr>
          <w:rFonts w:eastAsia="Times New Roman" w:cs="Times New Roman"/>
          <w:b/>
          <w:bCs/>
          <w:szCs w:val="24"/>
          <w:lang w:val="ru-RU" w:eastAsia="ru-RU"/>
        </w:rPr>
        <w:t>Сабақты</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босатудың</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дәлелді</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себептеріне</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мыналар</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жатады</w:t>
      </w:r>
      <w:proofErr w:type="spellEnd"/>
      <w:r w:rsidRPr="00137388">
        <w:rPr>
          <w:rFonts w:eastAsia="Times New Roman" w:cs="Times New Roman"/>
          <w:b/>
          <w:bCs/>
          <w:szCs w:val="24"/>
          <w:lang w:val="ru-RU" w:eastAsia="ru-RU"/>
        </w:rPr>
        <w:t>:</w:t>
      </w:r>
    </w:p>
    <w:p w14:paraId="6437DCB6" w14:textId="77777777" w:rsidR="00E907E8" w:rsidRPr="00137388" w:rsidRDefault="00E907E8" w:rsidP="00E907E8">
      <w:pPr>
        <w:numPr>
          <w:ilvl w:val="0"/>
          <w:numId w:val="12"/>
        </w:numPr>
        <w:spacing w:after="0" w:line="240" w:lineRule="auto"/>
        <w:rPr>
          <w:rFonts w:eastAsia="Times New Roman" w:cs="Times New Roman"/>
          <w:szCs w:val="24"/>
          <w:lang w:val="ru-RU" w:eastAsia="ru-RU"/>
        </w:rPr>
      </w:pPr>
      <w:proofErr w:type="spellStart"/>
      <w:r w:rsidRPr="00137388">
        <w:rPr>
          <w:rFonts w:eastAsia="Times New Roman" w:cs="Times New Roman"/>
          <w:szCs w:val="24"/>
          <w:lang w:val="ru-RU" w:eastAsia="ru-RU"/>
        </w:rPr>
        <w:t>оқушының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ауырып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қалуы</w:t>
      </w:r>
      <w:proofErr w:type="spellEnd"/>
      <w:r w:rsidRPr="00137388">
        <w:rPr>
          <w:rFonts w:eastAsia="Times New Roman" w:cs="Times New Roman"/>
          <w:szCs w:val="24"/>
          <w:lang w:val="ru-RU" w:eastAsia="ru-RU"/>
        </w:rPr>
        <w:t>;</w:t>
      </w:r>
    </w:p>
    <w:p w14:paraId="4E1B15FF" w14:textId="77777777" w:rsidR="00E907E8" w:rsidRPr="00137388" w:rsidRDefault="00E907E8" w:rsidP="00E907E8">
      <w:pPr>
        <w:numPr>
          <w:ilvl w:val="0"/>
          <w:numId w:val="12"/>
        </w:numPr>
        <w:spacing w:after="0" w:line="240" w:lineRule="auto"/>
        <w:rPr>
          <w:rFonts w:eastAsia="Times New Roman" w:cs="Times New Roman"/>
          <w:szCs w:val="24"/>
          <w:lang w:val="ru-RU" w:eastAsia="ru-RU"/>
        </w:rPr>
      </w:pPr>
      <w:proofErr w:type="spellStart"/>
      <w:r w:rsidRPr="00137388">
        <w:rPr>
          <w:rFonts w:eastAsia="Times New Roman" w:cs="Times New Roman"/>
          <w:szCs w:val="24"/>
          <w:lang w:val="ru-RU" w:eastAsia="ru-RU"/>
        </w:rPr>
        <w:t>дәрігерге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қаралуы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анықтама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ұсынылады</w:t>
      </w:r>
      <w:proofErr w:type="spellEnd"/>
      <w:r w:rsidRPr="00137388">
        <w:rPr>
          <w:rFonts w:eastAsia="Times New Roman" w:cs="Times New Roman"/>
          <w:szCs w:val="24"/>
          <w:lang w:val="ru-RU" w:eastAsia="ru-RU"/>
        </w:rPr>
        <w:t>);</w:t>
      </w:r>
    </w:p>
    <w:p w14:paraId="0027B65A" w14:textId="77777777" w:rsidR="00E907E8" w:rsidRPr="00137388" w:rsidRDefault="00E907E8" w:rsidP="00E907E8">
      <w:pPr>
        <w:numPr>
          <w:ilvl w:val="0"/>
          <w:numId w:val="12"/>
        </w:numPr>
        <w:spacing w:after="0" w:line="240" w:lineRule="auto"/>
        <w:rPr>
          <w:rFonts w:eastAsia="Times New Roman" w:cs="Times New Roman"/>
          <w:szCs w:val="24"/>
          <w:lang w:val="ru-RU" w:eastAsia="ru-RU"/>
        </w:rPr>
      </w:pPr>
      <w:proofErr w:type="spellStart"/>
      <w:r w:rsidRPr="00137388">
        <w:rPr>
          <w:rFonts w:eastAsia="Times New Roman" w:cs="Times New Roman"/>
          <w:szCs w:val="24"/>
          <w:lang w:val="ru-RU" w:eastAsia="ru-RU"/>
        </w:rPr>
        <w:t>заңды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өкілдерінің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жазбаша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өтініші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бойынша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директорымен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міндетті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түрде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келісе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отырып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отбасылық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жағдайлар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бойынша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жылы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ішінде</w:t>
      </w:r>
      <w:proofErr w:type="spellEnd"/>
      <w:r w:rsidRPr="00137388">
        <w:rPr>
          <w:rFonts w:eastAsia="Times New Roman" w:cs="Times New Roman"/>
          <w:szCs w:val="24"/>
          <w:lang w:val="ru-RU" w:eastAsia="ru-RU"/>
        </w:rPr>
        <w:t xml:space="preserve"> 10 </w:t>
      </w:r>
      <w:proofErr w:type="spellStart"/>
      <w:r w:rsidRPr="00137388">
        <w:rPr>
          <w:rFonts w:eastAsia="Times New Roman" w:cs="Times New Roman"/>
          <w:szCs w:val="24"/>
          <w:lang w:val="ru-RU" w:eastAsia="ru-RU"/>
        </w:rPr>
        <w:t>күннен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аспайтын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мерзімге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сабақтан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қалуы</w:t>
      </w:r>
      <w:proofErr w:type="spellEnd"/>
      <w:r w:rsidRPr="00137388">
        <w:rPr>
          <w:rFonts w:eastAsia="Times New Roman" w:cs="Times New Roman"/>
          <w:szCs w:val="24"/>
          <w:lang w:val="ru-RU" w:eastAsia="ru-RU"/>
        </w:rPr>
        <w:t>;</w:t>
      </w:r>
    </w:p>
    <w:p w14:paraId="0E8B3E97" w14:textId="77777777" w:rsidR="00E907E8" w:rsidRPr="00137388" w:rsidRDefault="00E907E8" w:rsidP="00E907E8">
      <w:pPr>
        <w:numPr>
          <w:ilvl w:val="0"/>
          <w:numId w:val="12"/>
        </w:numPr>
        <w:spacing w:after="0" w:line="240" w:lineRule="auto"/>
        <w:rPr>
          <w:rFonts w:eastAsia="Times New Roman" w:cs="Times New Roman"/>
          <w:szCs w:val="24"/>
          <w:lang w:val="ru-RU" w:eastAsia="ru-RU"/>
        </w:rPr>
      </w:pP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беру </w:t>
      </w:r>
      <w:proofErr w:type="spellStart"/>
      <w:r w:rsidRPr="00137388">
        <w:rPr>
          <w:rFonts w:eastAsia="Times New Roman" w:cs="Times New Roman"/>
          <w:szCs w:val="24"/>
          <w:lang w:val="ru-RU" w:eastAsia="ru-RU"/>
        </w:rPr>
        <w:t>процесінің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мүддесі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үшін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өткізілетін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пәндік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олимпиадаларға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жарыстарға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басқа</w:t>
      </w:r>
      <w:proofErr w:type="spellEnd"/>
      <w:r w:rsidRPr="00137388">
        <w:rPr>
          <w:rFonts w:eastAsia="Times New Roman" w:cs="Times New Roman"/>
          <w:szCs w:val="24"/>
          <w:lang w:val="ru-RU" w:eastAsia="ru-RU"/>
        </w:rPr>
        <w:t xml:space="preserve"> да </w:t>
      </w:r>
      <w:proofErr w:type="spellStart"/>
      <w:r w:rsidRPr="00137388">
        <w:rPr>
          <w:rFonts w:eastAsia="Times New Roman" w:cs="Times New Roman"/>
          <w:szCs w:val="24"/>
          <w:lang w:val="ru-RU" w:eastAsia="ru-RU"/>
        </w:rPr>
        <w:t>іс-шараларға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қатысуы</w:t>
      </w:r>
      <w:proofErr w:type="spellEnd"/>
      <w:r w:rsidRPr="00137388">
        <w:rPr>
          <w:rFonts w:eastAsia="Times New Roman" w:cs="Times New Roman"/>
          <w:szCs w:val="24"/>
          <w:lang w:val="ru-RU" w:eastAsia="ru-RU"/>
        </w:rPr>
        <w:t>;</w:t>
      </w:r>
    </w:p>
    <w:p w14:paraId="0EECDA90" w14:textId="77777777" w:rsidR="00E907E8" w:rsidRPr="00137388" w:rsidRDefault="00E907E8" w:rsidP="00E907E8">
      <w:pPr>
        <w:numPr>
          <w:ilvl w:val="0"/>
          <w:numId w:val="12"/>
        </w:numPr>
        <w:spacing w:after="0" w:line="240" w:lineRule="auto"/>
        <w:rPr>
          <w:rFonts w:eastAsia="Times New Roman" w:cs="Times New Roman"/>
          <w:szCs w:val="24"/>
          <w:lang w:val="ru-RU" w:eastAsia="ru-RU"/>
        </w:rPr>
      </w:pPr>
      <w:proofErr w:type="spellStart"/>
      <w:r w:rsidRPr="00137388">
        <w:rPr>
          <w:rFonts w:eastAsia="Times New Roman" w:cs="Times New Roman"/>
          <w:szCs w:val="24"/>
          <w:lang w:val="ru-RU" w:eastAsia="ru-RU"/>
        </w:rPr>
        <w:t>мектептен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тыс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ұйымдардың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пәндік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олимпиадаларға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жарыстарға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басқа</w:t>
      </w:r>
      <w:proofErr w:type="spellEnd"/>
      <w:r w:rsidRPr="00137388">
        <w:rPr>
          <w:rFonts w:eastAsia="Times New Roman" w:cs="Times New Roman"/>
          <w:szCs w:val="24"/>
          <w:lang w:val="ru-RU" w:eastAsia="ru-RU"/>
        </w:rPr>
        <w:t xml:space="preserve"> да </w:t>
      </w:r>
      <w:proofErr w:type="spellStart"/>
      <w:r w:rsidRPr="00137388">
        <w:rPr>
          <w:rFonts w:eastAsia="Times New Roman" w:cs="Times New Roman"/>
          <w:szCs w:val="24"/>
          <w:lang w:val="ru-RU" w:eastAsia="ru-RU"/>
        </w:rPr>
        <w:t>іс-шараларға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қатысу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туралы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өтінімі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сұранысы</w:t>
      </w:r>
      <w:proofErr w:type="spellEnd"/>
      <w:r w:rsidRPr="00137388">
        <w:rPr>
          <w:rFonts w:eastAsia="Times New Roman" w:cs="Times New Roman"/>
          <w:szCs w:val="24"/>
          <w:lang w:val="ru-RU" w:eastAsia="ru-RU"/>
        </w:rPr>
        <w:t>).</w:t>
      </w:r>
    </w:p>
    <w:p w14:paraId="2F896E88" w14:textId="77777777" w:rsidR="00E907E8" w:rsidRPr="00137388" w:rsidRDefault="00E907E8" w:rsidP="00BB7DC3">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lastRenderedPageBreak/>
        <w:t>Ауырып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қалуына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байланысты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сабақтан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қалған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жағдайда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оқушы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ауырған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бірінші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күні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сынып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жетекшісіне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хабарлауға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сабаққа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шыққан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алғашқы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күні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оған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ауырғаны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туралы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анықтаманы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көрсетуге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міндетті</w:t>
      </w:r>
      <w:proofErr w:type="spellEnd"/>
      <w:r w:rsidRPr="00137388">
        <w:rPr>
          <w:rFonts w:eastAsia="Times New Roman" w:cs="Times New Roman"/>
          <w:szCs w:val="24"/>
          <w:lang w:val="ru-RU" w:eastAsia="ru-RU"/>
        </w:rPr>
        <w:t>.</w:t>
      </w:r>
    </w:p>
    <w:p w14:paraId="4662277C" w14:textId="77777777" w:rsidR="00E907E8" w:rsidRPr="00137388" w:rsidRDefault="00E907E8" w:rsidP="00BB7DC3">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өткізетін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пәндік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олимпиадаларға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жарыстарға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басқа</w:t>
      </w:r>
      <w:proofErr w:type="spellEnd"/>
      <w:r w:rsidRPr="00137388">
        <w:rPr>
          <w:rFonts w:eastAsia="Times New Roman" w:cs="Times New Roman"/>
          <w:szCs w:val="24"/>
          <w:lang w:val="ru-RU" w:eastAsia="ru-RU"/>
        </w:rPr>
        <w:t xml:space="preserve"> да </w:t>
      </w:r>
      <w:proofErr w:type="spellStart"/>
      <w:r w:rsidRPr="00137388">
        <w:rPr>
          <w:rFonts w:eastAsia="Times New Roman" w:cs="Times New Roman"/>
          <w:szCs w:val="24"/>
          <w:lang w:val="ru-RU" w:eastAsia="ru-RU"/>
        </w:rPr>
        <w:t>іс-шараларға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қатысу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үшін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сабақтан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қалған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жағдайда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журналға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жазбаны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сынып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жетекшісі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пән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мұғалімі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ресімдейді</w:t>
      </w:r>
      <w:proofErr w:type="spellEnd"/>
      <w:r w:rsidRPr="00137388">
        <w:rPr>
          <w:rFonts w:eastAsia="Times New Roman" w:cs="Times New Roman"/>
          <w:szCs w:val="24"/>
          <w:lang w:val="ru-RU" w:eastAsia="ru-RU"/>
        </w:rPr>
        <w:t>.</w:t>
      </w:r>
    </w:p>
    <w:p w14:paraId="3E91A86C" w14:textId="77777777" w:rsidR="00E907E8" w:rsidRPr="00137388" w:rsidRDefault="00E907E8" w:rsidP="00E907E8">
      <w:pPr>
        <w:spacing w:after="0" w:line="240" w:lineRule="auto"/>
        <w:rPr>
          <w:rFonts w:eastAsia="Times New Roman" w:cs="Times New Roman"/>
          <w:b/>
          <w:bCs/>
          <w:szCs w:val="24"/>
          <w:lang w:val="ru-RU" w:eastAsia="ru-RU"/>
        </w:rPr>
      </w:pPr>
      <w:proofErr w:type="spellStart"/>
      <w:r w:rsidRPr="00137388">
        <w:rPr>
          <w:rFonts w:eastAsia="Times New Roman" w:cs="Times New Roman"/>
          <w:b/>
          <w:bCs/>
          <w:szCs w:val="24"/>
          <w:lang w:val="ru-RU" w:eastAsia="ru-RU"/>
        </w:rPr>
        <w:t>Мектептен</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тыс</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ұйымдардың</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өтінімі</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бойынша</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сабақтан</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қалған</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жағдайда</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келесі</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тәртіп</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қолданылады</w:t>
      </w:r>
      <w:proofErr w:type="spellEnd"/>
      <w:r w:rsidRPr="00137388">
        <w:rPr>
          <w:rFonts w:eastAsia="Times New Roman" w:cs="Times New Roman"/>
          <w:b/>
          <w:bCs/>
          <w:szCs w:val="24"/>
          <w:lang w:val="ru-RU" w:eastAsia="ru-RU"/>
        </w:rPr>
        <w:t>:</w:t>
      </w:r>
    </w:p>
    <w:p w14:paraId="74F7120B" w14:textId="77777777" w:rsidR="00E907E8" w:rsidRPr="00137388" w:rsidRDefault="00E907E8" w:rsidP="00E907E8">
      <w:pPr>
        <w:numPr>
          <w:ilvl w:val="0"/>
          <w:numId w:val="13"/>
        </w:numPr>
        <w:spacing w:after="0" w:line="240" w:lineRule="auto"/>
        <w:rPr>
          <w:rFonts w:eastAsia="Times New Roman" w:cs="Times New Roman"/>
          <w:szCs w:val="24"/>
          <w:lang w:val="ru-RU" w:eastAsia="ru-RU"/>
        </w:rPr>
      </w:pPr>
      <w:proofErr w:type="spellStart"/>
      <w:r w:rsidRPr="00137388">
        <w:rPr>
          <w:rFonts w:eastAsia="Times New Roman" w:cs="Times New Roman"/>
          <w:szCs w:val="24"/>
          <w:lang w:val="ru-RU" w:eastAsia="ru-RU"/>
        </w:rPr>
        <w:t>заңды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өкілі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директорының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атына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жазбаша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өтініш</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береді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оған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мектептен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тыс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ұйымның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ресми</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өтінімі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қоса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беріледі</w:t>
      </w:r>
      <w:proofErr w:type="spellEnd"/>
      <w:r w:rsidRPr="00137388">
        <w:rPr>
          <w:rFonts w:eastAsia="Times New Roman" w:cs="Times New Roman"/>
          <w:szCs w:val="24"/>
          <w:lang w:val="ru-RU" w:eastAsia="ru-RU"/>
        </w:rPr>
        <w:t>;</w:t>
      </w:r>
    </w:p>
    <w:p w14:paraId="457C35E5" w14:textId="77777777" w:rsidR="00E907E8" w:rsidRPr="00137388" w:rsidRDefault="00E907E8" w:rsidP="00E907E8">
      <w:pPr>
        <w:numPr>
          <w:ilvl w:val="0"/>
          <w:numId w:val="13"/>
        </w:numPr>
        <w:spacing w:after="0" w:line="240" w:lineRule="auto"/>
        <w:rPr>
          <w:rFonts w:eastAsia="Times New Roman" w:cs="Times New Roman"/>
          <w:szCs w:val="24"/>
          <w:lang w:val="ru-RU" w:eastAsia="ru-RU"/>
        </w:rPr>
      </w:pPr>
      <w:proofErr w:type="spellStart"/>
      <w:r w:rsidRPr="00137388">
        <w:rPr>
          <w:rFonts w:eastAsia="Times New Roman" w:cs="Times New Roman"/>
          <w:szCs w:val="24"/>
          <w:lang w:val="ru-RU" w:eastAsia="ru-RU"/>
        </w:rPr>
        <w:t>заңды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өкілдің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өтініші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сынып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жетекшісімен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келісіледі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содан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кейін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директоры </w:t>
      </w:r>
      <w:proofErr w:type="spellStart"/>
      <w:r w:rsidRPr="00137388">
        <w:rPr>
          <w:rFonts w:eastAsia="Times New Roman" w:cs="Times New Roman"/>
          <w:szCs w:val="24"/>
          <w:lang w:val="ru-RU" w:eastAsia="ru-RU"/>
        </w:rPr>
        <w:t>тиісті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бұйрық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шығарады</w:t>
      </w:r>
      <w:proofErr w:type="spellEnd"/>
      <w:r w:rsidRPr="00137388">
        <w:rPr>
          <w:rFonts w:eastAsia="Times New Roman" w:cs="Times New Roman"/>
          <w:szCs w:val="24"/>
          <w:lang w:val="ru-RU" w:eastAsia="ru-RU"/>
        </w:rPr>
        <w:t>.</w:t>
      </w:r>
    </w:p>
    <w:p w14:paraId="492C5C72" w14:textId="77777777" w:rsidR="00E907E8" w:rsidRPr="00137388" w:rsidRDefault="00E907E8" w:rsidP="00BB7DC3">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Өткізіп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алған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күндердегі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бағдарламасының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материалын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оқушылардың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меңгеруіне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өкілдер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жауапты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болады</w:t>
      </w:r>
      <w:proofErr w:type="spellEnd"/>
      <w:r w:rsidRPr="00137388">
        <w:rPr>
          <w:rFonts w:eastAsia="Times New Roman" w:cs="Times New Roman"/>
          <w:szCs w:val="24"/>
          <w:lang w:val="ru-RU" w:eastAsia="ru-RU"/>
        </w:rPr>
        <w:t>.</w:t>
      </w:r>
    </w:p>
    <w:p w14:paraId="45E35B7A" w14:textId="77777777" w:rsidR="00E907E8" w:rsidRPr="00137388" w:rsidRDefault="00E907E8" w:rsidP="00BB7DC3">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Дәлелсіз</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себептермен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сабақтан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қалуды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журналға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сынып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жетекшісі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белгілейді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Оқушылардың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дәлелсіз</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себептермен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сабақтан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қалғаны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үшін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ата-аналары</w:t>
      </w:r>
      <w:proofErr w:type="spellEnd"/>
      <w:r w:rsidRPr="00137388">
        <w:rPr>
          <w:rFonts w:eastAsia="Times New Roman" w:cs="Times New Roman"/>
          <w:szCs w:val="24"/>
          <w:lang w:val="ru-RU" w:eastAsia="ru-RU"/>
        </w:rPr>
        <w:t xml:space="preserve"> осы </w:t>
      </w:r>
      <w:proofErr w:type="spellStart"/>
      <w:r w:rsidRPr="00137388">
        <w:rPr>
          <w:rFonts w:eastAsia="Times New Roman" w:cs="Times New Roman"/>
          <w:szCs w:val="24"/>
          <w:lang w:val="ru-RU" w:eastAsia="ru-RU"/>
        </w:rPr>
        <w:t>Ережелерде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көзделген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жауапкершілікті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арқалайды</w:t>
      </w:r>
      <w:proofErr w:type="spellEnd"/>
      <w:r w:rsidRPr="00137388">
        <w:rPr>
          <w:rFonts w:eastAsia="Times New Roman" w:cs="Times New Roman"/>
          <w:szCs w:val="24"/>
          <w:lang w:val="ru-RU" w:eastAsia="ru-RU"/>
        </w:rPr>
        <w:t>.</w:t>
      </w:r>
    </w:p>
    <w:p w14:paraId="3E393DE6" w14:textId="77777777" w:rsidR="00E907E8" w:rsidRPr="00137388" w:rsidRDefault="00E907E8" w:rsidP="00BB7DC3">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Сабақтарды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дәлелсіз</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себептермен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жүйелі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түрде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босату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алушымен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ата-анасымен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өкілдерімен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жеке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профилактикалық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тәрбие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жұмыстарын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жүргізуге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негіз</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болып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табылады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алушыны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Мектептен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шығару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туралы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мәселе</w:t>
      </w:r>
      <w:proofErr w:type="spellEnd"/>
      <w:r w:rsidRPr="00137388">
        <w:rPr>
          <w:rFonts w:eastAsia="Times New Roman" w:cs="Times New Roman"/>
          <w:szCs w:val="24"/>
          <w:lang w:val="ru-RU" w:eastAsia="ru-RU"/>
        </w:rPr>
        <w:t xml:space="preserve"> тек </w:t>
      </w:r>
      <w:proofErr w:type="spellStart"/>
      <w:r w:rsidRPr="00137388">
        <w:rPr>
          <w:rFonts w:eastAsia="Times New Roman" w:cs="Times New Roman"/>
          <w:szCs w:val="24"/>
          <w:lang w:val="ru-RU" w:eastAsia="ru-RU"/>
        </w:rPr>
        <w:t>Қазақстан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Республикасының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заңнамасында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тікелей</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көзделген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жағдайларда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тәртіппен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ғана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қарастырылуы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мүмкін</w:t>
      </w:r>
      <w:proofErr w:type="spellEnd"/>
      <w:r w:rsidRPr="00137388">
        <w:rPr>
          <w:rFonts w:eastAsia="Times New Roman" w:cs="Times New Roman"/>
          <w:szCs w:val="24"/>
          <w:lang w:val="ru-RU" w:eastAsia="ru-RU"/>
        </w:rPr>
        <w:t>.</w:t>
      </w:r>
    </w:p>
    <w:p w14:paraId="698ADF3A" w14:textId="77777777" w:rsidR="00E907E8" w:rsidRPr="00137388" w:rsidRDefault="00E907E8" w:rsidP="00E907E8">
      <w:pPr>
        <w:spacing w:after="0" w:line="240" w:lineRule="auto"/>
        <w:rPr>
          <w:rFonts w:eastAsia="Times New Roman" w:cs="Times New Roman"/>
          <w:szCs w:val="24"/>
          <w:lang w:val="ru-RU" w:eastAsia="ru-RU"/>
        </w:rPr>
      </w:pPr>
      <w:r w:rsidRPr="00137388">
        <w:rPr>
          <w:rFonts w:eastAsia="Times New Roman" w:cs="Times New Roman"/>
          <w:b/>
          <w:bCs/>
          <w:szCs w:val="24"/>
          <w:lang w:val="ru-RU" w:eastAsia="ru-RU"/>
        </w:rPr>
        <w:t xml:space="preserve">6.6. </w:t>
      </w:r>
      <w:proofErr w:type="spellStart"/>
      <w:r w:rsidRPr="00137388">
        <w:rPr>
          <w:rFonts w:eastAsia="Times New Roman" w:cs="Times New Roman"/>
          <w:b/>
          <w:bCs/>
          <w:szCs w:val="24"/>
          <w:lang w:val="ru-RU" w:eastAsia="ru-RU"/>
        </w:rPr>
        <w:t>Оқу-тәрбие</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процесіне</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жатпайтын</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ұялы</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байланыс</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абоненттік</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құрылғыларын</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пайдалану</w:t>
      </w:r>
      <w:proofErr w:type="spellEnd"/>
      <w:r w:rsidRPr="00137388">
        <w:rPr>
          <w:rFonts w:eastAsia="Times New Roman" w:cs="Times New Roman"/>
          <w:szCs w:val="24"/>
          <w:lang w:val="ru-RU" w:eastAsia="ru-RU"/>
        </w:rPr>
        <w:br/>
      </w:r>
      <w:r w:rsidRPr="00137388">
        <w:rPr>
          <w:rFonts w:eastAsia="Times New Roman" w:cs="Times New Roman"/>
          <w:b/>
          <w:bCs/>
          <w:szCs w:val="24"/>
          <w:lang w:val="ru-RU" w:eastAsia="ru-RU"/>
        </w:rPr>
        <w:t xml:space="preserve">«Свободное </w:t>
      </w:r>
      <w:proofErr w:type="spellStart"/>
      <w:r w:rsidRPr="00137388">
        <w:rPr>
          <w:rFonts w:eastAsia="Times New Roman" w:cs="Times New Roman"/>
          <w:b/>
          <w:bCs/>
          <w:szCs w:val="24"/>
          <w:lang w:val="ru-RU" w:eastAsia="ru-RU"/>
        </w:rPr>
        <w:t>ауылының</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жалпы</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білім</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беретін</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мектебі</w:t>
      </w:r>
      <w:proofErr w:type="spellEnd"/>
      <w:r w:rsidRPr="00137388">
        <w:rPr>
          <w:rFonts w:eastAsia="Times New Roman" w:cs="Times New Roman"/>
          <w:b/>
          <w:bCs/>
          <w:szCs w:val="24"/>
          <w:lang w:val="ru-RU" w:eastAsia="ru-RU"/>
        </w:rPr>
        <w:t xml:space="preserve">» КММ-де </w:t>
      </w:r>
      <w:proofErr w:type="spellStart"/>
      <w:r w:rsidRPr="00137388">
        <w:rPr>
          <w:rFonts w:eastAsia="Times New Roman" w:cs="Times New Roman"/>
          <w:b/>
          <w:bCs/>
          <w:szCs w:val="24"/>
          <w:lang w:val="ru-RU" w:eastAsia="ru-RU"/>
        </w:rPr>
        <w:t>ұялы</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байланыс</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абоненттік</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құрылғыларын</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пайдалану</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тәртібі</w:t>
      </w:r>
      <w:proofErr w:type="spellEnd"/>
    </w:p>
    <w:p w14:paraId="61FEA638" w14:textId="77777777" w:rsidR="00BB7DC3" w:rsidRPr="00137388" w:rsidRDefault="00E907E8" w:rsidP="00BB7DC3">
      <w:pPr>
        <w:spacing w:after="0" w:line="240" w:lineRule="auto"/>
        <w:rPr>
          <w:rFonts w:eastAsia="Times New Roman" w:cs="Times New Roman"/>
          <w:szCs w:val="24"/>
          <w:lang w:val="ru-RU" w:eastAsia="ru-RU"/>
        </w:rPr>
      </w:pPr>
      <w:r w:rsidRPr="00137388">
        <w:rPr>
          <w:rFonts w:eastAsia="Times New Roman" w:cs="Times New Roman"/>
          <w:b/>
          <w:bCs/>
          <w:szCs w:val="24"/>
          <w:lang w:val="ru-RU" w:eastAsia="ru-RU"/>
        </w:rPr>
        <w:t xml:space="preserve">1. </w:t>
      </w:r>
      <w:proofErr w:type="spellStart"/>
      <w:r w:rsidRPr="00137388">
        <w:rPr>
          <w:rFonts w:eastAsia="Times New Roman" w:cs="Times New Roman"/>
          <w:b/>
          <w:bCs/>
          <w:szCs w:val="24"/>
          <w:lang w:val="ru-RU" w:eastAsia="ru-RU"/>
        </w:rPr>
        <w:t>Шектеудің</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қолданылу</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кезеңі</w:t>
      </w:r>
      <w:proofErr w:type="spellEnd"/>
    </w:p>
    <w:p w14:paraId="4BE2B50E" w14:textId="77777777" w:rsidR="00BB7DC3" w:rsidRPr="00137388" w:rsidRDefault="00E907E8" w:rsidP="00BB7DC3">
      <w:pPr>
        <w:spacing w:after="0" w:line="240" w:lineRule="auto"/>
        <w:ind w:firstLine="567"/>
        <w:rPr>
          <w:rFonts w:eastAsia="Times New Roman" w:cs="Times New Roman"/>
          <w:szCs w:val="24"/>
          <w:lang w:val="ru-RU" w:eastAsia="ru-RU"/>
        </w:rPr>
      </w:pPr>
      <w:r w:rsidRPr="00137388">
        <w:rPr>
          <w:rFonts w:eastAsia="Times New Roman" w:cs="Times New Roman"/>
          <w:szCs w:val="24"/>
          <w:lang w:val="ru-RU" w:eastAsia="ru-RU"/>
        </w:rPr>
        <w:t xml:space="preserve">2.1. </w:t>
      </w:r>
      <w:proofErr w:type="spellStart"/>
      <w:r w:rsidRPr="00137388">
        <w:rPr>
          <w:rFonts w:eastAsia="Times New Roman" w:cs="Times New Roman"/>
          <w:szCs w:val="24"/>
          <w:lang w:val="ru-RU" w:eastAsia="ru-RU"/>
        </w:rPr>
        <w:t>Факультативтер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консультациялар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үйірмелер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секциялар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сынып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сағаттары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тәрбиелік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өзге</w:t>
      </w:r>
      <w:proofErr w:type="spellEnd"/>
      <w:r w:rsidRPr="00137388">
        <w:rPr>
          <w:rFonts w:eastAsia="Times New Roman" w:cs="Times New Roman"/>
          <w:szCs w:val="24"/>
          <w:lang w:val="ru-RU" w:eastAsia="ru-RU"/>
        </w:rPr>
        <w:t xml:space="preserve"> де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іс-шаралары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кезінде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телефонды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пайдалану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тәртібі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іс-шараның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сипаты</w:t>
      </w:r>
      <w:proofErr w:type="spellEnd"/>
      <w:r w:rsidRPr="00137388">
        <w:rPr>
          <w:rFonts w:eastAsia="Times New Roman" w:cs="Times New Roman"/>
          <w:szCs w:val="24"/>
          <w:lang w:val="ru-RU" w:eastAsia="ru-RU"/>
        </w:rPr>
        <w:t xml:space="preserve"> мен осы </w:t>
      </w:r>
      <w:proofErr w:type="spellStart"/>
      <w:r w:rsidRPr="00137388">
        <w:rPr>
          <w:rFonts w:eastAsia="Times New Roman" w:cs="Times New Roman"/>
          <w:szCs w:val="24"/>
          <w:lang w:val="ru-RU" w:eastAsia="ru-RU"/>
        </w:rPr>
        <w:t>Қағидаларды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негізге</w:t>
      </w:r>
      <w:proofErr w:type="spellEnd"/>
      <w:r w:rsidRPr="00137388">
        <w:rPr>
          <w:rFonts w:eastAsia="Times New Roman" w:cs="Times New Roman"/>
          <w:szCs w:val="24"/>
          <w:lang w:val="ru-RU" w:eastAsia="ru-RU"/>
        </w:rPr>
        <w:t xml:space="preserve"> ала </w:t>
      </w:r>
      <w:proofErr w:type="spellStart"/>
      <w:r w:rsidRPr="00137388">
        <w:rPr>
          <w:rFonts w:eastAsia="Times New Roman" w:cs="Times New Roman"/>
          <w:szCs w:val="24"/>
          <w:lang w:val="ru-RU" w:eastAsia="ru-RU"/>
        </w:rPr>
        <w:t>отырып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педагогпен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анықталады</w:t>
      </w:r>
      <w:proofErr w:type="spellEnd"/>
      <w:r w:rsidRPr="00137388">
        <w:rPr>
          <w:rFonts w:eastAsia="Times New Roman" w:cs="Times New Roman"/>
          <w:szCs w:val="24"/>
          <w:lang w:val="ru-RU" w:eastAsia="ru-RU"/>
        </w:rPr>
        <w:t>.</w:t>
      </w:r>
    </w:p>
    <w:p w14:paraId="0FA2B493" w14:textId="4EF5EF1B" w:rsidR="00E907E8" w:rsidRPr="00137388" w:rsidRDefault="00E907E8" w:rsidP="00BB7DC3">
      <w:pPr>
        <w:spacing w:after="0" w:line="240" w:lineRule="auto"/>
        <w:ind w:firstLine="567"/>
        <w:rPr>
          <w:rFonts w:eastAsia="Times New Roman" w:cs="Times New Roman"/>
          <w:szCs w:val="24"/>
          <w:lang w:val="ru-RU" w:eastAsia="ru-RU"/>
        </w:rPr>
      </w:pPr>
      <w:r w:rsidRPr="00137388">
        <w:rPr>
          <w:rFonts w:eastAsia="Times New Roman" w:cs="Times New Roman"/>
          <w:szCs w:val="24"/>
          <w:lang w:val="ru-RU" w:eastAsia="ru-RU"/>
        </w:rPr>
        <w:t>2.2</w:t>
      </w:r>
      <w:r w:rsidR="00BB7DC3" w:rsidRPr="00137388">
        <w:rPr>
          <w:rFonts w:eastAsia="Times New Roman" w:cs="Times New Roman"/>
          <w:szCs w:val="24"/>
          <w:lang w:val="ru-RU" w:eastAsia="ru-RU"/>
        </w:rPr>
        <w:t>.</w:t>
      </w:r>
      <w:r w:rsidR="00BB7DC3" w:rsidRPr="00137388">
        <w:rPr>
          <w:rFonts w:eastAsia="Times New Roman" w:cs="Times New Roman"/>
          <w:b/>
          <w:bCs/>
          <w:szCs w:val="24"/>
          <w:lang w:val="ru-RU" w:eastAsia="ru-RU"/>
        </w:rPr>
        <w:t xml:space="preserve"> </w:t>
      </w:r>
      <w:proofErr w:type="spellStart"/>
      <w:r w:rsidRPr="00137388">
        <w:rPr>
          <w:rFonts w:eastAsia="Times New Roman" w:cs="Times New Roman"/>
          <w:szCs w:val="24"/>
          <w:lang w:val="ru-RU" w:eastAsia="ru-RU"/>
        </w:rPr>
        <w:t>Бірінші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сабақ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басталғанға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дейін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соңғы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сабақ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аяқталғаннан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кейін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алушы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мектептің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үй-жайлары</w:t>
      </w:r>
      <w:proofErr w:type="spellEnd"/>
      <w:r w:rsidRPr="00137388">
        <w:rPr>
          <w:rFonts w:eastAsia="Times New Roman" w:cs="Times New Roman"/>
          <w:szCs w:val="24"/>
          <w:lang w:val="ru-RU" w:eastAsia="ru-RU"/>
        </w:rPr>
        <w:t xml:space="preserve"> мен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беру </w:t>
      </w:r>
      <w:proofErr w:type="spellStart"/>
      <w:r w:rsidRPr="00137388">
        <w:rPr>
          <w:rFonts w:eastAsia="Times New Roman" w:cs="Times New Roman"/>
          <w:szCs w:val="24"/>
          <w:lang w:val="ru-RU" w:eastAsia="ru-RU"/>
        </w:rPr>
        <w:t>ұйымының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аумағы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үшін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белгілеген</w:t>
      </w:r>
      <w:proofErr w:type="spellEnd"/>
      <w:r w:rsidRPr="00137388">
        <w:rPr>
          <w:rFonts w:eastAsia="Times New Roman" w:cs="Times New Roman"/>
          <w:szCs w:val="24"/>
          <w:lang w:val="ru-RU" w:eastAsia="ru-RU"/>
        </w:rPr>
        <w:t xml:space="preserve"> осы </w:t>
      </w:r>
      <w:proofErr w:type="spellStart"/>
      <w:r w:rsidRPr="00137388">
        <w:rPr>
          <w:rFonts w:eastAsia="Times New Roman" w:cs="Times New Roman"/>
          <w:szCs w:val="24"/>
          <w:lang w:val="ru-RU" w:eastAsia="ru-RU"/>
        </w:rPr>
        <w:t>Қағидалардың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талаптарын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Қазақстан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Республикасы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Оқу-ағарту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министрінің</w:t>
      </w:r>
      <w:proofErr w:type="spellEnd"/>
      <w:r w:rsidRPr="00137388">
        <w:rPr>
          <w:rFonts w:eastAsia="Times New Roman" w:cs="Times New Roman"/>
          <w:szCs w:val="24"/>
          <w:lang w:val="ru-RU" w:eastAsia="ru-RU"/>
        </w:rPr>
        <w:t xml:space="preserve"> 2026 </w:t>
      </w:r>
      <w:proofErr w:type="spellStart"/>
      <w:r w:rsidRPr="00137388">
        <w:rPr>
          <w:rFonts w:eastAsia="Times New Roman" w:cs="Times New Roman"/>
          <w:szCs w:val="24"/>
          <w:lang w:val="ru-RU" w:eastAsia="ru-RU"/>
        </w:rPr>
        <w:t>жылғы</w:t>
      </w:r>
      <w:proofErr w:type="spellEnd"/>
      <w:r w:rsidRPr="00137388">
        <w:rPr>
          <w:rFonts w:eastAsia="Times New Roman" w:cs="Times New Roman"/>
          <w:szCs w:val="24"/>
          <w:lang w:val="ru-RU" w:eastAsia="ru-RU"/>
        </w:rPr>
        <w:t xml:space="preserve"> 24 </w:t>
      </w:r>
      <w:proofErr w:type="spellStart"/>
      <w:r w:rsidRPr="00137388">
        <w:rPr>
          <w:rFonts w:eastAsia="Times New Roman" w:cs="Times New Roman"/>
          <w:szCs w:val="24"/>
          <w:lang w:val="ru-RU" w:eastAsia="ru-RU"/>
        </w:rPr>
        <w:t>қыркүйектегі</w:t>
      </w:r>
      <w:proofErr w:type="spellEnd"/>
      <w:r w:rsidRPr="00137388">
        <w:rPr>
          <w:rFonts w:eastAsia="Times New Roman" w:cs="Times New Roman"/>
          <w:szCs w:val="24"/>
          <w:lang w:val="ru-RU" w:eastAsia="ru-RU"/>
        </w:rPr>
        <w:t xml:space="preserve"> № 282-НҚ </w:t>
      </w:r>
      <w:proofErr w:type="spellStart"/>
      <w:r w:rsidRPr="00137388">
        <w:rPr>
          <w:rFonts w:eastAsia="Times New Roman" w:cs="Times New Roman"/>
          <w:szCs w:val="24"/>
          <w:lang w:val="ru-RU" w:eastAsia="ru-RU"/>
        </w:rPr>
        <w:t>бұйрығымен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бекітілген</w:t>
      </w:r>
      <w:proofErr w:type="spellEnd"/>
      <w:r w:rsidRPr="00137388">
        <w:rPr>
          <w:rFonts w:eastAsia="Times New Roman" w:cs="Times New Roman"/>
          <w:szCs w:val="24"/>
          <w:lang w:val="ru-RU" w:eastAsia="ru-RU"/>
        </w:rPr>
        <w:t xml:space="preserve"> Орта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беру </w:t>
      </w:r>
      <w:proofErr w:type="spellStart"/>
      <w:r w:rsidRPr="00137388">
        <w:rPr>
          <w:rFonts w:eastAsia="Times New Roman" w:cs="Times New Roman"/>
          <w:szCs w:val="24"/>
          <w:lang w:val="ru-RU" w:eastAsia="ru-RU"/>
        </w:rPr>
        <w:t>ұйымдарында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алушылар</w:t>
      </w:r>
      <w:proofErr w:type="spellEnd"/>
      <w:r w:rsidRPr="00137388">
        <w:rPr>
          <w:rFonts w:eastAsia="Times New Roman" w:cs="Times New Roman"/>
          <w:szCs w:val="24"/>
          <w:lang w:val="ru-RU" w:eastAsia="ru-RU"/>
        </w:rPr>
        <w:t xml:space="preserve"> мен </w:t>
      </w:r>
      <w:proofErr w:type="spellStart"/>
      <w:r w:rsidRPr="00137388">
        <w:rPr>
          <w:rFonts w:eastAsia="Times New Roman" w:cs="Times New Roman"/>
          <w:szCs w:val="24"/>
          <w:lang w:val="ru-RU" w:eastAsia="ru-RU"/>
        </w:rPr>
        <w:t>тәрбиеленушілердің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ұялы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байланыс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абоненттік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құрылғысын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пайдалану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қағидаларына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сәйкес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сақтауға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міндетті</w:t>
      </w:r>
      <w:proofErr w:type="spellEnd"/>
      <w:r w:rsidRPr="00137388">
        <w:rPr>
          <w:rFonts w:eastAsia="Times New Roman" w:cs="Times New Roman"/>
          <w:szCs w:val="24"/>
          <w:lang w:val="ru-RU" w:eastAsia="ru-RU"/>
        </w:rPr>
        <w:t>.</w:t>
      </w:r>
    </w:p>
    <w:p w14:paraId="04498849" w14:textId="77777777" w:rsidR="00BB7DC3" w:rsidRPr="00137388" w:rsidRDefault="00E907E8" w:rsidP="00BB7DC3">
      <w:pPr>
        <w:spacing w:after="0" w:line="240" w:lineRule="auto"/>
        <w:rPr>
          <w:rFonts w:eastAsia="Times New Roman" w:cs="Times New Roman"/>
          <w:szCs w:val="24"/>
          <w:lang w:val="ru-RU" w:eastAsia="ru-RU"/>
        </w:rPr>
      </w:pPr>
      <w:r w:rsidRPr="00137388">
        <w:rPr>
          <w:rFonts w:eastAsia="Times New Roman" w:cs="Times New Roman"/>
          <w:b/>
          <w:bCs/>
          <w:szCs w:val="24"/>
          <w:lang w:val="ru-RU" w:eastAsia="ru-RU"/>
        </w:rPr>
        <w:t xml:space="preserve">2. </w:t>
      </w:r>
      <w:proofErr w:type="spellStart"/>
      <w:r w:rsidRPr="00137388">
        <w:rPr>
          <w:rFonts w:eastAsia="Times New Roman" w:cs="Times New Roman"/>
          <w:b/>
          <w:bCs/>
          <w:szCs w:val="24"/>
          <w:lang w:val="ru-RU" w:eastAsia="ru-RU"/>
        </w:rPr>
        <w:t>Білім</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алушыларға</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қойылатын</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талаптар</w:t>
      </w:r>
      <w:proofErr w:type="spellEnd"/>
    </w:p>
    <w:p w14:paraId="1B6C0DC2" w14:textId="77777777" w:rsidR="00BB7DC3" w:rsidRPr="00137388" w:rsidRDefault="00E907E8" w:rsidP="00BB7DC3">
      <w:pPr>
        <w:spacing w:after="0" w:line="240" w:lineRule="auto"/>
        <w:ind w:firstLine="567"/>
        <w:rPr>
          <w:rFonts w:eastAsia="Times New Roman" w:cs="Times New Roman"/>
          <w:szCs w:val="24"/>
          <w:lang w:val="ru-RU" w:eastAsia="ru-RU"/>
        </w:rPr>
      </w:pPr>
      <w:r w:rsidRPr="00137388">
        <w:rPr>
          <w:rFonts w:eastAsia="Times New Roman" w:cs="Times New Roman"/>
          <w:szCs w:val="24"/>
          <w:lang w:val="ru-RU" w:eastAsia="ru-RU"/>
        </w:rPr>
        <w:t xml:space="preserve">3.1.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алушыда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телефонның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болуының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өзіне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тыйым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салынбайды</w:t>
      </w:r>
      <w:proofErr w:type="spellEnd"/>
      <w:r w:rsidRPr="00137388">
        <w:rPr>
          <w:rFonts w:eastAsia="Times New Roman" w:cs="Times New Roman"/>
          <w:szCs w:val="24"/>
          <w:lang w:val="ru-RU" w:eastAsia="ru-RU"/>
        </w:rPr>
        <w:t xml:space="preserve">. Осы </w:t>
      </w:r>
      <w:proofErr w:type="spellStart"/>
      <w:r w:rsidRPr="00137388">
        <w:rPr>
          <w:rFonts w:eastAsia="Times New Roman" w:cs="Times New Roman"/>
          <w:szCs w:val="24"/>
          <w:lang w:val="ru-RU" w:eastAsia="ru-RU"/>
        </w:rPr>
        <w:t>Қағидаларда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көзделген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жағдайларды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қоспағанда</w:t>
      </w:r>
      <w:proofErr w:type="spellEnd"/>
      <w:r w:rsidRPr="00137388">
        <w:rPr>
          <w:rFonts w:eastAsia="Times New Roman" w:cs="Times New Roman"/>
          <w:szCs w:val="24"/>
          <w:lang w:val="ru-RU" w:eastAsia="ru-RU"/>
        </w:rPr>
        <w:t xml:space="preserve">, оны </w:t>
      </w:r>
      <w:proofErr w:type="spellStart"/>
      <w:r w:rsidRPr="00137388">
        <w:rPr>
          <w:rFonts w:eastAsia="Times New Roman" w:cs="Times New Roman"/>
          <w:szCs w:val="24"/>
          <w:lang w:val="ru-RU" w:eastAsia="ru-RU"/>
        </w:rPr>
        <w:t>оқу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процесі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кезінде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пайдалануға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тыйым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салынады</w:t>
      </w:r>
      <w:proofErr w:type="spellEnd"/>
      <w:r w:rsidRPr="00137388">
        <w:rPr>
          <w:rFonts w:eastAsia="Times New Roman" w:cs="Times New Roman"/>
          <w:szCs w:val="24"/>
          <w:lang w:val="ru-RU" w:eastAsia="ru-RU"/>
        </w:rPr>
        <w:t>.</w:t>
      </w:r>
    </w:p>
    <w:p w14:paraId="6FF63295" w14:textId="11FFBFC1" w:rsidR="00E907E8" w:rsidRPr="00137388" w:rsidRDefault="00E907E8" w:rsidP="00BB7DC3">
      <w:pPr>
        <w:spacing w:after="0" w:line="240" w:lineRule="auto"/>
        <w:ind w:firstLine="567"/>
        <w:rPr>
          <w:rFonts w:eastAsia="Times New Roman" w:cs="Times New Roman"/>
          <w:szCs w:val="24"/>
          <w:lang w:val="ru-RU" w:eastAsia="ru-RU"/>
        </w:rPr>
      </w:pPr>
      <w:r w:rsidRPr="00137388">
        <w:rPr>
          <w:rFonts w:eastAsia="Times New Roman" w:cs="Times New Roman"/>
          <w:szCs w:val="24"/>
          <w:lang w:val="ru-RU" w:eastAsia="ru-RU"/>
        </w:rPr>
        <w:t xml:space="preserve">3.2. </w:t>
      </w:r>
      <w:proofErr w:type="spellStart"/>
      <w:r w:rsidRPr="00137388">
        <w:rPr>
          <w:rFonts w:eastAsia="Times New Roman" w:cs="Times New Roman"/>
          <w:szCs w:val="24"/>
          <w:lang w:val="ru-RU" w:eastAsia="ru-RU"/>
        </w:rPr>
        <w:t>Оқу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процесі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басталғанға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дейін</w:t>
      </w:r>
      <w:proofErr w:type="spellEnd"/>
      <w:r w:rsidRPr="00137388">
        <w:rPr>
          <w:rFonts w:eastAsia="Times New Roman" w:cs="Times New Roman"/>
          <w:szCs w:val="24"/>
          <w:lang w:val="ru-RU" w:eastAsia="ru-RU"/>
        </w:rPr>
        <w:t xml:space="preserve"> телефон </w:t>
      </w:r>
      <w:proofErr w:type="spellStart"/>
      <w:r w:rsidRPr="00137388">
        <w:rPr>
          <w:rFonts w:eastAsia="Times New Roman" w:cs="Times New Roman"/>
          <w:szCs w:val="24"/>
          <w:lang w:val="ru-RU" w:eastAsia="ru-RU"/>
        </w:rPr>
        <w:t>дыбыссыз</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режимге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ауыстырылады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немесе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өшіріледі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алушының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портфелінде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рюкзагінде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немесе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өзге</w:t>
      </w:r>
      <w:proofErr w:type="spellEnd"/>
      <w:r w:rsidRPr="00137388">
        <w:rPr>
          <w:rFonts w:eastAsia="Times New Roman" w:cs="Times New Roman"/>
          <w:szCs w:val="24"/>
          <w:lang w:val="ru-RU" w:eastAsia="ru-RU"/>
        </w:rPr>
        <w:t xml:space="preserve"> де </w:t>
      </w:r>
      <w:proofErr w:type="spellStart"/>
      <w:r w:rsidRPr="00137388">
        <w:rPr>
          <w:rFonts w:eastAsia="Times New Roman" w:cs="Times New Roman"/>
          <w:szCs w:val="24"/>
          <w:lang w:val="ru-RU" w:eastAsia="ru-RU"/>
        </w:rPr>
        <w:t>жеке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затында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болады</w:t>
      </w:r>
      <w:proofErr w:type="spellEnd"/>
      <w:r w:rsidRPr="00137388">
        <w:rPr>
          <w:rFonts w:eastAsia="Times New Roman" w:cs="Times New Roman"/>
          <w:szCs w:val="24"/>
          <w:lang w:val="ru-RU" w:eastAsia="ru-RU"/>
        </w:rPr>
        <w:t>.</w:t>
      </w:r>
    </w:p>
    <w:p w14:paraId="632EEEC2" w14:textId="77777777" w:rsidR="00BB7DC3" w:rsidRPr="00137388" w:rsidRDefault="00E907E8" w:rsidP="00BB7DC3">
      <w:pPr>
        <w:spacing w:after="0" w:line="240" w:lineRule="auto"/>
        <w:ind w:firstLine="567"/>
        <w:rPr>
          <w:rFonts w:eastAsia="Times New Roman" w:cs="Times New Roman"/>
          <w:szCs w:val="24"/>
          <w:lang w:val="ru-RU" w:eastAsia="ru-RU"/>
        </w:rPr>
      </w:pPr>
      <w:r w:rsidRPr="00137388">
        <w:rPr>
          <w:rFonts w:eastAsia="Times New Roman" w:cs="Times New Roman"/>
          <w:szCs w:val="24"/>
          <w:lang w:val="ru-RU" w:eastAsia="ru-RU"/>
        </w:rPr>
        <w:t xml:space="preserve">3.3. </w:t>
      </w:r>
      <w:proofErr w:type="spellStart"/>
      <w:r w:rsidRPr="00137388">
        <w:rPr>
          <w:rFonts w:eastAsia="Times New Roman" w:cs="Times New Roman"/>
          <w:szCs w:val="24"/>
          <w:lang w:val="ru-RU" w:eastAsia="ru-RU"/>
        </w:rPr>
        <w:t>Оқу-тәрбие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процесіне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қатысы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жоқ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қоңырауларға</w:t>
      </w:r>
      <w:proofErr w:type="spellEnd"/>
      <w:r w:rsidRPr="00137388">
        <w:rPr>
          <w:rFonts w:eastAsia="Times New Roman" w:cs="Times New Roman"/>
          <w:szCs w:val="24"/>
          <w:lang w:val="ru-RU" w:eastAsia="ru-RU"/>
        </w:rPr>
        <w:t xml:space="preserve">, хат-хабар </w:t>
      </w:r>
      <w:proofErr w:type="spellStart"/>
      <w:r w:rsidRPr="00137388">
        <w:rPr>
          <w:rFonts w:eastAsia="Times New Roman" w:cs="Times New Roman"/>
          <w:szCs w:val="24"/>
          <w:lang w:val="ru-RU" w:eastAsia="ru-RU"/>
        </w:rPr>
        <w:t>алмасуға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ойындарға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әлеуметтік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желілер</w:t>
      </w:r>
      <w:proofErr w:type="spellEnd"/>
      <w:r w:rsidRPr="00137388">
        <w:rPr>
          <w:rFonts w:eastAsia="Times New Roman" w:cs="Times New Roman"/>
          <w:szCs w:val="24"/>
          <w:lang w:val="ru-RU" w:eastAsia="ru-RU"/>
        </w:rPr>
        <w:t xml:space="preserve"> мен </w:t>
      </w:r>
      <w:proofErr w:type="spellStart"/>
      <w:r w:rsidRPr="00137388">
        <w:rPr>
          <w:rFonts w:eastAsia="Times New Roman" w:cs="Times New Roman"/>
          <w:szCs w:val="24"/>
          <w:lang w:val="ru-RU" w:eastAsia="ru-RU"/>
        </w:rPr>
        <w:t>видеоматериалдарды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қарауға</w:t>
      </w:r>
      <w:proofErr w:type="spellEnd"/>
      <w:r w:rsidRPr="00137388">
        <w:rPr>
          <w:rFonts w:eastAsia="Times New Roman" w:cs="Times New Roman"/>
          <w:szCs w:val="24"/>
          <w:lang w:val="ru-RU" w:eastAsia="ru-RU"/>
        </w:rPr>
        <w:t xml:space="preserve">, фото-, видео-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аудиожазба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жасауға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құлаққаптарды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пайдалануға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құрылғыны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өзге</w:t>
      </w:r>
      <w:proofErr w:type="spellEnd"/>
      <w:r w:rsidRPr="00137388">
        <w:rPr>
          <w:rFonts w:eastAsia="Times New Roman" w:cs="Times New Roman"/>
          <w:szCs w:val="24"/>
          <w:lang w:val="ru-RU" w:eastAsia="ru-RU"/>
        </w:rPr>
        <w:t xml:space="preserve"> де </w:t>
      </w:r>
      <w:proofErr w:type="spellStart"/>
      <w:r w:rsidRPr="00137388">
        <w:rPr>
          <w:rFonts w:eastAsia="Times New Roman" w:cs="Times New Roman"/>
          <w:szCs w:val="24"/>
          <w:lang w:val="ru-RU" w:eastAsia="ru-RU"/>
        </w:rPr>
        <w:t>мақсатта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қолдануға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жол</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берілмейді</w:t>
      </w:r>
      <w:proofErr w:type="spellEnd"/>
      <w:r w:rsidRPr="00137388">
        <w:rPr>
          <w:rFonts w:eastAsia="Times New Roman" w:cs="Times New Roman"/>
          <w:szCs w:val="24"/>
          <w:lang w:val="ru-RU" w:eastAsia="ru-RU"/>
        </w:rPr>
        <w:t>.</w:t>
      </w:r>
    </w:p>
    <w:p w14:paraId="6B00D001" w14:textId="77777777" w:rsidR="00BB7DC3" w:rsidRPr="00137388" w:rsidRDefault="00E907E8" w:rsidP="00BB7DC3">
      <w:pPr>
        <w:spacing w:after="0" w:line="240" w:lineRule="auto"/>
        <w:ind w:firstLine="567"/>
        <w:rPr>
          <w:rFonts w:eastAsia="Times New Roman" w:cs="Times New Roman"/>
          <w:szCs w:val="24"/>
          <w:lang w:val="ru-RU" w:eastAsia="ru-RU"/>
        </w:rPr>
      </w:pPr>
      <w:r w:rsidRPr="00137388">
        <w:rPr>
          <w:rFonts w:eastAsia="Times New Roman" w:cs="Times New Roman"/>
          <w:szCs w:val="24"/>
          <w:lang w:val="ru-RU" w:eastAsia="ru-RU"/>
        </w:rPr>
        <w:t xml:space="preserve">3.4.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алушы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педагогтің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талабы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бойынша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құрылғыны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пайдалануды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тоқтатуға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оны </w:t>
      </w:r>
      <w:proofErr w:type="spellStart"/>
      <w:r w:rsidRPr="00137388">
        <w:rPr>
          <w:rFonts w:eastAsia="Times New Roman" w:cs="Times New Roman"/>
          <w:szCs w:val="24"/>
          <w:lang w:val="ru-RU" w:eastAsia="ru-RU"/>
        </w:rPr>
        <w:t>жеке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затының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ішіне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алып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тастауға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міндетті</w:t>
      </w:r>
      <w:proofErr w:type="spellEnd"/>
      <w:r w:rsidRPr="00137388">
        <w:rPr>
          <w:rFonts w:eastAsia="Times New Roman" w:cs="Times New Roman"/>
          <w:szCs w:val="24"/>
          <w:lang w:val="ru-RU" w:eastAsia="ru-RU"/>
        </w:rPr>
        <w:t>.</w:t>
      </w:r>
    </w:p>
    <w:p w14:paraId="22EF59ED" w14:textId="4F682FDB" w:rsidR="00E907E8" w:rsidRPr="00137388" w:rsidRDefault="00E907E8" w:rsidP="00BB7DC3">
      <w:pPr>
        <w:spacing w:after="0" w:line="240" w:lineRule="auto"/>
        <w:ind w:firstLine="567"/>
        <w:rPr>
          <w:rFonts w:eastAsia="Times New Roman" w:cs="Times New Roman"/>
          <w:szCs w:val="24"/>
          <w:lang w:val="ru-RU" w:eastAsia="ru-RU"/>
        </w:rPr>
      </w:pPr>
      <w:r w:rsidRPr="00137388">
        <w:rPr>
          <w:rFonts w:eastAsia="Times New Roman" w:cs="Times New Roman"/>
          <w:szCs w:val="24"/>
          <w:lang w:val="ru-RU" w:eastAsia="ru-RU"/>
        </w:rPr>
        <w:t xml:space="preserve">3.5. </w:t>
      </w:r>
      <w:proofErr w:type="spellStart"/>
      <w:r w:rsidRPr="00137388">
        <w:rPr>
          <w:rFonts w:eastAsia="Times New Roman" w:cs="Times New Roman"/>
          <w:szCs w:val="24"/>
          <w:lang w:val="ru-RU" w:eastAsia="ru-RU"/>
        </w:rPr>
        <w:t>Телефонды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басқа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алушылардың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педагогтердің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қызметкерлерінің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құқықтарын</w:t>
      </w:r>
      <w:proofErr w:type="spellEnd"/>
      <w:r w:rsidRPr="00137388">
        <w:rPr>
          <w:rFonts w:eastAsia="Times New Roman" w:cs="Times New Roman"/>
          <w:szCs w:val="24"/>
          <w:lang w:val="ru-RU" w:eastAsia="ru-RU"/>
        </w:rPr>
        <w:t>, ар-</w:t>
      </w:r>
      <w:proofErr w:type="spellStart"/>
      <w:r w:rsidRPr="00137388">
        <w:rPr>
          <w:rFonts w:eastAsia="Times New Roman" w:cs="Times New Roman"/>
          <w:szCs w:val="24"/>
          <w:lang w:val="ru-RU" w:eastAsia="ru-RU"/>
        </w:rPr>
        <w:t>намысын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қадір-қасиетін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жеке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өмірін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дербес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деректерін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бұзатындай</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тәсілмен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пайдалануға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тыйым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салынады</w:t>
      </w:r>
      <w:proofErr w:type="spellEnd"/>
      <w:r w:rsidRPr="00137388">
        <w:rPr>
          <w:rFonts w:eastAsia="Times New Roman" w:cs="Times New Roman"/>
          <w:szCs w:val="24"/>
          <w:lang w:val="ru-RU" w:eastAsia="ru-RU"/>
        </w:rPr>
        <w:t>.</w:t>
      </w:r>
    </w:p>
    <w:p w14:paraId="0506D348" w14:textId="1FC8A9B2" w:rsidR="00BB7DC3" w:rsidRPr="00137388" w:rsidRDefault="00A333AD" w:rsidP="00BB7DC3">
      <w:pPr>
        <w:spacing w:after="0" w:line="240" w:lineRule="auto"/>
        <w:rPr>
          <w:rFonts w:eastAsia="Times New Roman" w:cs="Times New Roman"/>
          <w:szCs w:val="24"/>
          <w:lang w:val="ru-RU" w:eastAsia="ru-RU"/>
        </w:rPr>
      </w:pPr>
      <w:r w:rsidRPr="00137388">
        <w:rPr>
          <w:rFonts w:eastAsia="Times New Roman" w:cs="Times New Roman"/>
          <w:b/>
          <w:bCs/>
          <w:szCs w:val="24"/>
          <w:lang w:val="ru-RU" w:eastAsia="ru-RU"/>
        </w:rPr>
        <w:t>3</w:t>
      </w:r>
      <w:r w:rsidR="00E907E8" w:rsidRPr="00137388">
        <w:rPr>
          <w:rFonts w:eastAsia="Times New Roman" w:cs="Times New Roman"/>
          <w:b/>
          <w:bCs/>
          <w:szCs w:val="24"/>
          <w:lang w:val="ru-RU" w:eastAsia="ru-RU"/>
        </w:rPr>
        <w:t xml:space="preserve">. </w:t>
      </w:r>
      <w:proofErr w:type="spellStart"/>
      <w:r w:rsidR="00E907E8" w:rsidRPr="00137388">
        <w:rPr>
          <w:rFonts w:eastAsia="Times New Roman" w:cs="Times New Roman"/>
          <w:b/>
          <w:bCs/>
          <w:szCs w:val="24"/>
          <w:lang w:val="ru-RU" w:eastAsia="ru-RU"/>
        </w:rPr>
        <w:t>Пайдалануға</w:t>
      </w:r>
      <w:proofErr w:type="spellEnd"/>
      <w:r w:rsidR="00E907E8" w:rsidRPr="00137388">
        <w:rPr>
          <w:rFonts w:eastAsia="Times New Roman" w:cs="Times New Roman"/>
          <w:b/>
          <w:bCs/>
          <w:szCs w:val="24"/>
          <w:lang w:val="ru-RU" w:eastAsia="ru-RU"/>
        </w:rPr>
        <w:t xml:space="preserve"> </w:t>
      </w:r>
      <w:proofErr w:type="spellStart"/>
      <w:r w:rsidR="00E907E8" w:rsidRPr="00137388">
        <w:rPr>
          <w:rFonts w:eastAsia="Times New Roman" w:cs="Times New Roman"/>
          <w:b/>
          <w:bCs/>
          <w:szCs w:val="24"/>
          <w:lang w:val="ru-RU" w:eastAsia="ru-RU"/>
        </w:rPr>
        <w:t>жол</w:t>
      </w:r>
      <w:proofErr w:type="spellEnd"/>
      <w:r w:rsidR="00E907E8" w:rsidRPr="00137388">
        <w:rPr>
          <w:rFonts w:eastAsia="Times New Roman" w:cs="Times New Roman"/>
          <w:b/>
          <w:bCs/>
          <w:szCs w:val="24"/>
          <w:lang w:val="ru-RU" w:eastAsia="ru-RU"/>
        </w:rPr>
        <w:t xml:space="preserve"> </w:t>
      </w:r>
      <w:proofErr w:type="spellStart"/>
      <w:r w:rsidR="00E907E8" w:rsidRPr="00137388">
        <w:rPr>
          <w:rFonts w:eastAsia="Times New Roman" w:cs="Times New Roman"/>
          <w:b/>
          <w:bCs/>
          <w:szCs w:val="24"/>
          <w:lang w:val="ru-RU" w:eastAsia="ru-RU"/>
        </w:rPr>
        <w:t>берілетін</w:t>
      </w:r>
      <w:proofErr w:type="spellEnd"/>
      <w:r w:rsidR="00E907E8" w:rsidRPr="00137388">
        <w:rPr>
          <w:rFonts w:eastAsia="Times New Roman" w:cs="Times New Roman"/>
          <w:b/>
          <w:bCs/>
          <w:szCs w:val="24"/>
          <w:lang w:val="ru-RU" w:eastAsia="ru-RU"/>
        </w:rPr>
        <w:t xml:space="preserve"> </w:t>
      </w:r>
      <w:proofErr w:type="spellStart"/>
      <w:r w:rsidR="00E907E8" w:rsidRPr="00137388">
        <w:rPr>
          <w:rFonts w:eastAsia="Times New Roman" w:cs="Times New Roman"/>
          <w:b/>
          <w:bCs/>
          <w:szCs w:val="24"/>
          <w:lang w:val="ru-RU" w:eastAsia="ru-RU"/>
        </w:rPr>
        <w:t>жағдайлар</w:t>
      </w:r>
      <w:proofErr w:type="spellEnd"/>
      <w:r w:rsidR="00E907E8" w:rsidRPr="00137388">
        <w:rPr>
          <w:rFonts w:eastAsia="Times New Roman" w:cs="Times New Roman"/>
          <w:szCs w:val="24"/>
          <w:lang w:val="ru-RU" w:eastAsia="ru-RU"/>
        </w:rPr>
        <w:t xml:space="preserve"> </w:t>
      </w:r>
      <w:r w:rsidR="00E907E8" w:rsidRPr="00137388">
        <w:rPr>
          <w:rFonts w:eastAsia="Times New Roman" w:cs="Times New Roman"/>
          <w:i/>
          <w:iCs/>
          <w:szCs w:val="24"/>
          <w:lang w:val="ru-RU" w:eastAsia="ru-RU"/>
        </w:rPr>
        <w:t>(</w:t>
      </w:r>
      <w:proofErr w:type="spellStart"/>
      <w:r w:rsidR="00E907E8" w:rsidRPr="00137388">
        <w:rPr>
          <w:rFonts w:eastAsia="Times New Roman" w:cs="Times New Roman"/>
          <w:i/>
          <w:iCs/>
          <w:szCs w:val="24"/>
          <w:lang w:val="ru-RU" w:eastAsia="ru-RU"/>
        </w:rPr>
        <w:t>Ескертпе</w:t>
      </w:r>
      <w:proofErr w:type="spellEnd"/>
      <w:r w:rsidR="00E907E8" w:rsidRPr="00137388">
        <w:rPr>
          <w:rFonts w:eastAsia="Times New Roman" w:cs="Times New Roman"/>
          <w:i/>
          <w:iCs/>
          <w:szCs w:val="24"/>
          <w:lang w:val="ru-RU" w:eastAsia="ru-RU"/>
        </w:rPr>
        <w:t xml:space="preserve">: </w:t>
      </w:r>
      <w:proofErr w:type="spellStart"/>
      <w:r w:rsidR="00E907E8" w:rsidRPr="00137388">
        <w:rPr>
          <w:rFonts w:eastAsia="Times New Roman" w:cs="Times New Roman"/>
          <w:i/>
          <w:iCs/>
          <w:szCs w:val="24"/>
          <w:lang w:val="ru-RU" w:eastAsia="ru-RU"/>
        </w:rPr>
        <w:t>түпнұсқадағы</w:t>
      </w:r>
      <w:proofErr w:type="spellEnd"/>
      <w:r w:rsidR="00E907E8" w:rsidRPr="00137388">
        <w:rPr>
          <w:rFonts w:eastAsia="Times New Roman" w:cs="Times New Roman"/>
          <w:i/>
          <w:iCs/>
          <w:szCs w:val="24"/>
          <w:lang w:val="ru-RU" w:eastAsia="ru-RU"/>
        </w:rPr>
        <w:t xml:space="preserve"> 3-тармақ </w:t>
      </w:r>
      <w:proofErr w:type="spellStart"/>
      <w:r w:rsidR="00E907E8" w:rsidRPr="00137388">
        <w:rPr>
          <w:rFonts w:eastAsia="Times New Roman" w:cs="Times New Roman"/>
          <w:i/>
          <w:iCs/>
          <w:szCs w:val="24"/>
          <w:lang w:val="ru-RU" w:eastAsia="ru-RU"/>
        </w:rPr>
        <w:t>деген</w:t>
      </w:r>
      <w:proofErr w:type="spellEnd"/>
      <w:r w:rsidR="00E907E8" w:rsidRPr="00137388">
        <w:rPr>
          <w:rFonts w:eastAsia="Times New Roman" w:cs="Times New Roman"/>
          <w:i/>
          <w:iCs/>
          <w:szCs w:val="24"/>
          <w:lang w:val="ru-RU" w:eastAsia="ru-RU"/>
        </w:rPr>
        <w:t xml:space="preserve"> </w:t>
      </w:r>
      <w:proofErr w:type="spellStart"/>
      <w:r w:rsidR="00E907E8" w:rsidRPr="00137388">
        <w:rPr>
          <w:rFonts w:eastAsia="Times New Roman" w:cs="Times New Roman"/>
          <w:i/>
          <w:iCs/>
          <w:szCs w:val="24"/>
          <w:lang w:val="ru-RU" w:eastAsia="ru-RU"/>
        </w:rPr>
        <w:t>қателік</w:t>
      </w:r>
      <w:proofErr w:type="spellEnd"/>
      <w:r w:rsidR="00E907E8" w:rsidRPr="00137388">
        <w:rPr>
          <w:rFonts w:eastAsia="Times New Roman" w:cs="Times New Roman"/>
          <w:i/>
          <w:iCs/>
          <w:szCs w:val="24"/>
          <w:lang w:val="ru-RU" w:eastAsia="ru-RU"/>
        </w:rPr>
        <w:t xml:space="preserve"> </w:t>
      </w:r>
      <w:proofErr w:type="spellStart"/>
      <w:r w:rsidR="00E907E8" w:rsidRPr="00137388">
        <w:rPr>
          <w:rFonts w:eastAsia="Times New Roman" w:cs="Times New Roman"/>
          <w:i/>
          <w:iCs/>
          <w:szCs w:val="24"/>
          <w:lang w:val="ru-RU" w:eastAsia="ru-RU"/>
        </w:rPr>
        <w:t>түзетілді</w:t>
      </w:r>
      <w:proofErr w:type="spellEnd"/>
      <w:r w:rsidR="00E907E8" w:rsidRPr="00137388">
        <w:rPr>
          <w:rFonts w:eastAsia="Times New Roman" w:cs="Times New Roman"/>
          <w:i/>
          <w:iCs/>
          <w:szCs w:val="24"/>
          <w:lang w:val="ru-RU" w:eastAsia="ru-RU"/>
        </w:rPr>
        <w:t>)</w:t>
      </w:r>
    </w:p>
    <w:p w14:paraId="2C20CD2B" w14:textId="77777777" w:rsidR="00BB7DC3" w:rsidRPr="00137388" w:rsidRDefault="00E907E8" w:rsidP="00BB7DC3">
      <w:pPr>
        <w:spacing w:after="0" w:line="240" w:lineRule="auto"/>
        <w:ind w:firstLine="709"/>
        <w:rPr>
          <w:rFonts w:eastAsia="Times New Roman" w:cs="Times New Roman"/>
          <w:szCs w:val="24"/>
          <w:lang w:val="ru-RU" w:eastAsia="ru-RU"/>
        </w:rPr>
      </w:pPr>
      <w:r w:rsidRPr="00137388">
        <w:rPr>
          <w:rFonts w:eastAsia="Times New Roman" w:cs="Times New Roman"/>
          <w:szCs w:val="24"/>
          <w:lang w:val="ru-RU" w:eastAsia="ru-RU"/>
        </w:rPr>
        <w:t xml:space="preserve">4.1. </w:t>
      </w:r>
      <w:proofErr w:type="spellStart"/>
      <w:r w:rsidRPr="00137388">
        <w:rPr>
          <w:rFonts w:eastAsia="Times New Roman" w:cs="Times New Roman"/>
          <w:szCs w:val="24"/>
          <w:lang w:val="ru-RU" w:eastAsia="ru-RU"/>
        </w:rPr>
        <w:t>Оқу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мақсатында</w:t>
      </w:r>
      <w:proofErr w:type="spellEnd"/>
      <w:r w:rsidRPr="00137388">
        <w:rPr>
          <w:rFonts w:eastAsia="Times New Roman" w:cs="Times New Roman"/>
          <w:szCs w:val="24"/>
          <w:lang w:val="ru-RU" w:eastAsia="ru-RU"/>
        </w:rPr>
        <w:t xml:space="preserve"> — </w:t>
      </w:r>
      <w:proofErr w:type="spellStart"/>
      <w:r w:rsidRPr="00137388">
        <w:rPr>
          <w:rFonts w:eastAsia="Times New Roman" w:cs="Times New Roman"/>
          <w:szCs w:val="24"/>
          <w:lang w:val="ru-RU" w:eastAsia="ru-RU"/>
        </w:rPr>
        <w:t>құрылғыны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пайдалану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процесінде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тапсырмасында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немесе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күнтізбелік-тақырыптық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жоспарлауда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көзделген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жағдайда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педагогтің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нұсқауы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бойынша</w:t>
      </w:r>
      <w:proofErr w:type="spellEnd"/>
      <w:r w:rsidRPr="00137388">
        <w:rPr>
          <w:rFonts w:eastAsia="Times New Roman" w:cs="Times New Roman"/>
          <w:szCs w:val="24"/>
          <w:lang w:val="ru-RU" w:eastAsia="ru-RU"/>
        </w:rPr>
        <w:t>.</w:t>
      </w:r>
    </w:p>
    <w:p w14:paraId="469C3613" w14:textId="77777777" w:rsidR="00BB7DC3" w:rsidRPr="00137388" w:rsidRDefault="00E907E8" w:rsidP="00BB7DC3">
      <w:pPr>
        <w:spacing w:after="0" w:line="240" w:lineRule="auto"/>
        <w:ind w:firstLine="709"/>
        <w:rPr>
          <w:rFonts w:eastAsia="Times New Roman" w:cs="Times New Roman"/>
          <w:szCs w:val="24"/>
          <w:lang w:val="ru-RU" w:eastAsia="ru-RU"/>
        </w:rPr>
      </w:pPr>
      <w:r w:rsidRPr="00137388">
        <w:rPr>
          <w:rFonts w:eastAsia="Times New Roman" w:cs="Times New Roman"/>
          <w:szCs w:val="24"/>
          <w:lang w:val="ru-RU" w:eastAsia="ru-RU"/>
        </w:rPr>
        <w:t xml:space="preserve">4.2. </w:t>
      </w:r>
      <w:proofErr w:type="spellStart"/>
      <w:r w:rsidRPr="00137388">
        <w:rPr>
          <w:rFonts w:eastAsia="Times New Roman" w:cs="Times New Roman"/>
          <w:szCs w:val="24"/>
          <w:lang w:val="ru-RU" w:eastAsia="ru-RU"/>
        </w:rPr>
        <w:t>Өмірге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денсаулыққа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немесе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қауіпсіздікке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қатер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төнуіне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байланысты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төтенше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жағдайда</w:t>
      </w:r>
      <w:proofErr w:type="spellEnd"/>
      <w:r w:rsidRPr="00137388">
        <w:rPr>
          <w:rFonts w:eastAsia="Times New Roman" w:cs="Times New Roman"/>
          <w:szCs w:val="24"/>
          <w:lang w:val="ru-RU" w:eastAsia="ru-RU"/>
        </w:rPr>
        <w:t xml:space="preserve"> — </w:t>
      </w:r>
      <w:proofErr w:type="spellStart"/>
      <w:r w:rsidRPr="00137388">
        <w:rPr>
          <w:rFonts w:eastAsia="Times New Roman" w:cs="Times New Roman"/>
          <w:szCs w:val="24"/>
          <w:lang w:val="ru-RU" w:eastAsia="ru-RU"/>
        </w:rPr>
        <w:t>дереу</w:t>
      </w:r>
      <w:proofErr w:type="spellEnd"/>
      <w:r w:rsidRPr="00137388">
        <w:rPr>
          <w:rFonts w:eastAsia="Times New Roman" w:cs="Times New Roman"/>
          <w:szCs w:val="24"/>
          <w:lang w:val="ru-RU" w:eastAsia="ru-RU"/>
        </w:rPr>
        <w:t>.</w:t>
      </w:r>
    </w:p>
    <w:p w14:paraId="1197F63F" w14:textId="77777777" w:rsidR="00BB7DC3" w:rsidRPr="00137388" w:rsidRDefault="00E907E8" w:rsidP="00BB7DC3">
      <w:pPr>
        <w:spacing w:after="0" w:line="240" w:lineRule="auto"/>
        <w:ind w:firstLine="709"/>
        <w:rPr>
          <w:rFonts w:eastAsia="Times New Roman" w:cs="Times New Roman"/>
          <w:szCs w:val="24"/>
          <w:lang w:val="ru-RU" w:eastAsia="ru-RU"/>
        </w:rPr>
      </w:pPr>
      <w:r w:rsidRPr="00137388">
        <w:rPr>
          <w:rFonts w:eastAsia="Times New Roman" w:cs="Times New Roman"/>
          <w:szCs w:val="24"/>
          <w:lang w:val="ru-RU" w:eastAsia="ru-RU"/>
        </w:rPr>
        <w:lastRenderedPageBreak/>
        <w:t xml:space="preserve">4.3. </w:t>
      </w:r>
      <w:proofErr w:type="spellStart"/>
      <w:r w:rsidRPr="00137388">
        <w:rPr>
          <w:rFonts w:eastAsia="Times New Roman" w:cs="Times New Roman"/>
          <w:szCs w:val="24"/>
          <w:lang w:val="ru-RU" w:eastAsia="ru-RU"/>
        </w:rPr>
        <w:t>Медициналық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айғақтар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бойынша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немесе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балаға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құрылғы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объективті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түрде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қажет</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болған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кездегі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ерекше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беру </w:t>
      </w:r>
      <w:proofErr w:type="spellStart"/>
      <w:r w:rsidRPr="00137388">
        <w:rPr>
          <w:rFonts w:eastAsia="Times New Roman" w:cs="Times New Roman"/>
          <w:szCs w:val="24"/>
          <w:lang w:val="ru-RU" w:eastAsia="ru-RU"/>
        </w:rPr>
        <w:t>қажеттіліктеріне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байланысты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пайдалану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тәртібі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әкімшілігімен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ата-анамен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өкілмен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келісіледі</w:t>
      </w:r>
      <w:proofErr w:type="spellEnd"/>
      <w:r w:rsidRPr="00137388">
        <w:rPr>
          <w:rFonts w:eastAsia="Times New Roman" w:cs="Times New Roman"/>
          <w:szCs w:val="24"/>
          <w:lang w:val="ru-RU" w:eastAsia="ru-RU"/>
        </w:rPr>
        <w:t>.</w:t>
      </w:r>
    </w:p>
    <w:p w14:paraId="31888D62" w14:textId="77777777" w:rsidR="00BB7DC3" w:rsidRPr="00137388" w:rsidRDefault="00E907E8" w:rsidP="00BB7DC3">
      <w:pPr>
        <w:spacing w:after="0" w:line="240" w:lineRule="auto"/>
        <w:ind w:firstLine="709"/>
        <w:rPr>
          <w:rFonts w:eastAsia="Times New Roman" w:cs="Times New Roman"/>
          <w:szCs w:val="24"/>
          <w:lang w:val="ru-RU" w:eastAsia="ru-RU"/>
        </w:rPr>
      </w:pPr>
      <w:r w:rsidRPr="00137388">
        <w:rPr>
          <w:rFonts w:eastAsia="Times New Roman" w:cs="Times New Roman"/>
          <w:szCs w:val="24"/>
          <w:lang w:val="ru-RU" w:eastAsia="ru-RU"/>
        </w:rPr>
        <w:t xml:space="preserve">4.4. </w:t>
      </w:r>
      <w:proofErr w:type="spellStart"/>
      <w:r w:rsidRPr="00137388">
        <w:rPr>
          <w:rFonts w:eastAsia="Times New Roman" w:cs="Times New Roman"/>
          <w:szCs w:val="24"/>
          <w:lang w:val="ru-RU" w:eastAsia="ru-RU"/>
        </w:rPr>
        <w:t>Ата-анамен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шұғыл</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байланысу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үшін</w:t>
      </w:r>
      <w:proofErr w:type="spellEnd"/>
      <w:r w:rsidRPr="00137388">
        <w:rPr>
          <w:rFonts w:eastAsia="Times New Roman" w:cs="Times New Roman"/>
          <w:szCs w:val="24"/>
          <w:lang w:val="ru-RU" w:eastAsia="ru-RU"/>
        </w:rPr>
        <w:t xml:space="preserve"> — </w:t>
      </w:r>
      <w:proofErr w:type="spellStart"/>
      <w:r w:rsidRPr="00137388">
        <w:rPr>
          <w:rFonts w:eastAsia="Times New Roman" w:cs="Times New Roman"/>
          <w:szCs w:val="24"/>
          <w:lang w:val="ru-RU" w:eastAsia="ru-RU"/>
        </w:rPr>
        <w:t>педагогтің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немесе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әкімшілігінің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рұқсатымен</w:t>
      </w:r>
      <w:proofErr w:type="spellEnd"/>
      <w:r w:rsidRPr="00137388">
        <w:rPr>
          <w:rFonts w:eastAsia="Times New Roman" w:cs="Times New Roman"/>
          <w:szCs w:val="24"/>
          <w:lang w:val="ru-RU" w:eastAsia="ru-RU"/>
        </w:rPr>
        <w:t>.</w:t>
      </w:r>
    </w:p>
    <w:p w14:paraId="53599677" w14:textId="47661035" w:rsidR="00E907E8" w:rsidRPr="00137388" w:rsidRDefault="00E907E8" w:rsidP="00BB7DC3">
      <w:pPr>
        <w:spacing w:after="0" w:line="240" w:lineRule="auto"/>
        <w:ind w:firstLine="709"/>
        <w:rPr>
          <w:rFonts w:eastAsia="Times New Roman" w:cs="Times New Roman"/>
          <w:szCs w:val="24"/>
          <w:lang w:val="ru-RU" w:eastAsia="ru-RU"/>
        </w:rPr>
      </w:pPr>
      <w:r w:rsidRPr="00137388">
        <w:rPr>
          <w:rFonts w:eastAsia="Times New Roman" w:cs="Times New Roman"/>
          <w:szCs w:val="24"/>
          <w:lang w:val="ru-RU" w:eastAsia="ru-RU"/>
        </w:rPr>
        <w:t xml:space="preserve">Осы </w:t>
      </w:r>
      <w:proofErr w:type="spellStart"/>
      <w:r w:rsidRPr="00137388">
        <w:rPr>
          <w:rFonts w:eastAsia="Times New Roman" w:cs="Times New Roman"/>
          <w:szCs w:val="24"/>
          <w:lang w:val="ru-RU" w:eastAsia="ru-RU"/>
        </w:rPr>
        <w:t>тәртіптің</w:t>
      </w:r>
      <w:proofErr w:type="spellEnd"/>
      <w:r w:rsidRPr="00137388">
        <w:rPr>
          <w:rFonts w:eastAsia="Times New Roman" w:cs="Times New Roman"/>
          <w:szCs w:val="24"/>
          <w:lang w:val="ru-RU" w:eastAsia="ru-RU"/>
        </w:rPr>
        <w:t xml:space="preserve"> 4.1–4.4-тармақтарының </w:t>
      </w:r>
      <w:proofErr w:type="spellStart"/>
      <w:r w:rsidRPr="00137388">
        <w:rPr>
          <w:rFonts w:eastAsia="Times New Roman" w:cs="Times New Roman"/>
          <w:szCs w:val="24"/>
          <w:lang w:val="ru-RU" w:eastAsia="ru-RU"/>
        </w:rPr>
        <w:t>ережелері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беру </w:t>
      </w:r>
      <w:proofErr w:type="spellStart"/>
      <w:r w:rsidRPr="00137388">
        <w:rPr>
          <w:rFonts w:eastAsia="Times New Roman" w:cs="Times New Roman"/>
          <w:szCs w:val="24"/>
          <w:lang w:val="ru-RU" w:eastAsia="ru-RU"/>
        </w:rPr>
        <w:t>саласындағы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уәкілетті</w:t>
      </w:r>
      <w:proofErr w:type="spellEnd"/>
      <w:r w:rsidRPr="00137388">
        <w:rPr>
          <w:rFonts w:eastAsia="Times New Roman" w:cs="Times New Roman"/>
          <w:szCs w:val="24"/>
          <w:lang w:val="ru-RU" w:eastAsia="ru-RU"/>
        </w:rPr>
        <w:t xml:space="preserve"> орган </w:t>
      </w:r>
      <w:proofErr w:type="spellStart"/>
      <w:r w:rsidRPr="00137388">
        <w:rPr>
          <w:rFonts w:eastAsia="Times New Roman" w:cs="Times New Roman"/>
          <w:szCs w:val="24"/>
          <w:lang w:val="ru-RU" w:eastAsia="ru-RU"/>
        </w:rPr>
        <w:t>бекітетін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ұялы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байланыс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абоненттік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құрылғыларын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пайдаланудың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қолданыстағы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ережелерінде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жол</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берілетін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бөлігінде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жағдайларда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ғана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қолданылады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Мұндай</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ережелер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өзгерген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жағдайда</w:t>
      </w:r>
      <w:proofErr w:type="spellEnd"/>
      <w:r w:rsidRPr="00137388">
        <w:rPr>
          <w:rFonts w:eastAsia="Times New Roman" w:cs="Times New Roman"/>
          <w:szCs w:val="24"/>
          <w:lang w:val="ru-RU" w:eastAsia="ru-RU"/>
        </w:rPr>
        <w:t xml:space="preserve">, осы </w:t>
      </w:r>
      <w:proofErr w:type="spellStart"/>
      <w:r w:rsidRPr="00137388">
        <w:rPr>
          <w:rFonts w:eastAsia="Times New Roman" w:cs="Times New Roman"/>
          <w:szCs w:val="24"/>
          <w:lang w:val="ru-RU" w:eastAsia="ru-RU"/>
        </w:rPr>
        <w:t>тәртіп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оларға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сәйкес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келтірілуге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тиіс</w:t>
      </w:r>
      <w:proofErr w:type="spellEnd"/>
      <w:r w:rsidRPr="00137388">
        <w:rPr>
          <w:rFonts w:eastAsia="Times New Roman" w:cs="Times New Roman"/>
          <w:szCs w:val="24"/>
          <w:lang w:val="ru-RU" w:eastAsia="ru-RU"/>
        </w:rPr>
        <w:t>.</w:t>
      </w:r>
    </w:p>
    <w:p w14:paraId="3D798D77" w14:textId="02B51373" w:rsidR="00BB7DC3" w:rsidRPr="00137388" w:rsidRDefault="00A333AD" w:rsidP="00BB7DC3">
      <w:pPr>
        <w:spacing w:after="0" w:line="240" w:lineRule="auto"/>
        <w:rPr>
          <w:rFonts w:eastAsia="Times New Roman" w:cs="Times New Roman"/>
          <w:szCs w:val="24"/>
          <w:lang w:val="ru-RU" w:eastAsia="ru-RU"/>
        </w:rPr>
      </w:pPr>
      <w:r w:rsidRPr="00137388">
        <w:rPr>
          <w:rFonts w:eastAsia="Times New Roman" w:cs="Times New Roman"/>
          <w:b/>
          <w:bCs/>
          <w:szCs w:val="24"/>
          <w:lang w:val="ru-RU" w:eastAsia="ru-RU"/>
        </w:rPr>
        <w:t>4</w:t>
      </w:r>
      <w:r w:rsidR="00E907E8" w:rsidRPr="00137388">
        <w:rPr>
          <w:rFonts w:eastAsia="Times New Roman" w:cs="Times New Roman"/>
          <w:b/>
          <w:bCs/>
          <w:szCs w:val="24"/>
          <w:lang w:val="ru-RU" w:eastAsia="ru-RU"/>
        </w:rPr>
        <w:t xml:space="preserve">. </w:t>
      </w:r>
      <w:proofErr w:type="spellStart"/>
      <w:r w:rsidR="00E907E8" w:rsidRPr="00137388">
        <w:rPr>
          <w:rFonts w:eastAsia="Times New Roman" w:cs="Times New Roman"/>
          <w:b/>
          <w:bCs/>
          <w:szCs w:val="24"/>
          <w:lang w:val="ru-RU" w:eastAsia="ru-RU"/>
        </w:rPr>
        <w:t>Ереже</w:t>
      </w:r>
      <w:proofErr w:type="spellEnd"/>
      <w:r w:rsidR="00E907E8" w:rsidRPr="00137388">
        <w:rPr>
          <w:rFonts w:eastAsia="Times New Roman" w:cs="Times New Roman"/>
          <w:b/>
          <w:bCs/>
          <w:szCs w:val="24"/>
          <w:lang w:val="ru-RU" w:eastAsia="ru-RU"/>
        </w:rPr>
        <w:t xml:space="preserve"> </w:t>
      </w:r>
      <w:proofErr w:type="spellStart"/>
      <w:r w:rsidR="00E907E8" w:rsidRPr="00137388">
        <w:rPr>
          <w:rFonts w:eastAsia="Times New Roman" w:cs="Times New Roman"/>
          <w:b/>
          <w:bCs/>
          <w:szCs w:val="24"/>
          <w:lang w:val="ru-RU" w:eastAsia="ru-RU"/>
        </w:rPr>
        <w:t>бұзылған</w:t>
      </w:r>
      <w:proofErr w:type="spellEnd"/>
      <w:r w:rsidR="00E907E8" w:rsidRPr="00137388">
        <w:rPr>
          <w:rFonts w:eastAsia="Times New Roman" w:cs="Times New Roman"/>
          <w:b/>
          <w:bCs/>
          <w:szCs w:val="24"/>
          <w:lang w:val="ru-RU" w:eastAsia="ru-RU"/>
        </w:rPr>
        <w:t xml:space="preserve"> </w:t>
      </w:r>
      <w:proofErr w:type="spellStart"/>
      <w:r w:rsidR="00E907E8" w:rsidRPr="00137388">
        <w:rPr>
          <w:rFonts w:eastAsia="Times New Roman" w:cs="Times New Roman"/>
          <w:b/>
          <w:bCs/>
          <w:szCs w:val="24"/>
          <w:lang w:val="ru-RU" w:eastAsia="ru-RU"/>
        </w:rPr>
        <w:t>жағдайдағы</w:t>
      </w:r>
      <w:proofErr w:type="spellEnd"/>
      <w:r w:rsidR="00E907E8" w:rsidRPr="00137388">
        <w:rPr>
          <w:rFonts w:eastAsia="Times New Roman" w:cs="Times New Roman"/>
          <w:b/>
          <w:bCs/>
          <w:szCs w:val="24"/>
          <w:lang w:val="ru-RU" w:eastAsia="ru-RU"/>
        </w:rPr>
        <w:t xml:space="preserve"> </w:t>
      </w:r>
      <w:proofErr w:type="spellStart"/>
      <w:r w:rsidR="00E907E8" w:rsidRPr="00137388">
        <w:rPr>
          <w:rFonts w:eastAsia="Times New Roman" w:cs="Times New Roman"/>
          <w:b/>
          <w:bCs/>
          <w:szCs w:val="24"/>
          <w:lang w:val="ru-RU" w:eastAsia="ru-RU"/>
        </w:rPr>
        <w:t>педагогтің</w:t>
      </w:r>
      <w:proofErr w:type="spellEnd"/>
      <w:r w:rsidR="00E907E8" w:rsidRPr="00137388">
        <w:rPr>
          <w:rFonts w:eastAsia="Times New Roman" w:cs="Times New Roman"/>
          <w:b/>
          <w:bCs/>
          <w:szCs w:val="24"/>
          <w:lang w:val="ru-RU" w:eastAsia="ru-RU"/>
        </w:rPr>
        <w:t xml:space="preserve"> </w:t>
      </w:r>
      <w:proofErr w:type="spellStart"/>
      <w:r w:rsidR="00E907E8" w:rsidRPr="00137388">
        <w:rPr>
          <w:rFonts w:eastAsia="Times New Roman" w:cs="Times New Roman"/>
          <w:b/>
          <w:bCs/>
          <w:szCs w:val="24"/>
          <w:lang w:val="ru-RU" w:eastAsia="ru-RU"/>
        </w:rPr>
        <w:t>әрекеті</w:t>
      </w:r>
      <w:proofErr w:type="spellEnd"/>
      <w:r w:rsidR="00E907E8" w:rsidRPr="00137388">
        <w:rPr>
          <w:rFonts w:eastAsia="Times New Roman" w:cs="Times New Roman"/>
          <w:szCs w:val="24"/>
          <w:lang w:val="ru-RU" w:eastAsia="ru-RU"/>
        </w:rPr>
        <w:t xml:space="preserve"> </w:t>
      </w:r>
      <w:r w:rsidR="00E907E8" w:rsidRPr="00137388">
        <w:rPr>
          <w:rFonts w:eastAsia="Times New Roman" w:cs="Times New Roman"/>
          <w:i/>
          <w:iCs/>
          <w:szCs w:val="24"/>
          <w:lang w:val="ru-RU" w:eastAsia="ru-RU"/>
        </w:rPr>
        <w:t>(</w:t>
      </w:r>
      <w:proofErr w:type="spellStart"/>
      <w:r w:rsidR="00E907E8" w:rsidRPr="00137388">
        <w:rPr>
          <w:rFonts w:eastAsia="Times New Roman" w:cs="Times New Roman"/>
          <w:i/>
          <w:iCs/>
          <w:szCs w:val="24"/>
          <w:lang w:val="ru-RU" w:eastAsia="ru-RU"/>
        </w:rPr>
        <w:t>Ескертпе</w:t>
      </w:r>
      <w:proofErr w:type="spellEnd"/>
      <w:r w:rsidR="00E907E8" w:rsidRPr="00137388">
        <w:rPr>
          <w:rFonts w:eastAsia="Times New Roman" w:cs="Times New Roman"/>
          <w:i/>
          <w:iCs/>
          <w:szCs w:val="24"/>
          <w:lang w:val="ru-RU" w:eastAsia="ru-RU"/>
        </w:rPr>
        <w:t xml:space="preserve">: </w:t>
      </w:r>
      <w:proofErr w:type="spellStart"/>
      <w:r w:rsidR="00E907E8" w:rsidRPr="00137388">
        <w:rPr>
          <w:rFonts w:eastAsia="Times New Roman" w:cs="Times New Roman"/>
          <w:i/>
          <w:iCs/>
          <w:szCs w:val="24"/>
          <w:lang w:val="ru-RU" w:eastAsia="ru-RU"/>
        </w:rPr>
        <w:t>түпнұсқадағы</w:t>
      </w:r>
      <w:proofErr w:type="spellEnd"/>
      <w:r w:rsidR="00E907E8" w:rsidRPr="00137388">
        <w:rPr>
          <w:rFonts w:eastAsia="Times New Roman" w:cs="Times New Roman"/>
          <w:i/>
          <w:iCs/>
          <w:szCs w:val="24"/>
          <w:lang w:val="ru-RU" w:eastAsia="ru-RU"/>
        </w:rPr>
        <w:t xml:space="preserve"> 4-тармақ </w:t>
      </w:r>
      <w:proofErr w:type="spellStart"/>
      <w:r w:rsidR="00E907E8" w:rsidRPr="00137388">
        <w:rPr>
          <w:rFonts w:eastAsia="Times New Roman" w:cs="Times New Roman"/>
          <w:i/>
          <w:iCs/>
          <w:szCs w:val="24"/>
          <w:lang w:val="ru-RU" w:eastAsia="ru-RU"/>
        </w:rPr>
        <w:t>деген</w:t>
      </w:r>
      <w:proofErr w:type="spellEnd"/>
      <w:r w:rsidR="00E907E8" w:rsidRPr="00137388">
        <w:rPr>
          <w:rFonts w:eastAsia="Times New Roman" w:cs="Times New Roman"/>
          <w:i/>
          <w:iCs/>
          <w:szCs w:val="24"/>
          <w:lang w:val="ru-RU" w:eastAsia="ru-RU"/>
        </w:rPr>
        <w:t xml:space="preserve"> </w:t>
      </w:r>
      <w:proofErr w:type="spellStart"/>
      <w:r w:rsidR="00E907E8" w:rsidRPr="00137388">
        <w:rPr>
          <w:rFonts w:eastAsia="Times New Roman" w:cs="Times New Roman"/>
          <w:i/>
          <w:iCs/>
          <w:szCs w:val="24"/>
          <w:lang w:val="ru-RU" w:eastAsia="ru-RU"/>
        </w:rPr>
        <w:t>қателік</w:t>
      </w:r>
      <w:proofErr w:type="spellEnd"/>
      <w:r w:rsidR="00E907E8" w:rsidRPr="00137388">
        <w:rPr>
          <w:rFonts w:eastAsia="Times New Roman" w:cs="Times New Roman"/>
          <w:i/>
          <w:iCs/>
          <w:szCs w:val="24"/>
          <w:lang w:val="ru-RU" w:eastAsia="ru-RU"/>
        </w:rPr>
        <w:t xml:space="preserve"> </w:t>
      </w:r>
      <w:proofErr w:type="spellStart"/>
      <w:r w:rsidR="00E907E8" w:rsidRPr="00137388">
        <w:rPr>
          <w:rFonts w:eastAsia="Times New Roman" w:cs="Times New Roman"/>
          <w:i/>
          <w:iCs/>
          <w:szCs w:val="24"/>
          <w:lang w:val="ru-RU" w:eastAsia="ru-RU"/>
        </w:rPr>
        <w:t>түзетілді</w:t>
      </w:r>
      <w:proofErr w:type="spellEnd"/>
      <w:r w:rsidR="00E907E8" w:rsidRPr="00137388">
        <w:rPr>
          <w:rFonts w:eastAsia="Times New Roman" w:cs="Times New Roman"/>
          <w:i/>
          <w:iCs/>
          <w:szCs w:val="24"/>
          <w:lang w:val="ru-RU" w:eastAsia="ru-RU"/>
        </w:rPr>
        <w:t>)</w:t>
      </w:r>
    </w:p>
    <w:p w14:paraId="0B7B91AB" w14:textId="77777777" w:rsidR="00BB7DC3" w:rsidRPr="00137388" w:rsidRDefault="00E907E8" w:rsidP="00BB7DC3">
      <w:pPr>
        <w:spacing w:after="0" w:line="240" w:lineRule="auto"/>
        <w:ind w:firstLine="567"/>
        <w:rPr>
          <w:rFonts w:eastAsia="Times New Roman" w:cs="Times New Roman"/>
          <w:szCs w:val="24"/>
          <w:lang w:val="ru-RU" w:eastAsia="ru-RU"/>
        </w:rPr>
      </w:pPr>
      <w:r w:rsidRPr="00137388">
        <w:rPr>
          <w:rFonts w:eastAsia="Times New Roman" w:cs="Times New Roman"/>
          <w:szCs w:val="24"/>
          <w:lang w:val="ru-RU" w:eastAsia="ru-RU"/>
        </w:rPr>
        <w:t xml:space="preserve">5.1. Педагог </w:t>
      </w:r>
      <w:proofErr w:type="spellStart"/>
      <w:r w:rsidRPr="00137388">
        <w:rPr>
          <w:rFonts w:eastAsia="Times New Roman" w:cs="Times New Roman"/>
          <w:szCs w:val="24"/>
          <w:lang w:val="ru-RU" w:eastAsia="ru-RU"/>
        </w:rPr>
        <w:t>телефонды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пайдалануды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тоқтатуды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оны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алушының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жеке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затының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ішіне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алып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тастауды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талап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етеді</w:t>
      </w:r>
      <w:proofErr w:type="spellEnd"/>
      <w:r w:rsidRPr="00137388">
        <w:rPr>
          <w:rFonts w:eastAsia="Times New Roman" w:cs="Times New Roman"/>
          <w:szCs w:val="24"/>
          <w:lang w:val="ru-RU" w:eastAsia="ru-RU"/>
        </w:rPr>
        <w:t>.</w:t>
      </w:r>
    </w:p>
    <w:p w14:paraId="639A743A" w14:textId="77777777" w:rsidR="00BB7DC3" w:rsidRPr="00137388" w:rsidRDefault="00E907E8" w:rsidP="00BB7DC3">
      <w:pPr>
        <w:spacing w:after="0" w:line="240" w:lineRule="auto"/>
        <w:ind w:firstLine="567"/>
        <w:rPr>
          <w:rFonts w:eastAsia="Times New Roman" w:cs="Times New Roman"/>
          <w:szCs w:val="24"/>
          <w:lang w:val="ru-RU" w:eastAsia="ru-RU"/>
        </w:rPr>
      </w:pPr>
      <w:r w:rsidRPr="00137388">
        <w:rPr>
          <w:rFonts w:eastAsia="Times New Roman" w:cs="Times New Roman"/>
          <w:szCs w:val="24"/>
          <w:lang w:val="ru-RU" w:eastAsia="ru-RU"/>
        </w:rPr>
        <w:t xml:space="preserve">5.2. </w:t>
      </w:r>
      <w:proofErr w:type="spellStart"/>
      <w:r w:rsidRPr="00137388">
        <w:rPr>
          <w:rFonts w:eastAsia="Times New Roman" w:cs="Times New Roman"/>
          <w:szCs w:val="24"/>
          <w:lang w:val="ru-RU" w:eastAsia="ru-RU"/>
        </w:rPr>
        <w:t>Ереже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қайта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бұзылған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жағдайда</w:t>
      </w:r>
      <w:proofErr w:type="spellEnd"/>
      <w:r w:rsidRPr="00137388">
        <w:rPr>
          <w:rFonts w:eastAsia="Times New Roman" w:cs="Times New Roman"/>
          <w:szCs w:val="24"/>
          <w:lang w:val="ru-RU" w:eastAsia="ru-RU"/>
        </w:rPr>
        <w:t xml:space="preserve"> педагог </w:t>
      </w:r>
      <w:proofErr w:type="spellStart"/>
      <w:r w:rsidRPr="00137388">
        <w:rPr>
          <w:rFonts w:eastAsia="Times New Roman" w:cs="Times New Roman"/>
          <w:szCs w:val="24"/>
          <w:lang w:val="ru-RU" w:eastAsia="ru-RU"/>
        </w:rPr>
        <w:t>сынып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жетекшісіне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немесе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әкімшілігіне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хабарлайды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ата-ана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өкіл</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мектепте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белгіленген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тәртіппен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құлақтандырылады</w:t>
      </w:r>
      <w:proofErr w:type="spellEnd"/>
      <w:r w:rsidRPr="00137388">
        <w:rPr>
          <w:rFonts w:eastAsia="Times New Roman" w:cs="Times New Roman"/>
          <w:szCs w:val="24"/>
          <w:lang w:val="ru-RU" w:eastAsia="ru-RU"/>
        </w:rPr>
        <w:t>.</w:t>
      </w:r>
    </w:p>
    <w:p w14:paraId="583484F5" w14:textId="77777777" w:rsidR="00BB7DC3" w:rsidRPr="00137388" w:rsidRDefault="00E907E8" w:rsidP="00BB7DC3">
      <w:pPr>
        <w:spacing w:after="0" w:line="240" w:lineRule="auto"/>
        <w:ind w:firstLine="567"/>
        <w:rPr>
          <w:rFonts w:eastAsia="Times New Roman" w:cs="Times New Roman"/>
          <w:szCs w:val="24"/>
          <w:lang w:val="ru-RU" w:eastAsia="ru-RU"/>
        </w:rPr>
      </w:pPr>
      <w:r w:rsidRPr="00137388">
        <w:rPr>
          <w:rFonts w:eastAsia="Times New Roman" w:cs="Times New Roman"/>
          <w:szCs w:val="24"/>
          <w:lang w:val="ru-RU" w:eastAsia="ru-RU"/>
        </w:rPr>
        <w:t xml:space="preserve">5.3. </w:t>
      </w:r>
      <w:proofErr w:type="spellStart"/>
      <w:r w:rsidRPr="00137388">
        <w:rPr>
          <w:rFonts w:eastAsia="Times New Roman" w:cs="Times New Roman"/>
          <w:szCs w:val="24"/>
          <w:lang w:val="ru-RU" w:eastAsia="ru-RU"/>
        </w:rPr>
        <w:t>Педагогтің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талаптарын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орындаудан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жүйелі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түрде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немесе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демонстративті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түрде</w:t>
      </w:r>
      <w:proofErr w:type="spellEnd"/>
      <w:r w:rsidRPr="00137388">
        <w:rPr>
          <w:rFonts w:eastAsia="Times New Roman" w:cs="Times New Roman"/>
          <w:szCs w:val="24"/>
          <w:lang w:val="ru-RU" w:eastAsia="ru-RU"/>
        </w:rPr>
        <w:t xml:space="preserve"> бас </w:t>
      </w:r>
      <w:proofErr w:type="spellStart"/>
      <w:r w:rsidRPr="00137388">
        <w:rPr>
          <w:rFonts w:eastAsia="Times New Roman" w:cs="Times New Roman"/>
          <w:szCs w:val="24"/>
          <w:lang w:val="ru-RU" w:eastAsia="ru-RU"/>
        </w:rPr>
        <w:t>тартқан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жағдайда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бұзушылық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фактісі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қызметтік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жазбамен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немесе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өзге</w:t>
      </w:r>
      <w:proofErr w:type="spellEnd"/>
      <w:r w:rsidRPr="00137388">
        <w:rPr>
          <w:rFonts w:eastAsia="Times New Roman" w:cs="Times New Roman"/>
          <w:szCs w:val="24"/>
          <w:lang w:val="ru-RU" w:eastAsia="ru-RU"/>
        </w:rPr>
        <w:t xml:space="preserve"> де </w:t>
      </w:r>
      <w:proofErr w:type="spellStart"/>
      <w:r w:rsidRPr="00137388">
        <w:rPr>
          <w:rFonts w:eastAsia="Times New Roman" w:cs="Times New Roman"/>
          <w:szCs w:val="24"/>
          <w:lang w:val="ru-RU" w:eastAsia="ru-RU"/>
        </w:rPr>
        <w:t>ішкі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құжатпен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тіркеледі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оны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әкімшілігі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Жарғы</w:t>
      </w:r>
      <w:proofErr w:type="spellEnd"/>
      <w:r w:rsidRPr="00137388">
        <w:rPr>
          <w:rFonts w:eastAsia="Times New Roman" w:cs="Times New Roman"/>
          <w:szCs w:val="24"/>
          <w:lang w:val="ru-RU" w:eastAsia="ru-RU"/>
        </w:rPr>
        <w:t xml:space="preserve"> мен </w:t>
      </w:r>
      <w:proofErr w:type="spellStart"/>
      <w:r w:rsidRPr="00137388">
        <w:rPr>
          <w:rFonts w:eastAsia="Times New Roman" w:cs="Times New Roman"/>
          <w:szCs w:val="24"/>
          <w:lang w:val="ru-RU" w:eastAsia="ru-RU"/>
        </w:rPr>
        <w:t>Ішкі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тәртіп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қағидаларына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сәйкес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қарайды</w:t>
      </w:r>
      <w:proofErr w:type="spellEnd"/>
      <w:r w:rsidRPr="00137388">
        <w:rPr>
          <w:rFonts w:eastAsia="Times New Roman" w:cs="Times New Roman"/>
          <w:szCs w:val="24"/>
          <w:lang w:val="ru-RU" w:eastAsia="ru-RU"/>
        </w:rPr>
        <w:t>.</w:t>
      </w:r>
    </w:p>
    <w:p w14:paraId="367195F1" w14:textId="77777777" w:rsidR="00BB7DC3" w:rsidRPr="00137388" w:rsidRDefault="00E907E8" w:rsidP="00BB7DC3">
      <w:pPr>
        <w:spacing w:after="0" w:line="240" w:lineRule="auto"/>
        <w:ind w:firstLine="567"/>
        <w:rPr>
          <w:rFonts w:eastAsia="Times New Roman" w:cs="Times New Roman"/>
          <w:szCs w:val="24"/>
          <w:lang w:val="ru-RU" w:eastAsia="ru-RU"/>
        </w:rPr>
      </w:pPr>
      <w:r w:rsidRPr="00137388">
        <w:rPr>
          <w:rFonts w:eastAsia="Times New Roman" w:cs="Times New Roman"/>
          <w:szCs w:val="24"/>
          <w:lang w:val="ru-RU" w:eastAsia="ru-RU"/>
        </w:rPr>
        <w:t xml:space="preserve">5.4. Педагог </w:t>
      </w:r>
      <w:proofErr w:type="spellStart"/>
      <w:r w:rsidRPr="00137388">
        <w:rPr>
          <w:rFonts w:eastAsia="Times New Roman" w:cs="Times New Roman"/>
          <w:szCs w:val="24"/>
          <w:lang w:val="ru-RU" w:eastAsia="ru-RU"/>
        </w:rPr>
        <w:t>телефонның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ішіндегі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мәліметтерді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қарамайды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құрылғының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құпия</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сөзін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немесе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құлпын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ашуды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талап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етпейді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файлдарды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хаттарды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фотосуреттерді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немесе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видеожазбаларды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өшірмейді</w:t>
      </w:r>
      <w:proofErr w:type="spellEnd"/>
      <w:r w:rsidRPr="00137388">
        <w:rPr>
          <w:rFonts w:eastAsia="Times New Roman" w:cs="Times New Roman"/>
          <w:szCs w:val="24"/>
          <w:lang w:val="ru-RU" w:eastAsia="ru-RU"/>
        </w:rPr>
        <w:t>.</w:t>
      </w:r>
    </w:p>
    <w:p w14:paraId="2EEE2401" w14:textId="5B1E5A0D" w:rsidR="00E907E8" w:rsidRPr="00137388" w:rsidRDefault="00E907E8" w:rsidP="00BB7DC3">
      <w:pPr>
        <w:spacing w:after="0" w:line="240" w:lineRule="auto"/>
        <w:ind w:firstLine="567"/>
        <w:rPr>
          <w:rFonts w:eastAsia="Times New Roman" w:cs="Times New Roman"/>
          <w:szCs w:val="24"/>
          <w:lang w:val="ru-RU" w:eastAsia="ru-RU"/>
        </w:rPr>
      </w:pPr>
      <w:r w:rsidRPr="00137388">
        <w:rPr>
          <w:rFonts w:eastAsia="Times New Roman" w:cs="Times New Roman"/>
          <w:szCs w:val="24"/>
          <w:lang w:val="ru-RU" w:eastAsia="ru-RU"/>
        </w:rPr>
        <w:t xml:space="preserve">5.5. Осы </w:t>
      </w:r>
      <w:proofErr w:type="spellStart"/>
      <w:r w:rsidRPr="00137388">
        <w:rPr>
          <w:rFonts w:eastAsia="Times New Roman" w:cs="Times New Roman"/>
          <w:szCs w:val="24"/>
          <w:lang w:val="ru-RU" w:eastAsia="ru-RU"/>
        </w:rPr>
        <w:t>бөлімде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педагогтің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телефонды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мәжбүрлі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түрде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алып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қоюы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көзделмейді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алушы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құрылғыны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пайдалануды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өз</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бетінше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тоқтатуға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алып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тастауға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міндетті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Уақытша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сақтаудың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өзгеше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тәртібі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тарапынан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мүлікті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қабылдау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сақтау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қайтару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рәсімдері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анықтала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отырып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бөлек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ресми</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бекітілген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жағдайда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ғана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қолданылуы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мүмкін</w:t>
      </w:r>
      <w:proofErr w:type="spellEnd"/>
      <w:r w:rsidRPr="00137388">
        <w:rPr>
          <w:rFonts w:eastAsia="Times New Roman" w:cs="Times New Roman"/>
          <w:szCs w:val="24"/>
          <w:lang w:val="ru-RU" w:eastAsia="ru-RU"/>
        </w:rPr>
        <w:t>.</w:t>
      </w:r>
    </w:p>
    <w:p w14:paraId="479788D6" w14:textId="635B4502" w:rsidR="00BB7DC3" w:rsidRPr="00137388" w:rsidRDefault="00A333AD" w:rsidP="00BB7DC3">
      <w:pPr>
        <w:spacing w:after="0" w:line="240" w:lineRule="auto"/>
        <w:rPr>
          <w:rFonts w:eastAsia="Times New Roman" w:cs="Times New Roman"/>
          <w:szCs w:val="24"/>
          <w:lang w:val="ru-RU" w:eastAsia="ru-RU"/>
        </w:rPr>
      </w:pPr>
      <w:r w:rsidRPr="00137388">
        <w:rPr>
          <w:rFonts w:eastAsia="Times New Roman" w:cs="Times New Roman"/>
          <w:b/>
          <w:bCs/>
          <w:szCs w:val="24"/>
          <w:lang w:val="ru-RU" w:eastAsia="ru-RU"/>
        </w:rPr>
        <w:t>5</w:t>
      </w:r>
      <w:r w:rsidR="00E907E8" w:rsidRPr="00137388">
        <w:rPr>
          <w:rFonts w:eastAsia="Times New Roman" w:cs="Times New Roman"/>
          <w:b/>
          <w:bCs/>
          <w:szCs w:val="24"/>
          <w:lang w:val="ru-RU" w:eastAsia="ru-RU"/>
        </w:rPr>
        <w:t xml:space="preserve">. </w:t>
      </w:r>
      <w:proofErr w:type="spellStart"/>
      <w:r w:rsidR="00E907E8" w:rsidRPr="00137388">
        <w:rPr>
          <w:rFonts w:eastAsia="Times New Roman" w:cs="Times New Roman"/>
          <w:b/>
          <w:bCs/>
          <w:szCs w:val="24"/>
          <w:lang w:val="ru-RU" w:eastAsia="ru-RU"/>
        </w:rPr>
        <w:t>Ата-аналардың</w:t>
      </w:r>
      <w:proofErr w:type="spellEnd"/>
      <w:r w:rsidR="00E907E8" w:rsidRPr="00137388">
        <w:rPr>
          <w:rFonts w:eastAsia="Times New Roman" w:cs="Times New Roman"/>
          <w:b/>
          <w:bCs/>
          <w:szCs w:val="24"/>
          <w:lang w:val="ru-RU" w:eastAsia="ru-RU"/>
        </w:rPr>
        <w:t xml:space="preserve"> (</w:t>
      </w:r>
      <w:proofErr w:type="spellStart"/>
      <w:r w:rsidR="00E907E8" w:rsidRPr="00137388">
        <w:rPr>
          <w:rFonts w:eastAsia="Times New Roman" w:cs="Times New Roman"/>
          <w:b/>
          <w:bCs/>
          <w:szCs w:val="24"/>
          <w:lang w:val="ru-RU" w:eastAsia="ru-RU"/>
        </w:rPr>
        <w:t>заңды</w:t>
      </w:r>
      <w:proofErr w:type="spellEnd"/>
      <w:r w:rsidR="00E907E8" w:rsidRPr="00137388">
        <w:rPr>
          <w:rFonts w:eastAsia="Times New Roman" w:cs="Times New Roman"/>
          <w:b/>
          <w:bCs/>
          <w:szCs w:val="24"/>
          <w:lang w:val="ru-RU" w:eastAsia="ru-RU"/>
        </w:rPr>
        <w:t xml:space="preserve"> </w:t>
      </w:r>
      <w:proofErr w:type="spellStart"/>
      <w:r w:rsidR="00E907E8" w:rsidRPr="00137388">
        <w:rPr>
          <w:rFonts w:eastAsia="Times New Roman" w:cs="Times New Roman"/>
          <w:b/>
          <w:bCs/>
          <w:szCs w:val="24"/>
          <w:lang w:val="ru-RU" w:eastAsia="ru-RU"/>
        </w:rPr>
        <w:t>өкілдердің</w:t>
      </w:r>
      <w:proofErr w:type="spellEnd"/>
      <w:r w:rsidR="00E907E8" w:rsidRPr="00137388">
        <w:rPr>
          <w:rFonts w:eastAsia="Times New Roman" w:cs="Times New Roman"/>
          <w:b/>
          <w:bCs/>
          <w:szCs w:val="24"/>
          <w:lang w:val="ru-RU" w:eastAsia="ru-RU"/>
        </w:rPr>
        <w:t xml:space="preserve">) </w:t>
      </w:r>
      <w:proofErr w:type="spellStart"/>
      <w:r w:rsidR="00E907E8" w:rsidRPr="00137388">
        <w:rPr>
          <w:rFonts w:eastAsia="Times New Roman" w:cs="Times New Roman"/>
          <w:b/>
          <w:bCs/>
          <w:szCs w:val="24"/>
          <w:lang w:val="ru-RU" w:eastAsia="ru-RU"/>
        </w:rPr>
        <w:t>міндеттері</w:t>
      </w:r>
      <w:proofErr w:type="spellEnd"/>
      <w:r w:rsidR="00E907E8" w:rsidRPr="00137388">
        <w:rPr>
          <w:rFonts w:eastAsia="Times New Roman" w:cs="Times New Roman"/>
          <w:szCs w:val="24"/>
          <w:lang w:val="ru-RU" w:eastAsia="ru-RU"/>
        </w:rPr>
        <w:t xml:space="preserve"> </w:t>
      </w:r>
      <w:r w:rsidR="00E907E8" w:rsidRPr="00137388">
        <w:rPr>
          <w:rFonts w:eastAsia="Times New Roman" w:cs="Times New Roman"/>
          <w:i/>
          <w:iCs/>
          <w:szCs w:val="24"/>
          <w:lang w:val="ru-RU" w:eastAsia="ru-RU"/>
        </w:rPr>
        <w:t>(</w:t>
      </w:r>
      <w:proofErr w:type="spellStart"/>
      <w:r w:rsidR="00E907E8" w:rsidRPr="00137388">
        <w:rPr>
          <w:rFonts w:eastAsia="Times New Roman" w:cs="Times New Roman"/>
          <w:i/>
          <w:iCs/>
          <w:szCs w:val="24"/>
          <w:lang w:val="ru-RU" w:eastAsia="ru-RU"/>
        </w:rPr>
        <w:t>Ескертпе</w:t>
      </w:r>
      <w:proofErr w:type="spellEnd"/>
      <w:r w:rsidR="00E907E8" w:rsidRPr="00137388">
        <w:rPr>
          <w:rFonts w:eastAsia="Times New Roman" w:cs="Times New Roman"/>
          <w:i/>
          <w:iCs/>
          <w:szCs w:val="24"/>
          <w:lang w:val="ru-RU" w:eastAsia="ru-RU"/>
        </w:rPr>
        <w:t xml:space="preserve">: </w:t>
      </w:r>
      <w:proofErr w:type="spellStart"/>
      <w:r w:rsidR="00E907E8" w:rsidRPr="00137388">
        <w:rPr>
          <w:rFonts w:eastAsia="Times New Roman" w:cs="Times New Roman"/>
          <w:i/>
          <w:iCs/>
          <w:szCs w:val="24"/>
          <w:lang w:val="ru-RU" w:eastAsia="ru-RU"/>
        </w:rPr>
        <w:t>түпнұсқадағы</w:t>
      </w:r>
      <w:proofErr w:type="spellEnd"/>
      <w:r w:rsidR="00E907E8" w:rsidRPr="00137388">
        <w:rPr>
          <w:rFonts w:eastAsia="Times New Roman" w:cs="Times New Roman"/>
          <w:i/>
          <w:iCs/>
          <w:szCs w:val="24"/>
          <w:lang w:val="ru-RU" w:eastAsia="ru-RU"/>
        </w:rPr>
        <w:t xml:space="preserve"> 5-тармақ </w:t>
      </w:r>
      <w:proofErr w:type="spellStart"/>
      <w:r w:rsidR="00E907E8" w:rsidRPr="00137388">
        <w:rPr>
          <w:rFonts w:eastAsia="Times New Roman" w:cs="Times New Roman"/>
          <w:i/>
          <w:iCs/>
          <w:szCs w:val="24"/>
          <w:lang w:val="ru-RU" w:eastAsia="ru-RU"/>
        </w:rPr>
        <w:t>деген</w:t>
      </w:r>
      <w:proofErr w:type="spellEnd"/>
      <w:r w:rsidR="00E907E8" w:rsidRPr="00137388">
        <w:rPr>
          <w:rFonts w:eastAsia="Times New Roman" w:cs="Times New Roman"/>
          <w:i/>
          <w:iCs/>
          <w:szCs w:val="24"/>
          <w:lang w:val="ru-RU" w:eastAsia="ru-RU"/>
        </w:rPr>
        <w:t xml:space="preserve"> </w:t>
      </w:r>
      <w:proofErr w:type="spellStart"/>
      <w:r w:rsidR="00E907E8" w:rsidRPr="00137388">
        <w:rPr>
          <w:rFonts w:eastAsia="Times New Roman" w:cs="Times New Roman"/>
          <w:i/>
          <w:iCs/>
          <w:szCs w:val="24"/>
          <w:lang w:val="ru-RU" w:eastAsia="ru-RU"/>
        </w:rPr>
        <w:t>қателік</w:t>
      </w:r>
      <w:proofErr w:type="spellEnd"/>
      <w:r w:rsidR="00E907E8" w:rsidRPr="00137388">
        <w:rPr>
          <w:rFonts w:eastAsia="Times New Roman" w:cs="Times New Roman"/>
          <w:i/>
          <w:iCs/>
          <w:szCs w:val="24"/>
          <w:lang w:val="ru-RU" w:eastAsia="ru-RU"/>
        </w:rPr>
        <w:t xml:space="preserve"> </w:t>
      </w:r>
      <w:proofErr w:type="spellStart"/>
      <w:r w:rsidR="00E907E8" w:rsidRPr="00137388">
        <w:rPr>
          <w:rFonts w:eastAsia="Times New Roman" w:cs="Times New Roman"/>
          <w:i/>
          <w:iCs/>
          <w:szCs w:val="24"/>
          <w:lang w:val="ru-RU" w:eastAsia="ru-RU"/>
        </w:rPr>
        <w:t>түзетілді</w:t>
      </w:r>
      <w:proofErr w:type="spellEnd"/>
      <w:r w:rsidR="00E907E8" w:rsidRPr="00137388">
        <w:rPr>
          <w:rFonts w:eastAsia="Times New Roman" w:cs="Times New Roman"/>
          <w:i/>
          <w:iCs/>
          <w:szCs w:val="24"/>
          <w:lang w:val="ru-RU" w:eastAsia="ru-RU"/>
        </w:rPr>
        <w:t>)</w:t>
      </w:r>
    </w:p>
    <w:p w14:paraId="794BE36B" w14:textId="77777777" w:rsidR="00BB7DC3" w:rsidRPr="00137388" w:rsidRDefault="00E907E8" w:rsidP="00BB7DC3">
      <w:pPr>
        <w:spacing w:after="0" w:line="240" w:lineRule="auto"/>
        <w:ind w:firstLine="567"/>
        <w:rPr>
          <w:rFonts w:eastAsia="Times New Roman" w:cs="Times New Roman"/>
          <w:szCs w:val="24"/>
          <w:lang w:val="ru-RU" w:eastAsia="ru-RU"/>
        </w:rPr>
      </w:pPr>
      <w:r w:rsidRPr="00137388">
        <w:rPr>
          <w:rFonts w:eastAsia="Times New Roman" w:cs="Times New Roman"/>
          <w:szCs w:val="24"/>
          <w:lang w:val="ru-RU" w:eastAsia="ru-RU"/>
        </w:rPr>
        <w:t xml:space="preserve">6.1. </w:t>
      </w:r>
      <w:proofErr w:type="spellStart"/>
      <w:r w:rsidRPr="00137388">
        <w:rPr>
          <w:rFonts w:eastAsia="Times New Roman" w:cs="Times New Roman"/>
          <w:szCs w:val="24"/>
          <w:lang w:val="ru-RU" w:eastAsia="ru-RU"/>
        </w:rPr>
        <w:t>Балаға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заңнама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талаптары</w:t>
      </w:r>
      <w:proofErr w:type="spellEnd"/>
      <w:r w:rsidRPr="00137388">
        <w:rPr>
          <w:rFonts w:eastAsia="Times New Roman" w:cs="Times New Roman"/>
          <w:szCs w:val="24"/>
          <w:lang w:val="ru-RU" w:eastAsia="ru-RU"/>
        </w:rPr>
        <w:t xml:space="preserve"> мен осы </w:t>
      </w:r>
      <w:proofErr w:type="spellStart"/>
      <w:r w:rsidRPr="00137388">
        <w:rPr>
          <w:rFonts w:eastAsia="Times New Roman" w:cs="Times New Roman"/>
          <w:szCs w:val="24"/>
          <w:lang w:val="ru-RU" w:eastAsia="ru-RU"/>
        </w:rPr>
        <w:t>Қағидаларды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түсіндіру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телефонды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пайдалану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тәртібінің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сақталуын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бақылауды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қамтамасыз</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ету</w:t>
      </w:r>
      <w:proofErr w:type="spellEnd"/>
      <w:r w:rsidRPr="00137388">
        <w:rPr>
          <w:rFonts w:eastAsia="Times New Roman" w:cs="Times New Roman"/>
          <w:szCs w:val="24"/>
          <w:lang w:val="ru-RU" w:eastAsia="ru-RU"/>
        </w:rPr>
        <w:t>.</w:t>
      </w:r>
    </w:p>
    <w:p w14:paraId="29FD59A0" w14:textId="77777777" w:rsidR="00BB7DC3" w:rsidRPr="00137388" w:rsidRDefault="00E907E8" w:rsidP="00BB7DC3">
      <w:pPr>
        <w:spacing w:after="0" w:line="240" w:lineRule="auto"/>
        <w:ind w:firstLine="567"/>
        <w:rPr>
          <w:rFonts w:eastAsia="Times New Roman" w:cs="Times New Roman"/>
          <w:szCs w:val="24"/>
          <w:lang w:val="ru-RU" w:eastAsia="ru-RU"/>
        </w:rPr>
      </w:pPr>
      <w:r w:rsidRPr="00137388">
        <w:rPr>
          <w:rFonts w:eastAsia="Times New Roman" w:cs="Times New Roman"/>
          <w:szCs w:val="24"/>
          <w:lang w:val="ru-RU" w:eastAsia="ru-RU"/>
        </w:rPr>
        <w:t xml:space="preserve">6.2. </w:t>
      </w:r>
      <w:proofErr w:type="spellStart"/>
      <w:r w:rsidRPr="00137388">
        <w:rPr>
          <w:rFonts w:eastAsia="Times New Roman" w:cs="Times New Roman"/>
          <w:szCs w:val="24"/>
          <w:lang w:val="ru-RU" w:eastAsia="ru-RU"/>
        </w:rPr>
        <w:t>Шұғыл</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қажеттілік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болмаса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сабақтары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кезінде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балаға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қоңырау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шалмау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шұғыл</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байланыс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үшін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сынып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жетекшісін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немесе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әкімшілігін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пайдалану</w:t>
      </w:r>
      <w:proofErr w:type="spellEnd"/>
      <w:r w:rsidRPr="00137388">
        <w:rPr>
          <w:rFonts w:eastAsia="Times New Roman" w:cs="Times New Roman"/>
          <w:szCs w:val="24"/>
          <w:lang w:val="ru-RU" w:eastAsia="ru-RU"/>
        </w:rPr>
        <w:t>.</w:t>
      </w:r>
    </w:p>
    <w:p w14:paraId="00E80CDD" w14:textId="612A2C96" w:rsidR="00E907E8" w:rsidRPr="00137388" w:rsidRDefault="00E907E8" w:rsidP="00BB7DC3">
      <w:pPr>
        <w:spacing w:after="0" w:line="240" w:lineRule="auto"/>
        <w:ind w:firstLine="567"/>
        <w:rPr>
          <w:rFonts w:eastAsia="Times New Roman" w:cs="Times New Roman"/>
          <w:szCs w:val="24"/>
          <w:lang w:val="ru-RU" w:eastAsia="ru-RU"/>
        </w:rPr>
      </w:pPr>
      <w:r w:rsidRPr="00137388">
        <w:rPr>
          <w:rFonts w:eastAsia="Times New Roman" w:cs="Times New Roman"/>
          <w:szCs w:val="24"/>
          <w:lang w:val="ru-RU" w:eastAsia="ru-RU"/>
        </w:rPr>
        <w:t xml:space="preserve">6.3. </w:t>
      </w:r>
      <w:proofErr w:type="spellStart"/>
      <w:r w:rsidRPr="00137388">
        <w:rPr>
          <w:rFonts w:eastAsia="Times New Roman" w:cs="Times New Roman"/>
          <w:szCs w:val="24"/>
          <w:lang w:val="ru-RU" w:eastAsia="ru-RU"/>
        </w:rPr>
        <w:t>Баланың</w:t>
      </w:r>
      <w:proofErr w:type="spellEnd"/>
      <w:r w:rsidRPr="00137388">
        <w:rPr>
          <w:rFonts w:eastAsia="Times New Roman" w:cs="Times New Roman"/>
          <w:szCs w:val="24"/>
          <w:lang w:val="ru-RU" w:eastAsia="ru-RU"/>
        </w:rPr>
        <w:t xml:space="preserve"> осы </w:t>
      </w:r>
      <w:proofErr w:type="spellStart"/>
      <w:r w:rsidRPr="00137388">
        <w:rPr>
          <w:rFonts w:eastAsia="Times New Roman" w:cs="Times New Roman"/>
          <w:szCs w:val="24"/>
          <w:lang w:val="ru-RU" w:eastAsia="ru-RU"/>
        </w:rPr>
        <w:t>Қағидаларды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жүйелі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түрде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бұзуын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қарастыру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үшін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әкімшілігінің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шақыруымен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келу</w:t>
      </w:r>
      <w:proofErr w:type="spellEnd"/>
      <w:r w:rsidRPr="00137388">
        <w:rPr>
          <w:rFonts w:eastAsia="Times New Roman" w:cs="Times New Roman"/>
          <w:szCs w:val="24"/>
          <w:lang w:val="ru-RU" w:eastAsia="ru-RU"/>
        </w:rPr>
        <w:t>.</w:t>
      </w:r>
    </w:p>
    <w:p w14:paraId="42B630BD" w14:textId="46439804" w:rsidR="00BB7DC3" w:rsidRPr="00137388" w:rsidRDefault="00A333AD" w:rsidP="00BB7DC3">
      <w:pPr>
        <w:spacing w:after="0" w:line="240" w:lineRule="auto"/>
        <w:rPr>
          <w:rFonts w:eastAsia="Times New Roman" w:cs="Times New Roman"/>
          <w:szCs w:val="24"/>
          <w:lang w:val="ru-RU" w:eastAsia="ru-RU"/>
        </w:rPr>
      </w:pPr>
      <w:r w:rsidRPr="00137388">
        <w:rPr>
          <w:rFonts w:eastAsia="Times New Roman" w:cs="Times New Roman"/>
          <w:b/>
          <w:bCs/>
          <w:szCs w:val="24"/>
          <w:lang w:val="ru-RU" w:eastAsia="ru-RU"/>
        </w:rPr>
        <w:t>6</w:t>
      </w:r>
      <w:r w:rsidR="00BB7DC3" w:rsidRPr="00137388">
        <w:rPr>
          <w:rFonts w:eastAsia="Times New Roman" w:cs="Times New Roman"/>
          <w:b/>
          <w:bCs/>
          <w:szCs w:val="24"/>
          <w:lang w:val="ru-RU" w:eastAsia="ru-RU"/>
        </w:rPr>
        <w:t xml:space="preserve">. </w:t>
      </w:r>
      <w:proofErr w:type="spellStart"/>
      <w:r w:rsidR="00E907E8" w:rsidRPr="00137388">
        <w:rPr>
          <w:rFonts w:eastAsia="Times New Roman" w:cs="Times New Roman"/>
          <w:b/>
          <w:bCs/>
          <w:szCs w:val="24"/>
          <w:lang w:val="ru-RU" w:eastAsia="ru-RU"/>
        </w:rPr>
        <w:t>Мектеп</w:t>
      </w:r>
      <w:proofErr w:type="spellEnd"/>
      <w:r w:rsidR="00E907E8" w:rsidRPr="00137388">
        <w:rPr>
          <w:rFonts w:eastAsia="Times New Roman" w:cs="Times New Roman"/>
          <w:b/>
          <w:bCs/>
          <w:szCs w:val="24"/>
          <w:lang w:val="ru-RU" w:eastAsia="ru-RU"/>
        </w:rPr>
        <w:t xml:space="preserve"> </w:t>
      </w:r>
      <w:proofErr w:type="spellStart"/>
      <w:r w:rsidR="00E907E8" w:rsidRPr="00137388">
        <w:rPr>
          <w:rFonts w:eastAsia="Times New Roman" w:cs="Times New Roman"/>
          <w:b/>
          <w:bCs/>
          <w:szCs w:val="24"/>
          <w:lang w:val="ru-RU" w:eastAsia="ru-RU"/>
        </w:rPr>
        <w:t>қызметкерлерінің</w:t>
      </w:r>
      <w:proofErr w:type="spellEnd"/>
      <w:r w:rsidR="00E907E8" w:rsidRPr="00137388">
        <w:rPr>
          <w:rFonts w:eastAsia="Times New Roman" w:cs="Times New Roman"/>
          <w:b/>
          <w:bCs/>
          <w:szCs w:val="24"/>
          <w:lang w:val="ru-RU" w:eastAsia="ru-RU"/>
        </w:rPr>
        <w:t xml:space="preserve"> </w:t>
      </w:r>
      <w:proofErr w:type="spellStart"/>
      <w:r w:rsidR="00E907E8" w:rsidRPr="00137388">
        <w:rPr>
          <w:rFonts w:eastAsia="Times New Roman" w:cs="Times New Roman"/>
          <w:b/>
          <w:bCs/>
          <w:szCs w:val="24"/>
          <w:lang w:val="ru-RU" w:eastAsia="ru-RU"/>
        </w:rPr>
        <w:t>телефондарды</w:t>
      </w:r>
      <w:proofErr w:type="spellEnd"/>
      <w:r w:rsidR="00E907E8" w:rsidRPr="00137388">
        <w:rPr>
          <w:rFonts w:eastAsia="Times New Roman" w:cs="Times New Roman"/>
          <w:b/>
          <w:bCs/>
          <w:szCs w:val="24"/>
          <w:lang w:val="ru-RU" w:eastAsia="ru-RU"/>
        </w:rPr>
        <w:t xml:space="preserve"> </w:t>
      </w:r>
      <w:proofErr w:type="spellStart"/>
      <w:r w:rsidR="00E907E8" w:rsidRPr="00137388">
        <w:rPr>
          <w:rFonts w:eastAsia="Times New Roman" w:cs="Times New Roman"/>
          <w:b/>
          <w:bCs/>
          <w:szCs w:val="24"/>
          <w:lang w:val="ru-RU" w:eastAsia="ru-RU"/>
        </w:rPr>
        <w:t>пайдалануы</w:t>
      </w:r>
      <w:proofErr w:type="spellEnd"/>
    </w:p>
    <w:p w14:paraId="7FCF1055" w14:textId="77777777" w:rsidR="00BB7DC3" w:rsidRPr="00137388" w:rsidRDefault="00E907E8" w:rsidP="00BB7DC3">
      <w:pPr>
        <w:spacing w:after="0" w:line="240" w:lineRule="auto"/>
        <w:ind w:firstLine="567"/>
        <w:rPr>
          <w:rFonts w:eastAsia="Times New Roman" w:cs="Times New Roman"/>
          <w:szCs w:val="24"/>
          <w:lang w:val="ru-RU" w:eastAsia="ru-RU"/>
        </w:rPr>
      </w:pPr>
      <w:r w:rsidRPr="00137388">
        <w:rPr>
          <w:rFonts w:eastAsia="Times New Roman" w:cs="Times New Roman"/>
          <w:szCs w:val="24"/>
          <w:lang w:val="ru-RU" w:eastAsia="ru-RU"/>
        </w:rPr>
        <w:t xml:space="preserve">7.1. </w:t>
      </w:r>
      <w:proofErr w:type="spellStart"/>
      <w:r w:rsidRPr="00137388">
        <w:rPr>
          <w:rFonts w:eastAsia="Times New Roman" w:cs="Times New Roman"/>
          <w:szCs w:val="24"/>
          <w:lang w:val="ru-RU" w:eastAsia="ru-RU"/>
        </w:rPr>
        <w:t>Педагогикалық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қызметкерлер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сабақ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өткізу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кезінде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жеке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телефондарын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лауазымдық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міндеттерін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атқарумен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байланысты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емес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мақсаттарда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пайдаланбайды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бұған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шұғыл</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жағдайлар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қосылмайды</w:t>
      </w:r>
      <w:proofErr w:type="spellEnd"/>
      <w:r w:rsidRPr="00137388">
        <w:rPr>
          <w:rFonts w:eastAsia="Times New Roman" w:cs="Times New Roman"/>
          <w:szCs w:val="24"/>
          <w:lang w:val="ru-RU" w:eastAsia="ru-RU"/>
        </w:rPr>
        <w:t>.</w:t>
      </w:r>
    </w:p>
    <w:p w14:paraId="6ADA3D10" w14:textId="45BD0755" w:rsidR="00E907E8" w:rsidRPr="00137388" w:rsidRDefault="00E907E8" w:rsidP="00BB7DC3">
      <w:pPr>
        <w:spacing w:after="0" w:line="240" w:lineRule="auto"/>
        <w:ind w:firstLine="567"/>
        <w:rPr>
          <w:rFonts w:eastAsia="Times New Roman" w:cs="Times New Roman"/>
          <w:szCs w:val="24"/>
          <w:lang w:val="ru-RU" w:eastAsia="ru-RU"/>
        </w:rPr>
      </w:pPr>
      <w:r w:rsidRPr="00137388">
        <w:rPr>
          <w:rFonts w:eastAsia="Times New Roman" w:cs="Times New Roman"/>
          <w:szCs w:val="24"/>
          <w:lang w:val="ru-RU" w:eastAsia="ru-RU"/>
        </w:rPr>
        <w:t xml:space="preserve">7.2. </w:t>
      </w:r>
      <w:proofErr w:type="spellStart"/>
      <w:r w:rsidRPr="00137388">
        <w:rPr>
          <w:rFonts w:eastAsia="Times New Roman" w:cs="Times New Roman"/>
          <w:szCs w:val="24"/>
          <w:lang w:val="ru-RU" w:eastAsia="ru-RU"/>
        </w:rPr>
        <w:t>Педагогтің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телефонды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ұйымдастыру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қызметтік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мақсаттарда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қауіпсіздікті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қамтамасыз</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ету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әкімшілікпен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немесе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алушының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ата-анасымен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байланыс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орнату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үшін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қажетті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көлемде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пайдалануына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жол</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беріледі</w:t>
      </w:r>
      <w:proofErr w:type="spellEnd"/>
      <w:r w:rsidRPr="00137388">
        <w:rPr>
          <w:rFonts w:eastAsia="Times New Roman" w:cs="Times New Roman"/>
          <w:szCs w:val="24"/>
          <w:lang w:val="ru-RU" w:eastAsia="ru-RU"/>
        </w:rPr>
        <w:t>.</w:t>
      </w:r>
    </w:p>
    <w:p w14:paraId="088CFEDF" w14:textId="77777777" w:rsidR="00BB7DC3" w:rsidRPr="00137388" w:rsidRDefault="00E907E8" w:rsidP="00A333AD">
      <w:pPr>
        <w:spacing w:after="0" w:line="240" w:lineRule="auto"/>
        <w:rPr>
          <w:rFonts w:eastAsia="Times New Roman" w:cs="Times New Roman"/>
          <w:szCs w:val="24"/>
          <w:lang w:val="ru-RU" w:eastAsia="ru-RU"/>
        </w:rPr>
      </w:pPr>
      <w:r w:rsidRPr="00137388">
        <w:rPr>
          <w:rFonts w:eastAsia="Times New Roman" w:cs="Times New Roman"/>
          <w:b/>
          <w:bCs/>
          <w:szCs w:val="24"/>
          <w:lang w:val="ru-RU" w:eastAsia="ru-RU"/>
        </w:rPr>
        <w:t xml:space="preserve">7. </w:t>
      </w:r>
      <w:proofErr w:type="spellStart"/>
      <w:r w:rsidRPr="00137388">
        <w:rPr>
          <w:rFonts w:eastAsia="Times New Roman" w:cs="Times New Roman"/>
          <w:b/>
          <w:bCs/>
          <w:szCs w:val="24"/>
          <w:lang w:val="ru-RU" w:eastAsia="ru-RU"/>
        </w:rPr>
        <w:t>Құрылғыны</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сақтау</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және</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оның</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сақталуы</w:t>
      </w:r>
      <w:proofErr w:type="spellEnd"/>
    </w:p>
    <w:p w14:paraId="4E3980B0" w14:textId="77777777" w:rsidR="00BB7DC3" w:rsidRPr="00137388" w:rsidRDefault="00E907E8" w:rsidP="00BB7DC3">
      <w:pPr>
        <w:spacing w:after="0" w:line="240" w:lineRule="auto"/>
        <w:ind w:firstLine="567"/>
        <w:rPr>
          <w:rFonts w:eastAsia="Times New Roman" w:cs="Times New Roman"/>
          <w:szCs w:val="24"/>
          <w:lang w:val="ru-RU" w:eastAsia="ru-RU"/>
        </w:rPr>
      </w:pPr>
      <w:r w:rsidRPr="00137388">
        <w:rPr>
          <w:rFonts w:eastAsia="Times New Roman" w:cs="Times New Roman"/>
          <w:szCs w:val="24"/>
          <w:lang w:val="ru-RU" w:eastAsia="ru-RU"/>
        </w:rPr>
        <w:t xml:space="preserve">8.1. Егер </w:t>
      </w:r>
      <w:proofErr w:type="spellStart"/>
      <w:r w:rsidRPr="00137388">
        <w:rPr>
          <w:rFonts w:eastAsia="Times New Roman" w:cs="Times New Roman"/>
          <w:szCs w:val="24"/>
          <w:lang w:val="ru-RU" w:eastAsia="ru-RU"/>
        </w:rPr>
        <w:t>мектепте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ресми</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сақтау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орны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бөлек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ұйымдастырылмаған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болса</w:t>
      </w:r>
      <w:proofErr w:type="spellEnd"/>
      <w:r w:rsidRPr="00137388">
        <w:rPr>
          <w:rFonts w:eastAsia="Times New Roman" w:cs="Times New Roman"/>
          <w:szCs w:val="24"/>
          <w:lang w:val="ru-RU" w:eastAsia="ru-RU"/>
        </w:rPr>
        <w:t xml:space="preserve">, телефон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алушының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өзінде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қалады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оны </w:t>
      </w:r>
      <w:proofErr w:type="spellStart"/>
      <w:r w:rsidRPr="00137388">
        <w:rPr>
          <w:rFonts w:eastAsia="Times New Roman" w:cs="Times New Roman"/>
          <w:szCs w:val="24"/>
          <w:lang w:val="ru-RU" w:eastAsia="ru-RU"/>
        </w:rPr>
        <w:t>сақтауға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қабылдамайды</w:t>
      </w:r>
      <w:proofErr w:type="spellEnd"/>
      <w:r w:rsidRPr="00137388">
        <w:rPr>
          <w:rFonts w:eastAsia="Times New Roman" w:cs="Times New Roman"/>
          <w:szCs w:val="24"/>
          <w:lang w:val="ru-RU" w:eastAsia="ru-RU"/>
        </w:rPr>
        <w:t>.</w:t>
      </w:r>
    </w:p>
    <w:p w14:paraId="51658AF8" w14:textId="22DE88F9" w:rsidR="00E907E8" w:rsidRPr="00137388" w:rsidRDefault="00E907E8" w:rsidP="00BB7DC3">
      <w:pPr>
        <w:spacing w:after="0" w:line="240" w:lineRule="auto"/>
        <w:ind w:firstLine="567"/>
        <w:rPr>
          <w:rFonts w:eastAsia="Times New Roman" w:cs="Times New Roman"/>
          <w:szCs w:val="24"/>
          <w:lang w:val="ru-RU" w:eastAsia="ru-RU"/>
        </w:rPr>
      </w:pPr>
      <w:r w:rsidRPr="00137388">
        <w:rPr>
          <w:rFonts w:eastAsia="Times New Roman" w:cs="Times New Roman"/>
          <w:szCs w:val="24"/>
          <w:lang w:val="ru-RU" w:eastAsia="ru-RU"/>
        </w:rPr>
        <w:t xml:space="preserve">8.2. </w:t>
      </w:r>
      <w:proofErr w:type="spellStart"/>
      <w:r w:rsidRPr="00137388">
        <w:rPr>
          <w:rFonts w:eastAsia="Times New Roman" w:cs="Times New Roman"/>
          <w:szCs w:val="24"/>
          <w:lang w:val="ru-RU" w:eastAsia="ru-RU"/>
        </w:rPr>
        <w:t>Телефонның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ғимаратында</w:t>
      </w:r>
      <w:proofErr w:type="spellEnd"/>
      <w:r w:rsidRPr="00137388">
        <w:rPr>
          <w:rFonts w:eastAsia="Times New Roman" w:cs="Times New Roman"/>
          <w:szCs w:val="24"/>
          <w:lang w:val="ru-RU" w:eastAsia="ru-RU"/>
        </w:rPr>
        <w:t xml:space="preserve"> болу </w:t>
      </w:r>
      <w:proofErr w:type="spellStart"/>
      <w:r w:rsidRPr="00137388">
        <w:rPr>
          <w:rFonts w:eastAsia="Times New Roman" w:cs="Times New Roman"/>
          <w:szCs w:val="24"/>
          <w:lang w:val="ru-RU" w:eastAsia="ru-RU"/>
        </w:rPr>
        <w:t>фактісінің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өзі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құрылғының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мектепке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сақтауға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берілгенін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білдірмейді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Мүліктің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жоғалуы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немесе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бүлінуі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үшін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жауапкершілік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мәселелері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нақты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мән-жайлар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ескеріле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отырып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Қазақстан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Республикасының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заңнамасына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сәйкес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шешіледі</w:t>
      </w:r>
      <w:proofErr w:type="spellEnd"/>
      <w:r w:rsidRPr="00137388">
        <w:rPr>
          <w:rFonts w:eastAsia="Times New Roman" w:cs="Times New Roman"/>
          <w:szCs w:val="24"/>
          <w:lang w:val="ru-RU" w:eastAsia="ru-RU"/>
        </w:rPr>
        <w:t>.</w:t>
      </w:r>
    </w:p>
    <w:p w14:paraId="211E3F2C" w14:textId="77777777" w:rsidR="00BB7DC3" w:rsidRPr="00137388" w:rsidRDefault="00E907E8" w:rsidP="00A333AD">
      <w:pPr>
        <w:spacing w:after="0" w:line="240" w:lineRule="auto"/>
        <w:rPr>
          <w:rFonts w:eastAsia="Times New Roman" w:cs="Times New Roman"/>
          <w:szCs w:val="24"/>
          <w:lang w:val="ru-RU" w:eastAsia="ru-RU"/>
        </w:rPr>
      </w:pPr>
      <w:r w:rsidRPr="00137388">
        <w:rPr>
          <w:rFonts w:eastAsia="Times New Roman" w:cs="Times New Roman"/>
          <w:b/>
          <w:bCs/>
          <w:szCs w:val="24"/>
          <w:lang w:val="ru-RU" w:eastAsia="ru-RU"/>
        </w:rPr>
        <w:t xml:space="preserve">8. </w:t>
      </w:r>
      <w:proofErr w:type="spellStart"/>
      <w:r w:rsidRPr="00137388">
        <w:rPr>
          <w:rFonts w:eastAsia="Times New Roman" w:cs="Times New Roman"/>
          <w:b/>
          <w:bCs/>
          <w:szCs w:val="24"/>
          <w:lang w:val="ru-RU" w:eastAsia="ru-RU"/>
        </w:rPr>
        <w:t>Бұзушылықтың</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салдары</w:t>
      </w:r>
      <w:proofErr w:type="spellEnd"/>
    </w:p>
    <w:p w14:paraId="31129B03" w14:textId="77777777" w:rsidR="00BB7DC3" w:rsidRPr="00137388" w:rsidRDefault="00E907E8" w:rsidP="00BB7DC3">
      <w:pPr>
        <w:spacing w:after="0" w:line="240" w:lineRule="auto"/>
        <w:ind w:firstLine="567"/>
        <w:rPr>
          <w:rFonts w:eastAsia="Times New Roman" w:cs="Times New Roman"/>
          <w:szCs w:val="24"/>
          <w:lang w:val="ru-RU" w:eastAsia="ru-RU"/>
        </w:rPr>
      </w:pPr>
      <w:r w:rsidRPr="00137388">
        <w:rPr>
          <w:rFonts w:eastAsia="Times New Roman" w:cs="Times New Roman"/>
          <w:szCs w:val="24"/>
          <w:lang w:val="ru-RU" w:eastAsia="ru-RU"/>
        </w:rPr>
        <w:t xml:space="preserve">9.1.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алушының</w:t>
      </w:r>
      <w:proofErr w:type="spellEnd"/>
      <w:r w:rsidRPr="00137388">
        <w:rPr>
          <w:rFonts w:eastAsia="Times New Roman" w:cs="Times New Roman"/>
          <w:szCs w:val="24"/>
          <w:lang w:val="ru-RU" w:eastAsia="ru-RU"/>
        </w:rPr>
        <w:t xml:space="preserve"> осы </w:t>
      </w:r>
      <w:proofErr w:type="spellStart"/>
      <w:r w:rsidRPr="00137388">
        <w:rPr>
          <w:rFonts w:eastAsia="Times New Roman" w:cs="Times New Roman"/>
          <w:szCs w:val="24"/>
          <w:lang w:val="ru-RU" w:eastAsia="ru-RU"/>
        </w:rPr>
        <w:t>Ережелерді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бұзғаны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үшін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бұзушылықтың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сипаты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мән-жайлары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қайталануы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ескеріле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отырып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мектептің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Жарғысында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Ішкі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тәртіп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ережелерінде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тікелей</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көзделген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тәртіптік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ықпал</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ету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шаралары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қолданылуы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мүмкін</w:t>
      </w:r>
      <w:proofErr w:type="spellEnd"/>
      <w:r w:rsidRPr="00137388">
        <w:rPr>
          <w:rFonts w:eastAsia="Times New Roman" w:cs="Times New Roman"/>
          <w:szCs w:val="24"/>
          <w:lang w:val="ru-RU" w:eastAsia="ru-RU"/>
        </w:rPr>
        <w:t>.</w:t>
      </w:r>
    </w:p>
    <w:p w14:paraId="184D171F" w14:textId="77777777" w:rsidR="00BB7DC3" w:rsidRPr="00137388" w:rsidRDefault="00E907E8" w:rsidP="00BB7DC3">
      <w:pPr>
        <w:spacing w:after="0" w:line="240" w:lineRule="auto"/>
        <w:ind w:firstLine="567"/>
        <w:rPr>
          <w:rFonts w:eastAsia="Times New Roman" w:cs="Times New Roman"/>
          <w:szCs w:val="24"/>
          <w:lang w:val="ru-RU" w:eastAsia="ru-RU"/>
        </w:rPr>
      </w:pPr>
      <w:r w:rsidRPr="00137388">
        <w:rPr>
          <w:rFonts w:eastAsia="Times New Roman" w:cs="Times New Roman"/>
          <w:szCs w:val="24"/>
          <w:lang w:val="ru-RU" w:eastAsia="ru-RU"/>
        </w:rPr>
        <w:t xml:space="preserve">9.2. </w:t>
      </w:r>
      <w:proofErr w:type="spellStart"/>
      <w:r w:rsidRPr="00137388">
        <w:rPr>
          <w:rFonts w:eastAsia="Times New Roman" w:cs="Times New Roman"/>
          <w:szCs w:val="24"/>
          <w:lang w:val="ru-RU" w:eastAsia="ru-RU"/>
        </w:rPr>
        <w:t>Ықпал</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ету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шаралары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баланың</w:t>
      </w:r>
      <w:proofErr w:type="spellEnd"/>
      <w:r w:rsidRPr="00137388">
        <w:rPr>
          <w:rFonts w:eastAsia="Times New Roman" w:cs="Times New Roman"/>
          <w:szCs w:val="24"/>
          <w:lang w:val="ru-RU" w:eastAsia="ru-RU"/>
        </w:rPr>
        <w:t xml:space="preserve"> ар-</w:t>
      </w:r>
      <w:proofErr w:type="spellStart"/>
      <w:r w:rsidRPr="00137388">
        <w:rPr>
          <w:rFonts w:eastAsia="Times New Roman" w:cs="Times New Roman"/>
          <w:szCs w:val="24"/>
          <w:lang w:val="ru-RU" w:eastAsia="ru-RU"/>
        </w:rPr>
        <w:t>намысы</w:t>
      </w:r>
      <w:proofErr w:type="spellEnd"/>
      <w:r w:rsidRPr="00137388">
        <w:rPr>
          <w:rFonts w:eastAsia="Times New Roman" w:cs="Times New Roman"/>
          <w:szCs w:val="24"/>
          <w:lang w:val="ru-RU" w:eastAsia="ru-RU"/>
        </w:rPr>
        <w:t xml:space="preserve"> мен </w:t>
      </w:r>
      <w:proofErr w:type="spellStart"/>
      <w:r w:rsidRPr="00137388">
        <w:rPr>
          <w:rFonts w:eastAsia="Times New Roman" w:cs="Times New Roman"/>
          <w:szCs w:val="24"/>
          <w:lang w:val="ru-RU" w:eastAsia="ru-RU"/>
        </w:rPr>
        <w:t>қадір-қасиетін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кемсітпеуге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қауіпсіздігіне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қатер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төндірмеуге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немесе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құқықтарын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негізсіз</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шектемеуге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тиіс</w:t>
      </w:r>
      <w:proofErr w:type="spellEnd"/>
      <w:r w:rsidRPr="00137388">
        <w:rPr>
          <w:rFonts w:eastAsia="Times New Roman" w:cs="Times New Roman"/>
          <w:szCs w:val="24"/>
          <w:lang w:val="ru-RU" w:eastAsia="ru-RU"/>
        </w:rPr>
        <w:t>.</w:t>
      </w:r>
    </w:p>
    <w:p w14:paraId="3F91252F" w14:textId="5254BFC0" w:rsidR="00E907E8" w:rsidRPr="00137388" w:rsidRDefault="00E907E8" w:rsidP="00BB7DC3">
      <w:pPr>
        <w:spacing w:after="0" w:line="240" w:lineRule="auto"/>
        <w:ind w:firstLine="567"/>
        <w:rPr>
          <w:rFonts w:eastAsia="Times New Roman" w:cs="Times New Roman"/>
          <w:szCs w:val="24"/>
          <w:lang w:val="ru-RU" w:eastAsia="ru-RU"/>
        </w:rPr>
      </w:pPr>
      <w:r w:rsidRPr="00137388">
        <w:rPr>
          <w:rFonts w:eastAsia="Times New Roman" w:cs="Times New Roman"/>
          <w:szCs w:val="24"/>
          <w:lang w:val="ru-RU" w:eastAsia="ru-RU"/>
        </w:rPr>
        <w:t xml:space="preserve">9.3. </w:t>
      </w:r>
      <w:proofErr w:type="spellStart"/>
      <w:r w:rsidRPr="00137388">
        <w:rPr>
          <w:rFonts w:eastAsia="Times New Roman" w:cs="Times New Roman"/>
          <w:szCs w:val="24"/>
          <w:lang w:val="ru-RU" w:eastAsia="ru-RU"/>
        </w:rPr>
        <w:t>Жүйелі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түрде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бұзушылық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жасау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жағдайлары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ата-ананы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өкілді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міндетті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түрде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хабардар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ете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отырып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қарастырылады</w:t>
      </w:r>
      <w:proofErr w:type="spellEnd"/>
      <w:r w:rsidRPr="00137388">
        <w:rPr>
          <w:rFonts w:eastAsia="Times New Roman" w:cs="Times New Roman"/>
          <w:szCs w:val="24"/>
          <w:lang w:val="ru-RU" w:eastAsia="ru-RU"/>
        </w:rPr>
        <w:t>.</w:t>
      </w:r>
    </w:p>
    <w:p w14:paraId="699A0687" w14:textId="77777777" w:rsidR="00BB7DC3" w:rsidRPr="00137388" w:rsidRDefault="00E907E8" w:rsidP="00A333AD">
      <w:pPr>
        <w:spacing w:after="0" w:line="240" w:lineRule="auto"/>
        <w:rPr>
          <w:rFonts w:eastAsia="Times New Roman" w:cs="Times New Roman"/>
          <w:szCs w:val="24"/>
          <w:lang w:val="ru-RU" w:eastAsia="ru-RU"/>
        </w:rPr>
      </w:pPr>
      <w:r w:rsidRPr="00137388">
        <w:rPr>
          <w:rFonts w:eastAsia="Times New Roman" w:cs="Times New Roman"/>
          <w:b/>
          <w:bCs/>
          <w:szCs w:val="24"/>
          <w:lang w:val="ru-RU" w:eastAsia="ru-RU"/>
        </w:rPr>
        <w:lastRenderedPageBreak/>
        <w:t xml:space="preserve">9. </w:t>
      </w:r>
      <w:proofErr w:type="spellStart"/>
      <w:r w:rsidRPr="00137388">
        <w:rPr>
          <w:rFonts w:eastAsia="Times New Roman" w:cs="Times New Roman"/>
          <w:b/>
          <w:bCs/>
          <w:szCs w:val="24"/>
          <w:lang w:val="ru-RU" w:eastAsia="ru-RU"/>
        </w:rPr>
        <w:t>Қорытынды</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ережелер</w:t>
      </w:r>
      <w:proofErr w:type="spellEnd"/>
    </w:p>
    <w:p w14:paraId="365C26B7" w14:textId="77777777" w:rsidR="00BB7DC3" w:rsidRPr="00137388" w:rsidRDefault="00E907E8" w:rsidP="00BB7DC3">
      <w:pPr>
        <w:spacing w:after="0" w:line="240" w:lineRule="auto"/>
        <w:ind w:firstLine="567"/>
        <w:rPr>
          <w:rFonts w:eastAsia="Times New Roman" w:cs="Times New Roman"/>
          <w:szCs w:val="24"/>
          <w:lang w:val="ru-RU" w:eastAsia="ru-RU"/>
        </w:rPr>
      </w:pPr>
      <w:r w:rsidRPr="00137388">
        <w:rPr>
          <w:rFonts w:eastAsia="Times New Roman" w:cs="Times New Roman"/>
          <w:szCs w:val="24"/>
          <w:lang w:val="ru-RU" w:eastAsia="ru-RU"/>
        </w:rPr>
        <w:t xml:space="preserve">10.1. Осы </w:t>
      </w:r>
      <w:proofErr w:type="spellStart"/>
      <w:r w:rsidRPr="00137388">
        <w:rPr>
          <w:rFonts w:eastAsia="Times New Roman" w:cs="Times New Roman"/>
          <w:szCs w:val="24"/>
          <w:lang w:val="ru-RU" w:eastAsia="ru-RU"/>
        </w:rPr>
        <w:t>бөлім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ұжымның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жалпы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жиналысында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қаралады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беру </w:t>
      </w:r>
      <w:proofErr w:type="spellStart"/>
      <w:r w:rsidRPr="00137388">
        <w:rPr>
          <w:rFonts w:eastAsia="Times New Roman" w:cs="Times New Roman"/>
          <w:szCs w:val="24"/>
          <w:lang w:val="ru-RU" w:eastAsia="ru-RU"/>
        </w:rPr>
        <w:t>ұйымының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басшысымен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Ішкі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тәртіп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ережелерінің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құрамында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бекітіледі</w:t>
      </w:r>
      <w:proofErr w:type="spellEnd"/>
      <w:r w:rsidRPr="00137388">
        <w:rPr>
          <w:rFonts w:eastAsia="Times New Roman" w:cs="Times New Roman"/>
          <w:szCs w:val="24"/>
          <w:lang w:val="ru-RU" w:eastAsia="ru-RU"/>
        </w:rPr>
        <w:t>.</w:t>
      </w:r>
    </w:p>
    <w:p w14:paraId="1C80B2E3" w14:textId="77777777" w:rsidR="00A333AD" w:rsidRPr="00137388" w:rsidRDefault="00E907E8" w:rsidP="00BB7DC3">
      <w:pPr>
        <w:spacing w:after="0" w:line="240" w:lineRule="auto"/>
        <w:ind w:firstLine="567"/>
        <w:rPr>
          <w:rFonts w:eastAsia="Times New Roman" w:cs="Times New Roman"/>
          <w:szCs w:val="24"/>
          <w:lang w:val="ru-RU" w:eastAsia="ru-RU"/>
        </w:rPr>
      </w:pPr>
      <w:r w:rsidRPr="00137388">
        <w:rPr>
          <w:rFonts w:eastAsia="Times New Roman" w:cs="Times New Roman"/>
          <w:szCs w:val="24"/>
          <w:lang w:val="ru-RU" w:eastAsia="ru-RU"/>
        </w:rPr>
        <w:t xml:space="preserve">10.2. Осы </w:t>
      </w:r>
      <w:proofErr w:type="spellStart"/>
      <w:r w:rsidRPr="00137388">
        <w:rPr>
          <w:rFonts w:eastAsia="Times New Roman" w:cs="Times New Roman"/>
          <w:szCs w:val="24"/>
          <w:lang w:val="ru-RU" w:eastAsia="ru-RU"/>
        </w:rPr>
        <w:t>бөліммен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алушылар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ата-аналар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өкілдер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қызметкерлері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қолжетімді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тәсілмен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қажет</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болған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жағдайда</w:t>
      </w:r>
      <w:proofErr w:type="spellEnd"/>
      <w:r w:rsidRPr="00137388">
        <w:rPr>
          <w:rFonts w:eastAsia="Times New Roman" w:cs="Times New Roman"/>
          <w:szCs w:val="24"/>
          <w:lang w:val="ru-RU" w:eastAsia="ru-RU"/>
        </w:rPr>
        <w:t xml:space="preserve"> — </w:t>
      </w:r>
      <w:proofErr w:type="spellStart"/>
      <w:r w:rsidRPr="00137388">
        <w:rPr>
          <w:rFonts w:eastAsia="Times New Roman" w:cs="Times New Roman"/>
          <w:szCs w:val="24"/>
          <w:lang w:val="ru-RU" w:eastAsia="ru-RU"/>
        </w:rPr>
        <w:t>қол</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қойғызып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таныстырылуға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тиіс</w:t>
      </w:r>
      <w:proofErr w:type="spellEnd"/>
      <w:r w:rsidRPr="00137388">
        <w:rPr>
          <w:rFonts w:eastAsia="Times New Roman" w:cs="Times New Roman"/>
          <w:szCs w:val="24"/>
          <w:lang w:val="ru-RU" w:eastAsia="ru-RU"/>
        </w:rPr>
        <w:t>.</w:t>
      </w:r>
    </w:p>
    <w:p w14:paraId="3E4C54CA" w14:textId="5F821587" w:rsidR="00E907E8" w:rsidRPr="00137388" w:rsidRDefault="00E907E8" w:rsidP="00BB7DC3">
      <w:pPr>
        <w:spacing w:after="0" w:line="240" w:lineRule="auto"/>
        <w:ind w:firstLine="567"/>
        <w:rPr>
          <w:rFonts w:eastAsia="Times New Roman" w:cs="Times New Roman"/>
          <w:szCs w:val="24"/>
          <w:lang w:val="ru-RU" w:eastAsia="ru-RU"/>
        </w:rPr>
      </w:pPr>
      <w:r w:rsidRPr="00137388">
        <w:rPr>
          <w:rFonts w:eastAsia="Times New Roman" w:cs="Times New Roman"/>
          <w:szCs w:val="24"/>
          <w:lang w:val="ru-RU" w:eastAsia="ru-RU"/>
        </w:rPr>
        <w:t xml:space="preserve">10.3. </w:t>
      </w:r>
      <w:proofErr w:type="spellStart"/>
      <w:r w:rsidRPr="00137388">
        <w:rPr>
          <w:rFonts w:eastAsia="Times New Roman" w:cs="Times New Roman"/>
          <w:szCs w:val="24"/>
          <w:lang w:val="ru-RU" w:eastAsia="ru-RU"/>
        </w:rPr>
        <w:t>Уәкілетті</w:t>
      </w:r>
      <w:proofErr w:type="spellEnd"/>
      <w:r w:rsidRPr="00137388">
        <w:rPr>
          <w:rFonts w:eastAsia="Times New Roman" w:cs="Times New Roman"/>
          <w:szCs w:val="24"/>
          <w:lang w:val="ru-RU" w:eastAsia="ru-RU"/>
        </w:rPr>
        <w:t xml:space="preserve"> орган </w:t>
      </w:r>
      <w:proofErr w:type="spellStart"/>
      <w:r w:rsidRPr="00137388">
        <w:rPr>
          <w:rFonts w:eastAsia="Times New Roman" w:cs="Times New Roman"/>
          <w:szCs w:val="24"/>
          <w:lang w:val="ru-RU" w:eastAsia="ru-RU"/>
        </w:rPr>
        <w:t>ұялы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байланыс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абоненттік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құрылғыларын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пайдаланудың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арнайы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Ережелерін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бекіткен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немесе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өзгерткен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жағдайда</w:t>
      </w:r>
      <w:proofErr w:type="spellEnd"/>
      <w:r w:rsidRPr="00137388">
        <w:rPr>
          <w:rFonts w:eastAsia="Times New Roman" w:cs="Times New Roman"/>
          <w:szCs w:val="24"/>
          <w:lang w:val="ru-RU" w:eastAsia="ru-RU"/>
        </w:rPr>
        <w:t xml:space="preserve">, осы </w:t>
      </w:r>
      <w:proofErr w:type="spellStart"/>
      <w:r w:rsidRPr="00137388">
        <w:rPr>
          <w:rFonts w:eastAsia="Times New Roman" w:cs="Times New Roman"/>
          <w:szCs w:val="24"/>
          <w:lang w:val="ru-RU" w:eastAsia="ru-RU"/>
        </w:rPr>
        <w:t>бөлім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аталған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Ережелерге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қайшы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келмейтін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бөлігінде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қолданылады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оларға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сәйкес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келтірілуге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тиіс</w:t>
      </w:r>
      <w:proofErr w:type="spellEnd"/>
      <w:r w:rsidRPr="00137388">
        <w:rPr>
          <w:rFonts w:eastAsia="Times New Roman" w:cs="Times New Roman"/>
          <w:szCs w:val="24"/>
          <w:lang w:val="ru-RU" w:eastAsia="ru-RU"/>
        </w:rPr>
        <w:t>.</w:t>
      </w:r>
    </w:p>
    <w:p w14:paraId="6FD2C22C" w14:textId="77777777" w:rsidR="00A333AD" w:rsidRPr="00137388" w:rsidRDefault="00E907E8" w:rsidP="00A333AD">
      <w:pPr>
        <w:spacing w:after="0" w:line="240" w:lineRule="auto"/>
        <w:rPr>
          <w:rFonts w:eastAsia="Times New Roman" w:cs="Times New Roman"/>
          <w:szCs w:val="24"/>
          <w:lang w:val="ru-RU" w:eastAsia="ru-RU"/>
        </w:rPr>
      </w:pPr>
      <w:r w:rsidRPr="00137388">
        <w:rPr>
          <w:rFonts w:eastAsia="Times New Roman" w:cs="Times New Roman"/>
          <w:b/>
          <w:bCs/>
          <w:szCs w:val="24"/>
          <w:lang w:val="ru-RU" w:eastAsia="ru-RU"/>
        </w:rPr>
        <w:t xml:space="preserve">6.7. </w:t>
      </w:r>
      <w:proofErr w:type="spellStart"/>
      <w:r w:rsidRPr="00137388">
        <w:rPr>
          <w:rFonts w:eastAsia="Times New Roman" w:cs="Times New Roman"/>
          <w:b/>
          <w:bCs/>
          <w:szCs w:val="24"/>
          <w:lang w:val="ru-RU" w:eastAsia="ru-RU"/>
        </w:rPr>
        <w:t>Психологиялық-педагогикалық</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сүйемелдеу</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шарттары</w:t>
      </w:r>
      <w:proofErr w:type="spellEnd"/>
    </w:p>
    <w:p w14:paraId="115DA59F" w14:textId="62F51926" w:rsidR="00E907E8" w:rsidRPr="00137388" w:rsidRDefault="00E907E8" w:rsidP="00A333AD">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алушыларды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психологиялық-педагогикалық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сүйемелдеу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Қазақстан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Республикасының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заңнамасына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Мектептің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жергілікті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актілеріне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сәйкес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ұйымдастырылады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Сүйемелдеу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оқыту</w:t>
      </w:r>
      <w:proofErr w:type="spellEnd"/>
      <w:r w:rsidRPr="00137388">
        <w:rPr>
          <w:rFonts w:eastAsia="Times New Roman" w:cs="Times New Roman"/>
          <w:szCs w:val="24"/>
          <w:lang w:val="ru-RU" w:eastAsia="ru-RU"/>
        </w:rPr>
        <w:t xml:space="preserve"> мен </w:t>
      </w:r>
      <w:proofErr w:type="spellStart"/>
      <w:r w:rsidRPr="00137388">
        <w:rPr>
          <w:rFonts w:eastAsia="Times New Roman" w:cs="Times New Roman"/>
          <w:szCs w:val="24"/>
          <w:lang w:val="ru-RU" w:eastAsia="ru-RU"/>
        </w:rPr>
        <w:t>тәрбиелеудің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қолайлы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шарттарын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жасауға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берудегі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әлеуметтік-психологиялық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қиындықтарды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анықтауға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сондай-ақ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алушылар</w:t>
      </w:r>
      <w:proofErr w:type="spellEnd"/>
      <w:r w:rsidRPr="00137388">
        <w:rPr>
          <w:rFonts w:eastAsia="Times New Roman" w:cs="Times New Roman"/>
          <w:szCs w:val="24"/>
          <w:lang w:val="ru-RU" w:eastAsia="ru-RU"/>
        </w:rPr>
        <w:t xml:space="preserve"> мен </w:t>
      </w:r>
      <w:proofErr w:type="spellStart"/>
      <w:r w:rsidRPr="00137388">
        <w:rPr>
          <w:rFonts w:eastAsia="Times New Roman" w:cs="Times New Roman"/>
          <w:szCs w:val="24"/>
          <w:lang w:val="ru-RU" w:eastAsia="ru-RU"/>
        </w:rPr>
        <w:t>олардың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ата-аналарына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өкілдеріне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қажетті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қолдау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көрсетуге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бағытталған</w:t>
      </w:r>
      <w:proofErr w:type="spellEnd"/>
      <w:r w:rsidRPr="00137388">
        <w:rPr>
          <w:rFonts w:eastAsia="Times New Roman" w:cs="Times New Roman"/>
          <w:szCs w:val="24"/>
          <w:lang w:val="ru-RU" w:eastAsia="ru-RU"/>
        </w:rPr>
        <w:t>.</w:t>
      </w:r>
    </w:p>
    <w:p w14:paraId="2B61532D" w14:textId="77777777" w:rsidR="00A333AD" w:rsidRPr="00137388" w:rsidRDefault="00E907E8" w:rsidP="00A333AD">
      <w:pPr>
        <w:spacing w:after="0" w:line="240" w:lineRule="auto"/>
        <w:rPr>
          <w:rFonts w:eastAsia="Times New Roman" w:cs="Times New Roman"/>
          <w:szCs w:val="24"/>
          <w:lang w:val="ru-RU" w:eastAsia="ru-RU"/>
        </w:rPr>
      </w:pPr>
      <w:r w:rsidRPr="00137388">
        <w:rPr>
          <w:rFonts w:eastAsia="Times New Roman" w:cs="Times New Roman"/>
          <w:b/>
          <w:bCs/>
          <w:szCs w:val="24"/>
          <w:lang w:val="ru-RU" w:eastAsia="ru-RU"/>
        </w:rPr>
        <w:t xml:space="preserve">6.8. </w:t>
      </w:r>
      <w:proofErr w:type="spellStart"/>
      <w:r w:rsidRPr="00137388">
        <w:rPr>
          <w:rFonts w:eastAsia="Times New Roman" w:cs="Times New Roman"/>
          <w:b/>
          <w:bCs/>
          <w:szCs w:val="24"/>
          <w:lang w:val="ru-RU" w:eastAsia="ru-RU"/>
        </w:rPr>
        <w:t>Алқалы</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органдардың</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жұмысын</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ұйымдастыру</w:t>
      </w:r>
      <w:proofErr w:type="spellEnd"/>
    </w:p>
    <w:p w14:paraId="50A78F3D" w14:textId="6300A907" w:rsidR="00E907E8" w:rsidRPr="00137388" w:rsidRDefault="00E907E8" w:rsidP="00A333AD">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Мектептің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алқалы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органдары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Қазақстан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Республикасының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заңнамасына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Жарғысына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тиісті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органдар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туралы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ережелерге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сәйкес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құрылады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қызметін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жүзеге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асырады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Шешімдер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тиісті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алқалы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органның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құзыреті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шегінде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хаттамалармен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өзге</w:t>
      </w:r>
      <w:proofErr w:type="spellEnd"/>
      <w:r w:rsidRPr="00137388">
        <w:rPr>
          <w:rFonts w:eastAsia="Times New Roman" w:cs="Times New Roman"/>
          <w:szCs w:val="24"/>
          <w:lang w:val="ru-RU" w:eastAsia="ru-RU"/>
        </w:rPr>
        <w:t xml:space="preserve"> де </w:t>
      </w:r>
      <w:proofErr w:type="spellStart"/>
      <w:r w:rsidRPr="00137388">
        <w:rPr>
          <w:rFonts w:eastAsia="Times New Roman" w:cs="Times New Roman"/>
          <w:szCs w:val="24"/>
          <w:lang w:val="ru-RU" w:eastAsia="ru-RU"/>
        </w:rPr>
        <w:t>құжаттармен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ресімделеді</w:t>
      </w:r>
      <w:proofErr w:type="spellEnd"/>
      <w:r w:rsidRPr="00137388">
        <w:rPr>
          <w:rFonts w:eastAsia="Times New Roman" w:cs="Times New Roman"/>
          <w:szCs w:val="24"/>
          <w:lang w:val="ru-RU" w:eastAsia="ru-RU"/>
        </w:rPr>
        <w:t>.</w:t>
      </w:r>
    </w:p>
    <w:p w14:paraId="2E991B73" w14:textId="77777777" w:rsidR="00A333AD" w:rsidRPr="00137388" w:rsidRDefault="00A333AD" w:rsidP="00A333AD">
      <w:pPr>
        <w:spacing w:after="0" w:line="240" w:lineRule="auto"/>
        <w:ind w:firstLine="567"/>
        <w:rPr>
          <w:rFonts w:eastAsia="Times New Roman" w:cs="Times New Roman"/>
          <w:szCs w:val="24"/>
          <w:lang w:val="ru-RU" w:eastAsia="ru-RU"/>
        </w:rPr>
      </w:pPr>
    </w:p>
    <w:p w14:paraId="472F0621" w14:textId="77777777" w:rsidR="00E907E8" w:rsidRPr="00137388" w:rsidRDefault="00E907E8" w:rsidP="00A333AD">
      <w:pPr>
        <w:spacing w:after="0" w:line="240" w:lineRule="auto"/>
        <w:jc w:val="center"/>
        <w:rPr>
          <w:rFonts w:eastAsia="Times New Roman" w:cs="Times New Roman"/>
          <w:b/>
          <w:bCs/>
          <w:szCs w:val="24"/>
          <w:lang w:val="ru-RU" w:eastAsia="ru-RU"/>
        </w:rPr>
      </w:pPr>
      <w:r w:rsidRPr="00137388">
        <w:rPr>
          <w:rFonts w:eastAsia="Times New Roman" w:cs="Times New Roman"/>
          <w:b/>
          <w:bCs/>
          <w:szCs w:val="24"/>
          <w:lang w:val="ru-RU" w:eastAsia="ru-RU"/>
        </w:rPr>
        <w:t xml:space="preserve">2-бөлім. </w:t>
      </w:r>
      <w:proofErr w:type="spellStart"/>
      <w:r w:rsidRPr="00137388">
        <w:rPr>
          <w:rFonts w:eastAsia="Times New Roman" w:cs="Times New Roman"/>
          <w:b/>
          <w:bCs/>
          <w:szCs w:val="24"/>
          <w:lang w:val="ru-RU" w:eastAsia="ru-RU"/>
        </w:rPr>
        <w:t>Тәрбие</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процесін</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ұйымдастыру</w:t>
      </w:r>
      <w:proofErr w:type="spellEnd"/>
    </w:p>
    <w:p w14:paraId="58A434FA" w14:textId="77777777" w:rsidR="00A333AD" w:rsidRPr="00137388" w:rsidRDefault="00E907E8" w:rsidP="00A333AD">
      <w:pPr>
        <w:spacing w:after="0" w:line="240" w:lineRule="auto"/>
        <w:rPr>
          <w:rFonts w:eastAsia="Times New Roman" w:cs="Times New Roman"/>
          <w:szCs w:val="24"/>
          <w:lang w:val="ru-RU" w:eastAsia="ru-RU"/>
        </w:rPr>
      </w:pPr>
      <w:r w:rsidRPr="00137388">
        <w:rPr>
          <w:rFonts w:eastAsia="Times New Roman" w:cs="Times New Roman"/>
          <w:b/>
          <w:bCs/>
          <w:szCs w:val="24"/>
          <w:lang w:val="ru-RU" w:eastAsia="ru-RU"/>
        </w:rPr>
        <w:t xml:space="preserve">7.1. </w:t>
      </w:r>
      <w:proofErr w:type="spellStart"/>
      <w:r w:rsidRPr="00137388">
        <w:rPr>
          <w:rFonts w:eastAsia="Times New Roman" w:cs="Times New Roman"/>
          <w:b/>
          <w:bCs/>
          <w:szCs w:val="24"/>
          <w:lang w:val="ru-RU" w:eastAsia="ru-RU"/>
        </w:rPr>
        <w:t>Білім</w:t>
      </w:r>
      <w:proofErr w:type="spellEnd"/>
      <w:r w:rsidRPr="00137388">
        <w:rPr>
          <w:rFonts w:eastAsia="Times New Roman" w:cs="Times New Roman"/>
          <w:b/>
          <w:bCs/>
          <w:szCs w:val="24"/>
          <w:lang w:val="ru-RU" w:eastAsia="ru-RU"/>
        </w:rPr>
        <w:t xml:space="preserve"> беру </w:t>
      </w:r>
      <w:proofErr w:type="spellStart"/>
      <w:r w:rsidRPr="00137388">
        <w:rPr>
          <w:rFonts w:eastAsia="Times New Roman" w:cs="Times New Roman"/>
          <w:b/>
          <w:bCs/>
          <w:szCs w:val="24"/>
          <w:lang w:val="ru-RU" w:eastAsia="ru-RU"/>
        </w:rPr>
        <w:t>процесіне</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қатысушылардың</w:t>
      </w:r>
      <w:proofErr w:type="spellEnd"/>
      <w:r w:rsidRPr="00137388">
        <w:rPr>
          <w:rFonts w:eastAsia="Times New Roman" w:cs="Times New Roman"/>
          <w:b/>
          <w:bCs/>
          <w:szCs w:val="24"/>
          <w:lang w:val="ru-RU" w:eastAsia="ru-RU"/>
        </w:rPr>
        <w:t xml:space="preserve"> сырт </w:t>
      </w:r>
      <w:proofErr w:type="spellStart"/>
      <w:r w:rsidRPr="00137388">
        <w:rPr>
          <w:rFonts w:eastAsia="Times New Roman" w:cs="Times New Roman"/>
          <w:b/>
          <w:bCs/>
          <w:szCs w:val="24"/>
          <w:lang w:val="ru-RU" w:eastAsia="ru-RU"/>
        </w:rPr>
        <w:t>келбеті</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міндетті</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мектеп</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формасын</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бекіту</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және</w:t>
      </w:r>
      <w:proofErr w:type="spellEnd"/>
      <w:r w:rsidRPr="00137388">
        <w:rPr>
          <w:rFonts w:eastAsia="Times New Roman" w:cs="Times New Roman"/>
          <w:b/>
          <w:bCs/>
          <w:szCs w:val="24"/>
          <w:lang w:val="ru-RU" w:eastAsia="ru-RU"/>
        </w:rPr>
        <w:t xml:space="preserve"> оны кию</w:t>
      </w:r>
    </w:p>
    <w:p w14:paraId="720AFA33" w14:textId="7A959C90" w:rsidR="00E907E8" w:rsidRPr="00137388" w:rsidRDefault="00E907E8" w:rsidP="00A333AD">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формасы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күнделікті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салтанатты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спорттық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болып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бөлінеді</w:t>
      </w:r>
      <w:proofErr w:type="spellEnd"/>
      <w:r w:rsidRPr="00137388">
        <w:rPr>
          <w:rFonts w:eastAsia="Times New Roman" w:cs="Times New Roman"/>
          <w:szCs w:val="24"/>
          <w:lang w:val="ru-RU" w:eastAsia="ru-RU"/>
        </w:rPr>
        <w:t>.</w:t>
      </w:r>
    </w:p>
    <w:p w14:paraId="2A2D6B0B" w14:textId="77777777" w:rsidR="00E907E8" w:rsidRPr="00137388" w:rsidRDefault="00E907E8" w:rsidP="00E907E8">
      <w:pPr>
        <w:spacing w:after="0" w:line="240" w:lineRule="auto"/>
        <w:rPr>
          <w:rFonts w:eastAsia="Times New Roman" w:cs="Times New Roman"/>
          <w:szCs w:val="24"/>
          <w:lang w:val="ru-RU" w:eastAsia="ru-RU"/>
        </w:rPr>
      </w:pPr>
      <w:proofErr w:type="spellStart"/>
      <w:r w:rsidRPr="00137388">
        <w:rPr>
          <w:rFonts w:eastAsia="Times New Roman" w:cs="Times New Roman"/>
          <w:b/>
          <w:bCs/>
          <w:szCs w:val="24"/>
          <w:lang w:val="ru-RU" w:eastAsia="ru-RU"/>
        </w:rPr>
        <w:t>Ұл</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балаларға</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арналған</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мектеп</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формасына</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мыналар</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кіреді</w:t>
      </w:r>
      <w:proofErr w:type="spellEnd"/>
      <w:r w:rsidRPr="00137388">
        <w:rPr>
          <w:rFonts w:eastAsia="Times New Roman" w:cs="Times New Roman"/>
          <w:b/>
          <w:bCs/>
          <w:szCs w:val="24"/>
          <w:lang w:val="ru-RU" w:eastAsia="ru-RU"/>
        </w:rPr>
        <w:t>:</w:t>
      </w:r>
    </w:p>
    <w:p w14:paraId="2B7049DB" w14:textId="77777777" w:rsidR="00E907E8" w:rsidRPr="00137388" w:rsidRDefault="00E907E8" w:rsidP="00A333AD">
      <w:pPr>
        <w:spacing w:after="0" w:line="240" w:lineRule="auto"/>
        <w:ind w:firstLine="567"/>
        <w:rPr>
          <w:rFonts w:eastAsia="Times New Roman" w:cs="Times New Roman"/>
          <w:szCs w:val="24"/>
          <w:lang w:val="ru-RU" w:eastAsia="ru-RU"/>
        </w:rPr>
      </w:pPr>
      <w:proofErr w:type="spellStart"/>
      <w:r w:rsidRPr="00137388">
        <w:rPr>
          <w:rFonts w:eastAsia="Times New Roman" w:cs="Times New Roman"/>
          <w:b/>
          <w:bCs/>
          <w:szCs w:val="24"/>
          <w:lang w:val="ru-RU" w:eastAsia="ru-RU"/>
        </w:rPr>
        <w:t>Тік-көк</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түсті</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салтанатты</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мектеп</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формасы</w:t>
      </w:r>
      <w:proofErr w:type="spellEnd"/>
      <w:r w:rsidRPr="00137388">
        <w:rPr>
          <w:rFonts w:eastAsia="Times New Roman" w:cs="Times New Roman"/>
          <w:b/>
          <w:bCs/>
          <w:szCs w:val="24"/>
          <w:lang w:val="ru-RU" w:eastAsia="ru-RU"/>
        </w:rPr>
        <w:t>:</w:t>
      </w:r>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классикалық</w:t>
      </w:r>
      <w:proofErr w:type="spellEnd"/>
      <w:r w:rsidRPr="00137388">
        <w:rPr>
          <w:rFonts w:eastAsia="Times New Roman" w:cs="Times New Roman"/>
          <w:szCs w:val="24"/>
          <w:lang w:val="ru-RU" w:eastAsia="ru-RU"/>
        </w:rPr>
        <w:t xml:space="preserve"> жилет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классикалық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пішімдегі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шалбар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ұзындығы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бойынша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толарсақты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жауып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тұруы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тиіс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салтанатты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жейде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ақ</w:t>
      </w:r>
      <w:proofErr w:type="spellEnd"/>
      <w:r w:rsidRPr="00137388">
        <w:rPr>
          <w:rFonts w:eastAsia="Times New Roman" w:cs="Times New Roman"/>
          <w:szCs w:val="24"/>
          <w:lang w:val="ru-RU" w:eastAsia="ru-RU"/>
        </w:rPr>
        <w:t>).</w:t>
      </w:r>
    </w:p>
    <w:p w14:paraId="0DCE2DA1" w14:textId="77777777" w:rsidR="00E907E8" w:rsidRPr="00137388" w:rsidRDefault="00E907E8" w:rsidP="00A333AD">
      <w:pPr>
        <w:spacing w:after="0" w:line="240" w:lineRule="auto"/>
        <w:ind w:firstLine="567"/>
        <w:rPr>
          <w:rFonts w:eastAsia="Times New Roman" w:cs="Times New Roman"/>
          <w:szCs w:val="24"/>
          <w:lang w:val="ru-RU" w:eastAsia="ru-RU"/>
        </w:rPr>
      </w:pPr>
      <w:proofErr w:type="spellStart"/>
      <w:r w:rsidRPr="00137388">
        <w:rPr>
          <w:rFonts w:eastAsia="Times New Roman" w:cs="Times New Roman"/>
          <w:b/>
          <w:bCs/>
          <w:szCs w:val="24"/>
          <w:lang w:val="ru-RU" w:eastAsia="ru-RU"/>
        </w:rPr>
        <w:t>Тік-көк</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түсті</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күнделікті</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мектеп</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формасы</w:t>
      </w:r>
      <w:proofErr w:type="spellEnd"/>
      <w:r w:rsidRPr="00137388">
        <w:rPr>
          <w:rFonts w:eastAsia="Times New Roman" w:cs="Times New Roman"/>
          <w:b/>
          <w:bCs/>
          <w:szCs w:val="24"/>
          <w:lang w:val="ru-RU" w:eastAsia="ru-RU"/>
        </w:rPr>
        <w:t>:</w:t>
      </w:r>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Классикалық</w:t>
      </w:r>
      <w:proofErr w:type="spellEnd"/>
      <w:r w:rsidRPr="00137388">
        <w:rPr>
          <w:rFonts w:eastAsia="Times New Roman" w:cs="Times New Roman"/>
          <w:szCs w:val="24"/>
          <w:lang w:val="ru-RU" w:eastAsia="ru-RU"/>
        </w:rPr>
        <w:t xml:space="preserve"> пиджак </w:t>
      </w:r>
      <w:proofErr w:type="spellStart"/>
      <w:r w:rsidRPr="00137388">
        <w:rPr>
          <w:rFonts w:eastAsia="Times New Roman" w:cs="Times New Roman"/>
          <w:szCs w:val="24"/>
          <w:lang w:val="ru-RU" w:eastAsia="ru-RU"/>
        </w:rPr>
        <w:t>немесе</w:t>
      </w:r>
      <w:proofErr w:type="spellEnd"/>
      <w:r w:rsidRPr="00137388">
        <w:rPr>
          <w:rFonts w:eastAsia="Times New Roman" w:cs="Times New Roman"/>
          <w:szCs w:val="24"/>
          <w:lang w:val="ru-RU" w:eastAsia="ru-RU"/>
        </w:rPr>
        <w:t xml:space="preserve"> бомбер. </w:t>
      </w:r>
      <w:proofErr w:type="spellStart"/>
      <w:r w:rsidRPr="00137388">
        <w:rPr>
          <w:rFonts w:eastAsia="Times New Roman" w:cs="Times New Roman"/>
          <w:szCs w:val="24"/>
          <w:lang w:val="ru-RU" w:eastAsia="ru-RU"/>
        </w:rPr>
        <w:t>Ұл</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балаларға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арналған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классикалық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пішімдегі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шалбар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ұзындығы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бойынша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толарсақты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жауып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тұруы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тиіс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Күнделікті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түсті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жейде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немесе</w:t>
      </w:r>
      <w:proofErr w:type="spellEnd"/>
      <w:r w:rsidRPr="00137388">
        <w:rPr>
          <w:rFonts w:eastAsia="Times New Roman" w:cs="Times New Roman"/>
          <w:szCs w:val="24"/>
          <w:lang w:val="ru-RU" w:eastAsia="ru-RU"/>
        </w:rPr>
        <w:t xml:space="preserve"> поло </w:t>
      </w:r>
      <w:proofErr w:type="spellStart"/>
      <w:r w:rsidRPr="00137388">
        <w:rPr>
          <w:rFonts w:eastAsia="Times New Roman" w:cs="Times New Roman"/>
          <w:szCs w:val="24"/>
          <w:lang w:val="ru-RU" w:eastAsia="ru-RU"/>
        </w:rPr>
        <w:t>жейдесі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немесе</w:t>
      </w:r>
      <w:proofErr w:type="spellEnd"/>
      <w:r w:rsidRPr="00137388">
        <w:rPr>
          <w:rFonts w:eastAsia="Times New Roman" w:cs="Times New Roman"/>
          <w:szCs w:val="24"/>
          <w:lang w:val="ru-RU" w:eastAsia="ru-RU"/>
        </w:rPr>
        <w:t xml:space="preserve"> тенниска (</w:t>
      </w:r>
      <w:proofErr w:type="spellStart"/>
      <w:r w:rsidRPr="00137388">
        <w:rPr>
          <w:rFonts w:eastAsia="Times New Roman" w:cs="Times New Roman"/>
          <w:szCs w:val="24"/>
          <w:lang w:val="ru-RU" w:eastAsia="ru-RU"/>
        </w:rPr>
        <w:t>көгілдір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көк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ақ</w:t>
      </w:r>
      <w:proofErr w:type="spellEnd"/>
      <w:r w:rsidRPr="00137388">
        <w:rPr>
          <w:rFonts w:eastAsia="Times New Roman" w:cs="Times New Roman"/>
          <w:szCs w:val="24"/>
          <w:lang w:val="ru-RU" w:eastAsia="ru-RU"/>
        </w:rPr>
        <w:t>).</w:t>
      </w:r>
    </w:p>
    <w:p w14:paraId="39B92F83" w14:textId="77777777" w:rsidR="00E907E8" w:rsidRPr="00137388" w:rsidRDefault="00E907E8" w:rsidP="00A333AD">
      <w:pPr>
        <w:spacing w:after="0" w:line="240" w:lineRule="auto"/>
        <w:ind w:firstLine="567"/>
        <w:rPr>
          <w:rFonts w:eastAsia="Times New Roman" w:cs="Times New Roman"/>
          <w:szCs w:val="24"/>
          <w:lang w:val="ru-RU" w:eastAsia="ru-RU"/>
        </w:rPr>
      </w:pPr>
      <w:proofErr w:type="spellStart"/>
      <w:r w:rsidRPr="00137388">
        <w:rPr>
          <w:rFonts w:eastAsia="Times New Roman" w:cs="Times New Roman"/>
          <w:b/>
          <w:bCs/>
          <w:szCs w:val="24"/>
          <w:lang w:val="ru-RU" w:eastAsia="ru-RU"/>
        </w:rPr>
        <w:t>Қысқы</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кезеңде</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қосымша</w:t>
      </w:r>
      <w:proofErr w:type="spellEnd"/>
      <w:r w:rsidRPr="00137388">
        <w:rPr>
          <w:rFonts w:eastAsia="Times New Roman" w:cs="Times New Roman"/>
          <w:b/>
          <w:bCs/>
          <w:szCs w:val="24"/>
          <w:lang w:val="ru-RU" w:eastAsia="ru-RU"/>
        </w:rPr>
        <w:t>:</w:t>
      </w:r>
      <w:r w:rsidRPr="00137388">
        <w:rPr>
          <w:rFonts w:eastAsia="Times New Roman" w:cs="Times New Roman"/>
          <w:szCs w:val="24"/>
          <w:lang w:val="ru-RU" w:eastAsia="ru-RU"/>
        </w:rPr>
        <w:t xml:space="preserve"> водолазка (</w:t>
      </w:r>
      <w:proofErr w:type="spellStart"/>
      <w:r w:rsidRPr="00137388">
        <w:rPr>
          <w:rFonts w:eastAsia="Times New Roman" w:cs="Times New Roman"/>
          <w:szCs w:val="24"/>
          <w:lang w:val="ru-RU" w:eastAsia="ru-RU"/>
        </w:rPr>
        <w:t>ақ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көк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түсті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түймелі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немесе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сыдырмалы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тоқылған</w:t>
      </w:r>
      <w:proofErr w:type="spellEnd"/>
      <w:r w:rsidRPr="00137388">
        <w:rPr>
          <w:rFonts w:eastAsia="Times New Roman" w:cs="Times New Roman"/>
          <w:szCs w:val="24"/>
          <w:lang w:val="ru-RU" w:eastAsia="ru-RU"/>
        </w:rPr>
        <w:t xml:space="preserve"> кофта/кардиган, </w:t>
      </w:r>
      <w:proofErr w:type="spellStart"/>
      <w:r w:rsidRPr="00137388">
        <w:rPr>
          <w:rFonts w:eastAsia="Times New Roman" w:cs="Times New Roman"/>
          <w:szCs w:val="24"/>
          <w:lang w:val="ru-RU" w:eastAsia="ru-RU"/>
        </w:rPr>
        <w:t>тоқылған</w:t>
      </w:r>
      <w:proofErr w:type="spellEnd"/>
      <w:r w:rsidRPr="00137388">
        <w:rPr>
          <w:rFonts w:eastAsia="Times New Roman" w:cs="Times New Roman"/>
          <w:szCs w:val="24"/>
          <w:lang w:val="ru-RU" w:eastAsia="ru-RU"/>
        </w:rPr>
        <w:t xml:space="preserve"> жилет (</w:t>
      </w:r>
      <w:proofErr w:type="spellStart"/>
      <w:r w:rsidRPr="00137388">
        <w:rPr>
          <w:rFonts w:eastAsia="Times New Roman" w:cs="Times New Roman"/>
          <w:szCs w:val="24"/>
          <w:lang w:val="ru-RU" w:eastAsia="ru-RU"/>
        </w:rPr>
        <w:t>көк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түсті</w:t>
      </w:r>
      <w:proofErr w:type="spellEnd"/>
      <w:r w:rsidRPr="00137388">
        <w:rPr>
          <w:rFonts w:eastAsia="Times New Roman" w:cs="Times New Roman"/>
          <w:szCs w:val="24"/>
          <w:lang w:val="ru-RU" w:eastAsia="ru-RU"/>
        </w:rPr>
        <w:t>).</w:t>
      </w:r>
    </w:p>
    <w:p w14:paraId="10608D02" w14:textId="77777777" w:rsidR="00E907E8" w:rsidRPr="00137388" w:rsidRDefault="00E907E8" w:rsidP="00A333AD">
      <w:pPr>
        <w:spacing w:after="0" w:line="240" w:lineRule="auto"/>
        <w:ind w:firstLine="567"/>
        <w:rPr>
          <w:rFonts w:eastAsia="Times New Roman" w:cs="Times New Roman"/>
          <w:szCs w:val="24"/>
          <w:lang w:val="ru-RU" w:eastAsia="ru-RU"/>
        </w:rPr>
      </w:pPr>
      <w:proofErr w:type="spellStart"/>
      <w:r w:rsidRPr="00137388">
        <w:rPr>
          <w:rFonts w:eastAsia="Times New Roman" w:cs="Times New Roman"/>
          <w:b/>
          <w:bCs/>
          <w:szCs w:val="24"/>
          <w:lang w:val="ru-RU" w:eastAsia="ru-RU"/>
        </w:rPr>
        <w:t>Аяқ</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киім</w:t>
      </w:r>
      <w:proofErr w:type="spellEnd"/>
      <w:r w:rsidRPr="00137388">
        <w:rPr>
          <w:rFonts w:eastAsia="Times New Roman" w:cs="Times New Roman"/>
          <w:b/>
          <w:bCs/>
          <w:szCs w:val="24"/>
          <w:lang w:val="ru-RU" w:eastAsia="ru-RU"/>
        </w:rPr>
        <w:t>:</w:t>
      </w:r>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спорттық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емес</w:t>
      </w:r>
      <w:proofErr w:type="spellEnd"/>
      <w:r w:rsidRPr="00137388">
        <w:rPr>
          <w:rFonts w:eastAsia="Times New Roman" w:cs="Times New Roman"/>
          <w:szCs w:val="24"/>
          <w:lang w:val="ru-RU" w:eastAsia="ru-RU"/>
        </w:rPr>
        <w:t>, туфли.</w:t>
      </w:r>
    </w:p>
    <w:p w14:paraId="630E4617" w14:textId="77777777" w:rsidR="00E907E8" w:rsidRPr="00137388" w:rsidRDefault="00E907E8" w:rsidP="00A333AD">
      <w:pPr>
        <w:spacing w:after="0" w:line="240" w:lineRule="auto"/>
        <w:ind w:firstLine="567"/>
        <w:rPr>
          <w:rFonts w:eastAsia="Times New Roman" w:cs="Times New Roman"/>
          <w:szCs w:val="24"/>
          <w:lang w:val="ru-RU" w:eastAsia="ru-RU"/>
        </w:rPr>
      </w:pPr>
      <w:proofErr w:type="spellStart"/>
      <w:r w:rsidRPr="00137388">
        <w:rPr>
          <w:rFonts w:eastAsia="Times New Roman" w:cs="Times New Roman"/>
          <w:b/>
          <w:bCs/>
          <w:szCs w:val="24"/>
          <w:lang w:val="ru-RU" w:eastAsia="ru-RU"/>
        </w:rPr>
        <w:t>Спорттық</w:t>
      </w:r>
      <w:proofErr w:type="spellEnd"/>
      <w:r w:rsidRPr="00137388">
        <w:rPr>
          <w:rFonts w:eastAsia="Times New Roman" w:cs="Times New Roman"/>
          <w:b/>
          <w:bCs/>
          <w:szCs w:val="24"/>
          <w:lang w:val="ru-RU" w:eastAsia="ru-RU"/>
        </w:rPr>
        <w:t xml:space="preserve"> форма (</w:t>
      </w:r>
      <w:proofErr w:type="spellStart"/>
      <w:r w:rsidRPr="00137388">
        <w:rPr>
          <w:rFonts w:eastAsia="Times New Roman" w:cs="Times New Roman"/>
          <w:b/>
          <w:bCs/>
          <w:szCs w:val="24"/>
          <w:lang w:val="ru-RU" w:eastAsia="ru-RU"/>
        </w:rPr>
        <w:t>қою</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көк</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немесе</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қара</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түсті</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болуы</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ұсынылады</w:t>
      </w:r>
      <w:proofErr w:type="spellEnd"/>
      <w:r w:rsidRPr="00137388">
        <w:rPr>
          <w:rFonts w:eastAsia="Times New Roman" w:cs="Times New Roman"/>
          <w:b/>
          <w:bCs/>
          <w:szCs w:val="24"/>
          <w:lang w:val="ru-RU" w:eastAsia="ru-RU"/>
        </w:rPr>
        <w:t>):</w:t>
      </w:r>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спорттық</w:t>
      </w:r>
      <w:proofErr w:type="spellEnd"/>
      <w:r w:rsidRPr="00137388">
        <w:rPr>
          <w:rFonts w:eastAsia="Times New Roman" w:cs="Times New Roman"/>
          <w:szCs w:val="24"/>
          <w:lang w:val="ru-RU" w:eastAsia="ru-RU"/>
        </w:rPr>
        <w:t xml:space="preserve"> костюм </w:t>
      </w:r>
      <w:proofErr w:type="spellStart"/>
      <w:r w:rsidRPr="00137388">
        <w:rPr>
          <w:rFonts w:eastAsia="Times New Roman" w:cs="Times New Roman"/>
          <w:szCs w:val="24"/>
          <w:lang w:val="ru-RU" w:eastAsia="ru-RU"/>
        </w:rPr>
        <w:t>немесе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спорттық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шалбар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футболка (</w:t>
      </w:r>
      <w:proofErr w:type="spellStart"/>
      <w:r w:rsidRPr="00137388">
        <w:rPr>
          <w:rFonts w:eastAsia="Times New Roman" w:cs="Times New Roman"/>
          <w:szCs w:val="24"/>
          <w:lang w:val="ru-RU" w:eastAsia="ru-RU"/>
        </w:rPr>
        <w:t>ақ</w:t>
      </w:r>
      <w:proofErr w:type="spellEnd"/>
      <w:r w:rsidRPr="00137388">
        <w:rPr>
          <w:rFonts w:eastAsia="Times New Roman" w:cs="Times New Roman"/>
          <w:szCs w:val="24"/>
          <w:lang w:val="ru-RU" w:eastAsia="ru-RU"/>
        </w:rPr>
        <w:t xml:space="preserve"> футболка — </w:t>
      </w:r>
      <w:proofErr w:type="spellStart"/>
      <w:r w:rsidRPr="00137388">
        <w:rPr>
          <w:rFonts w:eastAsia="Times New Roman" w:cs="Times New Roman"/>
          <w:szCs w:val="24"/>
          <w:lang w:val="ru-RU" w:eastAsia="ru-RU"/>
        </w:rPr>
        <w:t>салтанатты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қою</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көк</w:t>
      </w:r>
      <w:proofErr w:type="spellEnd"/>
      <w:r w:rsidRPr="00137388">
        <w:rPr>
          <w:rFonts w:eastAsia="Times New Roman" w:cs="Times New Roman"/>
          <w:szCs w:val="24"/>
          <w:lang w:val="ru-RU" w:eastAsia="ru-RU"/>
        </w:rPr>
        <w:t xml:space="preserve"> футболка — </w:t>
      </w:r>
      <w:proofErr w:type="spellStart"/>
      <w:r w:rsidRPr="00137388">
        <w:rPr>
          <w:rFonts w:eastAsia="Times New Roman" w:cs="Times New Roman"/>
          <w:szCs w:val="24"/>
          <w:lang w:val="ru-RU" w:eastAsia="ru-RU"/>
        </w:rPr>
        <w:t>күнделікті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спорттық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аяқ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киім</w:t>
      </w:r>
      <w:proofErr w:type="spellEnd"/>
      <w:r w:rsidRPr="00137388">
        <w:rPr>
          <w:rFonts w:eastAsia="Times New Roman" w:cs="Times New Roman"/>
          <w:szCs w:val="24"/>
          <w:lang w:val="ru-RU" w:eastAsia="ru-RU"/>
        </w:rPr>
        <w:t xml:space="preserve"> (кроссовки </w:t>
      </w:r>
      <w:proofErr w:type="spellStart"/>
      <w:r w:rsidRPr="00137388">
        <w:rPr>
          <w:rFonts w:eastAsia="Times New Roman" w:cs="Times New Roman"/>
          <w:szCs w:val="24"/>
          <w:lang w:val="ru-RU" w:eastAsia="ru-RU"/>
        </w:rPr>
        <w:t>немесе</w:t>
      </w:r>
      <w:proofErr w:type="spellEnd"/>
      <w:r w:rsidRPr="00137388">
        <w:rPr>
          <w:rFonts w:eastAsia="Times New Roman" w:cs="Times New Roman"/>
          <w:szCs w:val="24"/>
          <w:lang w:val="ru-RU" w:eastAsia="ru-RU"/>
        </w:rPr>
        <w:t xml:space="preserve"> кеды).</w:t>
      </w:r>
    </w:p>
    <w:p w14:paraId="35A3BB52" w14:textId="77777777" w:rsidR="00E907E8" w:rsidRPr="00137388" w:rsidRDefault="00E907E8" w:rsidP="00E907E8">
      <w:pPr>
        <w:spacing w:after="0" w:line="240" w:lineRule="auto"/>
        <w:rPr>
          <w:rFonts w:eastAsia="Times New Roman" w:cs="Times New Roman"/>
          <w:szCs w:val="24"/>
          <w:lang w:val="ru-RU" w:eastAsia="ru-RU"/>
        </w:rPr>
      </w:pPr>
      <w:proofErr w:type="spellStart"/>
      <w:r w:rsidRPr="00137388">
        <w:rPr>
          <w:rFonts w:eastAsia="Times New Roman" w:cs="Times New Roman"/>
          <w:b/>
          <w:bCs/>
          <w:szCs w:val="24"/>
          <w:lang w:val="ru-RU" w:eastAsia="ru-RU"/>
        </w:rPr>
        <w:t>Қыз</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балаларға</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арналған</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мектеп</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формасына</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мыналар</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кіреді</w:t>
      </w:r>
      <w:proofErr w:type="spellEnd"/>
      <w:r w:rsidRPr="00137388">
        <w:rPr>
          <w:rFonts w:eastAsia="Times New Roman" w:cs="Times New Roman"/>
          <w:b/>
          <w:bCs/>
          <w:szCs w:val="24"/>
          <w:lang w:val="ru-RU" w:eastAsia="ru-RU"/>
        </w:rPr>
        <w:t>:</w:t>
      </w:r>
    </w:p>
    <w:p w14:paraId="6555FFE5" w14:textId="77777777" w:rsidR="00E907E8" w:rsidRPr="00137388" w:rsidRDefault="00E907E8" w:rsidP="00A333AD">
      <w:pPr>
        <w:spacing w:after="0" w:line="240" w:lineRule="auto"/>
        <w:ind w:firstLine="567"/>
        <w:rPr>
          <w:rFonts w:eastAsia="Times New Roman" w:cs="Times New Roman"/>
          <w:szCs w:val="24"/>
          <w:lang w:val="ru-RU" w:eastAsia="ru-RU"/>
        </w:rPr>
      </w:pPr>
      <w:proofErr w:type="spellStart"/>
      <w:r w:rsidRPr="00137388">
        <w:rPr>
          <w:rFonts w:eastAsia="Times New Roman" w:cs="Times New Roman"/>
          <w:b/>
          <w:bCs/>
          <w:szCs w:val="24"/>
          <w:lang w:val="ru-RU" w:eastAsia="ru-RU"/>
        </w:rPr>
        <w:t>Қою</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көк</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түсті</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салтанатты</w:t>
      </w:r>
      <w:proofErr w:type="spellEnd"/>
      <w:r w:rsidRPr="00137388">
        <w:rPr>
          <w:rFonts w:eastAsia="Times New Roman" w:cs="Times New Roman"/>
          <w:b/>
          <w:bCs/>
          <w:szCs w:val="24"/>
          <w:lang w:val="ru-RU" w:eastAsia="ru-RU"/>
        </w:rPr>
        <w:t xml:space="preserve"> форма:</w:t>
      </w:r>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Классикалық</w:t>
      </w:r>
      <w:proofErr w:type="spellEnd"/>
      <w:r w:rsidRPr="00137388">
        <w:rPr>
          <w:rFonts w:eastAsia="Times New Roman" w:cs="Times New Roman"/>
          <w:szCs w:val="24"/>
          <w:lang w:val="ru-RU" w:eastAsia="ru-RU"/>
        </w:rPr>
        <w:t xml:space="preserve"> жилет, </w:t>
      </w:r>
      <w:proofErr w:type="spellStart"/>
      <w:r w:rsidRPr="00137388">
        <w:rPr>
          <w:rFonts w:eastAsia="Times New Roman" w:cs="Times New Roman"/>
          <w:szCs w:val="24"/>
          <w:lang w:val="ru-RU" w:eastAsia="ru-RU"/>
        </w:rPr>
        <w:t>күн</w:t>
      </w:r>
      <w:proofErr w:type="spellEnd"/>
      <w:r w:rsidRPr="00137388">
        <w:rPr>
          <w:rFonts w:eastAsia="Times New Roman" w:cs="Times New Roman"/>
          <w:szCs w:val="24"/>
          <w:lang w:val="ru-RU" w:eastAsia="ru-RU"/>
        </w:rPr>
        <w:t>-юбка (</w:t>
      </w:r>
      <w:proofErr w:type="spellStart"/>
      <w:r w:rsidRPr="00137388">
        <w:rPr>
          <w:rFonts w:eastAsia="Times New Roman" w:cs="Times New Roman"/>
          <w:szCs w:val="24"/>
          <w:lang w:val="ru-RU" w:eastAsia="ru-RU"/>
        </w:rPr>
        <w:t>юбканың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ұзындығы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тізеден</w:t>
      </w:r>
      <w:proofErr w:type="spellEnd"/>
      <w:r w:rsidRPr="00137388">
        <w:rPr>
          <w:rFonts w:eastAsia="Times New Roman" w:cs="Times New Roman"/>
          <w:szCs w:val="24"/>
          <w:lang w:val="ru-RU" w:eastAsia="ru-RU"/>
        </w:rPr>
        <w:t xml:space="preserve"> 5 см-ден </w:t>
      </w:r>
      <w:proofErr w:type="spellStart"/>
      <w:r w:rsidRPr="00137388">
        <w:rPr>
          <w:rFonts w:eastAsia="Times New Roman" w:cs="Times New Roman"/>
          <w:szCs w:val="24"/>
          <w:lang w:val="ru-RU" w:eastAsia="ru-RU"/>
        </w:rPr>
        <w:t>жоғары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болмауы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тиіс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классикалық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пішімдегі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шалбар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ұзындығы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бойынша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толарсақты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жауып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тұруы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тиіс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классикалық</w:t>
      </w:r>
      <w:proofErr w:type="spellEnd"/>
      <w:r w:rsidRPr="00137388">
        <w:rPr>
          <w:rFonts w:eastAsia="Times New Roman" w:cs="Times New Roman"/>
          <w:szCs w:val="24"/>
          <w:lang w:val="ru-RU" w:eastAsia="ru-RU"/>
        </w:rPr>
        <w:t xml:space="preserve"> блузка (</w:t>
      </w:r>
      <w:proofErr w:type="spellStart"/>
      <w:r w:rsidRPr="00137388">
        <w:rPr>
          <w:rFonts w:eastAsia="Times New Roman" w:cs="Times New Roman"/>
          <w:szCs w:val="24"/>
          <w:lang w:val="ru-RU" w:eastAsia="ru-RU"/>
        </w:rPr>
        <w:t>ақ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спорттық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емес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аяқ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киім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өкшесі</w:t>
      </w:r>
      <w:proofErr w:type="spellEnd"/>
      <w:r w:rsidRPr="00137388">
        <w:rPr>
          <w:rFonts w:eastAsia="Times New Roman" w:cs="Times New Roman"/>
          <w:szCs w:val="24"/>
          <w:lang w:val="ru-RU" w:eastAsia="ru-RU"/>
        </w:rPr>
        <w:t xml:space="preserve"> 3 см-ден </w:t>
      </w:r>
      <w:proofErr w:type="spellStart"/>
      <w:r w:rsidRPr="00137388">
        <w:rPr>
          <w:rFonts w:eastAsia="Times New Roman" w:cs="Times New Roman"/>
          <w:szCs w:val="24"/>
          <w:lang w:val="ru-RU" w:eastAsia="ru-RU"/>
        </w:rPr>
        <w:t>аспайтын</w:t>
      </w:r>
      <w:proofErr w:type="spellEnd"/>
      <w:r w:rsidRPr="00137388">
        <w:rPr>
          <w:rFonts w:eastAsia="Times New Roman" w:cs="Times New Roman"/>
          <w:szCs w:val="24"/>
          <w:lang w:val="ru-RU" w:eastAsia="ru-RU"/>
        </w:rPr>
        <w:t xml:space="preserve"> туфли.</w:t>
      </w:r>
    </w:p>
    <w:p w14:paraId="2F46DC7E" w14:textId="77777777" w:rsidR="00E907E8" w:rsidRPr="00137388" w:rsidRDefault="00E907E8" w:rsidP="00A333AD">
      <w:pPr>
        <w:spacing w:after="0" w:line="240" w:lineRule="auto"/>
        <w:ind w:firstLine="567"/>
        <w:rPr>
          <w:rFonts w:eastAsia="Times New Roman" w:cs="Times New Roman"/>
          <w:szCs w:val="24"/>
          <w:lang w:val="ru-RU" w:eastAsia="ru-RU"/>
        </w:rPr>
      </w:pPr>
      <w:proofErr w:type="spellStart"/>
      <w:r w:rsidRPr="00137388">
        <w:rPr>
          <w:rFonts w:eastAsia="Times New Roman" w:cs="Times New Roman"/>
          <w:b/>
          <w:bCs/>
          <w:szCs w:val="24"/>
          <w:lang w:val="ru-RU" w:eastAsia="ru-RU"/>
        </w:rPr>
        <w:t>Қою</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көк</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түсті</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күнделікті</w:t>
      </w:r>
      <w:proofErr w:type="spellEnd"/>
      <w:r w:rsidRPr="00137388">
        <w:rPr>
          <w:rFonts w:eastAsia="Times New Roman" w:cs="Times New Roman"/>
          <w:b/>
          <w:bCs/>
          <w:szCs w:val="24"/>
          <w:lang w:val="ru-RU" w:eastAsia="ru-RU"/>
        </w:rPr>
        <w:t xml:space="preserve"> форма:</w:t>
      </w:r>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классикалық</w:t>
      </w:r>
      <w:proofErr w:type="spellEnd"/>
      <w:r w:rsidRPr="00137388">
        <w:rPr>
          <w:rFonts w:eastAsia="Times New Roman" w:cs="Times New Roman"/>
          <w:szCs w:val="24"/>
          <w:lang w:val="ru-RU" w:eastAsia="ru-RU"/>
        </w:rPr>
        <w:t xml:space="preserve"> пиджак </w:t>
      </w:r>
      <w:proofErr w:type="spellStart"/>
      <w:r w:rsidRPr="00137388">
        <w:rPr>
          <w:rFonts w:eastAsia="Times New Roman" w:cs="Times New Roman"/>
          <w:szCs w:val="24"/>
          <w:lang w:val="ru-RU" w:eastAsia="ru-RU"/>
        </w:rPr>
        <w:t>немесе</w:t>
      </w:r>
      <w:proofErr w:type="spellEnd"/>
      <w:r w:rsidRPr="00137388">
        <w:rPr>
          <w:rFonts w:eastAsia="Times New Roman" w:cs="Times New Roman"/>
          <w:szCs w:val="24"/>
          <w:lang w:val="ru-RU" w:eastAsia="ru-RU"/>
        </w:rPr>
        <w:t xml:space="preserve"> бомбер, </w:t>
      </w:r>
      <w:proofErr w:type="spellStart"/>
      <w:r w:rsidRPr="00137388">
        <w:rPr>
          <w:rFonts w:eastAsia="Times New Roman" w:cs="Times New Roman"/>
          <w:szCs w:val="24"/>
          <w:lang w:val="ru-RU" w:eastAsia="ru-RU"/>
        </w:rPr>
        <w:t>күн</w:t>
      </w:r>
      <w:proofErr w:type="spellEnd"/>
      <w:r w:rsidRPr="00137388">
        <w:rPr>
          <w:rFonts w:eastAsia="Times New Roman" w:cs="Times New Roman"/>
          <w:szCs w:val="24"/>
          <w:lang w:val="ru-RU" w:eastAsia="ru-RU"/>
        </w:rPr>
        <w:t>-юбка (</w:t>
      </w:r>
      <w:proofErr w:type="spellStart"/>
      <w:r w:rsidRPr="00137388">
        <w:rPr>
          <w:rFonts w:eastAsia="Times New Roman" w:cs="Times New Roman"/>
          <w:szCs w:val="24"/>
          <w:lang w:val="ru-RU" w:eastAsia="ru-RU"/>
        </w:rPr>
        <w:t>юбканың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ұзындығы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тізеден</w:t>
      </w:r>
      <w:proofErr w:type="spellEnd"/>
      <w:r w:rsidRPr="00137388">
        <w:rPr>
          <w:rFonts w:eastAsia="Times New Roman" w:cs="Times New Roman"/>
          <w:szCs w:val="24"/>
          <w:lang w:val="ru-RU" w:eastAsia="ru-RU"/>
        </w:rPr>
        <w:t xml:space="preserve"> 5 см-ден </w:t>
      </w:r>
      <w:proofErr w:type="spellStart"/>
      <w:r w:rsidRPr="00137388">
        <w:rPr>
          <w:rFonts w:eastAsia="Times New Roman" w:cs="Times New Roman"/>
          <w:szCs w:val="24"/>
          <w:lang w:val="ru-RU" w:eastAsia="ru-RU"/>
        </w:rPr>
        <w:t>жоғары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болмауы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тиіс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классикалық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пішімдегі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шалбар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ұзындығы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бойынша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толарсақты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жауып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тұруы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тиіс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түсті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классикалық</w:t>
      </w:r>
      <w:proofErr w:type="spellEnd"/>
      <w:r w:rsidRPr="00137388">
        <w:rPr>
          <w:rFonts w:eastAsia="Times New Roman" w:cs="Times New Roman"/>
          <w:szCs w:val="24"/>
          <w:lang w:val="ru-RU" w:eastAsia="ru-RU"/>
        </w:rPr>
        <w:t xml:space="preserve"> блузка (</w:t>
      </w:r>
      <w:proofErr w:type="spellStart"/>
      <w:r w:rsidRPr="00137388">
        <w:rPr>
          <w:rFonts w:eastAsia="Times New Roman" w:cs="Times New Roman"/>
          <w:szCs w:val="24"/>
          <w:lang w:val="ru-RU" w:eastAsia="ru-RU"/>
        </w:rPr>
        <w:t>көгілдір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көк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ақ</w:t>
      </w:r>
      <w:proofErr w:type="spellEnd"/>
      <w:r w:rsidRPr="00137388">
        <w:rPr>
          <w:rFonts w:eastAsia="Times New Roman" w:cs="Times New Roman"/>
          <w:szCs w:val="24"/>
          <w:lang w:val="ru-RU" w:eastAsia="ru-RU"/>
        </w:rPr>
        <w:t>).</w:t>
      </w:r>
    </w:p>
    <w:p w14:paraId="4C85A19E" w14:textId="77777777" w:rsidR="00E907E8" w:rsidRPr="00137388" w:rsidRDefault="00E907E8" w:rsidP="00A333AD">
      <w:pPr>
        <w:spacing w:after="0" w:line="240" w:lineRule="auto"/>
        <w:ind w:firstLine="567"/>
        <w:rPr>
          <w:rFonts w:eastAsia="Times New Roman" w:cs="Times New Roman"/>
          <w:szCs w:val="24"/>
          <w:lang w:val="ru-RU" w:eastAsia="ru-RU"/>
        </w:rPr>
      </w:pPr>
      <w:proofErr w:type="spellStart"/>
      <w:r w:rsidRPr="00137388">
        <w:rPr>
          <w:rFonts w:eastAsia="Times New Roman" w:cs="Times New Roman"/>
          <w:b/>
          <w:bCs/>
          <w:szCs w:val="24"/>
          <w:lang w:val="ru-RU" w:eastAsia="ru-RU"/>
        </w:rPr>
        <w:t>Қысқы</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кезеңде</w:t>
      </w:r>
      <w:proofErr w:type="spellEnd"/>
      <w:r w:rsidRPr="00137388">
        <w:rPr>
          <w:rFonts w:eastAsia="Times New Roman" w:cs="Times New Roman"/>
          <w:b/>
          <w:bCs/>
          <w:szCs w:val="24"/>
          <w:lang w:val="ru-RU" w:eastAsia="ru-RU"/>
        </w:rPr>
        <w:t>:</w:t>
      </w:r>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түймелі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немесе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сыдырмалы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тоқылған</w:t>
      </w:r>
      <w:proofErr w:type="spellEnd"/>
      <w:r w:rsidRPr="00137388">
        <w:rPr>
          <w:rFonts w:eastAsia="Times New Roman" w:cs="Times New Roman"/>
          <w:szCs w:val="24"/>
          <w:lang w:val="ru-RU" w:eastAsia="ru-RU"/>
        </w:rPr>
        <w:t xml:space="preserve"> кофта/кардиган, </w:t>
      </w:r>
      <w:proofErr w:type="spellStart"/>
      <w:r w:rsidRPr="00137388">
        <w:rPr>
          <w:rFonts w:eastAsia="Times New Roman" w:cs="Times New Roman"/>
          <w:szCs w:val="24"/>
          <w:lang w:val="ru-RU" w:eastAsia="ru-RU"/>
        </w:rPr>
        <w:t>қою</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көк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түсті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тоқылған</w:t>
      </w:r>
      <w:proofErr w:type="spellEnd"/>
      <w:r w:rsidRPr="00137388">
        <w:rPr>
          <w:rFonts w:eastAsia="Times New Roman" w:cs="Times New Roman"/>
          <w:szCs w:val="24"/>
          <w:lang w:val="ru-RU" w:eastAsia="ru-RU"/>
        </w:rPr>
        <w:t xml:space="preserve"> жилет, водолазка, поло </w:t>
      </w:r>
      <w:proofErr w:type="spellStart"/>
      <w:r w:rsidRPr="00137388">
        <w:rPr>
          <w:rFonts w:eastAsia="Times New Roman" w:cs="Times New Roman"/>
          <w:szCs w:val="24"/>
          <w:lang w:val="ru-RU" w:eastAsia="ru-RU"/>
        </w:rPr>
        <w:t>жейдесі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немесе</w:t>
      </w:r>
      <w:proofErr w:type="spellEnd"/>
      <w:r w:rsidRPr="00137388">
        <w:rPr>
          <w:rFonts w:eastAsia="Times New Roman" w:cs="Times New Roman"/>
          <w:szCs w:val="24"/>
          <w:lang w:val="ru-RU" w:eastAsia="ru-RU"/>
        </w:rPr>
        <w:t xml:space="preserve"> тенниска (</w:t>
      </w:r>
      <w:proofErr w:type="spellStart"/>
      <w:r w:rsidRPr="00137388">
        <w:rPr>
          <w:rFonts w:eastAsia="Times New Roman" w:cs="Times New Roman"/>
          <w:szCs w:val="24"/>
          <w:lang w:val="ru-RU" w:eastAsia="ru-RU"/>
        </w:rPr>
        <w:t>көгілдір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көк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түсті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спорттық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емес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аяқ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киім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өкшесі</w:t>
      </w:r>
      <w:proofErr w:type="spellEnd"/>
      <w:r w:rsidRPr="00137388">
        <w:rPr>
          <w:rFonts w:eastAsia="Times New Roman" w:cs="Times New Roman"/>
          <w:szCs w:val="24"/>
          <w:lang w:val="ru-RU" w:eastAsia="ru-RU"/>
        </w:rPr>
        <w:t xml:space="preserve"> 3 см-ден </w:t>
      </w:r>
      <w:proofErr w:type="spellStart"/>
      <w:r w:rsidRPr="00137388">
        <w:rPr>
          <w:rFonts w:eastAsia="Times New Roman" w:cs="Times New Roman"/>
          <w:szCs w:val="24"/>
          <w:lang w:val="ru-RU" w:eastAsia="ru-RU"/>
        </w:rPr>
        <w:t>аспайтын</w:t>
      </w:r>
      <w:proofErr w:type="spellEnd"/>
      <w:r w:rsidRPr="00137388">
        <w:rPr>
          <w:rFonts w:eastAsia="Times New Roman" w:cs="Times New Roman"/>
          <w:szCs w:val="24"/>
          <w:lang w:val="ru-RU" w:eastAsia="ru-RU"/>
        </w:rPr>
        <w:t xml:space="preserve"> туфли.</w:t>
      </w:r>
    </w:p>
    <w:p w14:paraId="3D960E0E" w14:textId="77777777" w:rsidR="00E907E8" w:rsidRPr="00137388" w:rsidRDefault="00E907E8" w:rsidP="00A333AD">
      <w:pPr>
        <w:spacing w:after="0" w:line="240" w:lineRule="auto"/>
        <w:ind w:firstLine="567"/>
        <w:rPr>
          <w:rFonts w:eastAsia="Times New Roman" w:cs="Times New Roman"/>
          <w:szCs w:val="24"/>
          <w:lang w:val="ru-RU" w:eastAsia="ru-RU"/>
        </w:rPr>
      </w:pPr>
      <w:proofErr w:type="spellStart"/>
      <w:r w:rsidRPr="00137388">
        <w:rPr>
          <w:rFonts w:eastAsia="Times New Roman" w:cs="Times New Roman"/>
          <w:b/>
          <w:bCs/>
          <w:szCs w:val="24"/>
          <w:lang w:val="ru-RU" w:eastAsia="ru-RU"/>
        </w:rPr>
        <w:t>Спорттық</w:t>
      </w:r>
      <w:proofErr w:type="spellEnd"/>
      <w:r w:rsidRPr="00137388">
        <w:rPr>
          <w:rFonts w:eastAsia="Times New Roman" w:cs="Times New Roman"/>
          <w:b/>
          <w:bCs/>
          <w:szCs w:val="24"/>
          <w:lang w:val="ru-RU" w:eastAsia="ru-RU"/>
        </w:rPr>
        <w:t xml:space="preserve"> форма (</w:t>
      </w:r>
      <w:proofErr w:type="spellStart"/>
      <w:r w:rsidRPr="00137388">
        <w:rPr>
          <w:rFonts w:eastAsia="Times New Roman" w:cs="Times New Roman"/>
          <w:b/>
          <w:bCs/>
          <w:szCs w:val="24"/>
          <w:lang w:val="ru-RU" w:eastAsia="ru-RU"/>
        </w:rPr>
        <w:t>қою</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көк</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немесе</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қара</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түсті</w:t>
      </w:r>
      <w:proofErr w:type="spellEnd"/>
      <w:r w:rsidRPr="00137388">
        <w:rPr>
          <w:rFonts w:eastAsia="Times New Roman" w:cs="Times New Roman"/>
          <w:b/>
          <w:bCs/>
          <w:szCs w:val="24"/>
          <w:lang w:val="ru-RU" w:eastAsia="ru-RU"/>
        </w:rPr>
        <w:t>):</w:t>
      </w:r>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спорттық</w:t>
      </w:r>
      <w:proofErr w:type="spellEnd"/>
      <w:r w:rsidRPr="00137388">
        <w:rPr>
          <w:rFonts w:eastAsia="Times New Roman" w:cs="Times New Roman"/>
          <w:szCs w:val="24"/>
          <w:lang w:val="ru-RU" w:eastAsia="ru-RU"/>
        </w:rPr>
        <w:t xml:space="preserve"> костюм </w:t>
      </w:r>
      <w:proofErr w:type="spellStart"/>
      <w:r w:rsidRPr="00137388">
        <w:rPr>
          <w:rFonts w:eastAsia="Times New Roman" w:cs="Times New Roman"/>
          <w:szCs w:val="24"/>
          <w:lang w:val="ru-RU" w:eastAsia="ru-RU"/>
        </w:rPr>
        <w:t>немесе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спорттық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шалбар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футболка (</w:t>
      </w:r>
      <w:proofErr w:type="spellStart"/>
      <w:r w:rsidRPr="00137388">
        <w:rPr>
          <w:rFonts w:eastAsia="Times New Roman" w:cs="Times New Roman"/>
          <w:szCs w:val="24"/>
          <w:lang w:val="ru-RU" w:eastAsia="ru-RU"/>
        </w:rPr>
        <w:t>ақ</w:t>
      </w:r>
      <w:proofErr w:type="spellEnd"/>
      <w:r w:rsidRPr="00137388">
        <w:rPr>
          <w:rFonts w:eastAsia="Times New Roman" w:cs="Times New Roman"/>
          <w:szCs w:val="24"/>
          <w:lang w:val="ru-RU" w:eastAsia="ru-RU"/>
        </w:rPr>
        <w:t xml:space="preserve"> футболка — </w:t>
      </w:r>
      <w:proofErr w:type="spellStart"/>
      <w:r w:rsidRPr="00137388">
        <w:rPr>
          <w:rFonts w:eastAsia="Times New Roman" w:cs="Times New Roman"/>
          <w:szCs w:val="24"/>
          <w:lang w:val="ru-RU" w:eastAsia="ru-RU"/>
        </w:rPr>
        <w:t>салтанатты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қою</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көк</w:t>
      </w:r>
      <w:proofErr w:type="spellEnd"/>
      <w:r w:rsidRPr="00137388">
        <w:rPr>
          <w:rFonts w:eastAsia="Times New Roman" w:cs="Times New Roman"/>
          <w:szCs w:val="24"/>
          <w:lang w:val="ru-RU" w:eastAsia="ru-RU"/>
        </w:rPr>
        <w:t xml:space="preserve"> — </w:t>
      </w:r>
      <w:proofErr w:type="spellStart"/>
      <w:r w:rsidRPr="00137388">
        <w:rPr>
          <w:rFonts w:eastAsia="Times New Roman" w:cs="Times New Roman"/>
          <w:szCs w:val="24"/>
          <w:lang w:val="ru-RU" w:eastAsia="ru-RU"/>
        </w:rPr>
        <w:t>күнделікті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спорттық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аяқ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киім</w:t>
      </w:r>
      <w:proofErr w:type="spellEnd"/>
      <w:r w:rsidRPr="00137388">
        <w:rPr>
          <w:rFonts w:eastAsia="Times New Roman" w:cs="Times New Roman"/>
          <w:szCs w:val="24"/>
          <w:lang w:val="ru-RU" w:eastAsia="ru-RU"/>
        </w:rPr>
        <w:t xml:space="preserve"> (кроссовки </w:t>
      </w:r>
      <w:proofErr w:type="spellStart"/>
      <w:r w:rsidRPr="00137388">
        <w:rPr>
          <w:rFonts w:eastAsia="Times New Roman" w:cs="Times New Roman"/>
          <w:szCs w:val="24"/>
          <w:lang w:val="ru-RU" w:eastAsia="ru-RU"/>
        </w:rPr>
        <w:t>немесе</w:t>
      </w:r>
      <w:proofErr w:type="spellEnd"/>
      <w:r w:rsidRPr="00137388">
        <w:rPr>
          <w:rFonts w:eastAsia="Times New Roman" w:cs="Times New Roman"/>
          <w:szCs w:val="24"/>
          <w:lang w:val="ru-RU" w:eastAsia="ru-RU"/>
        </w:rPr>
        <w:t xml:space="preserve"> кеды).</w:t>
      </w:r>
    </w:p>
    <w:p w14:paraId="0A3F5A4E" w14:textId="77777777" w:rsidR="00A333AD" w:rsidRPr="00137388" w:rsidRDefault="00E907E8" w:rsidP="00A333AD">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Бейсболкаларда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футболкаларда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жилеттерде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мектептің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логотипін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ұлттық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символиканы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орналастыруға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жол</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беріледі</w:t>
      </w:r>
      <w:proofErr w:type="spellEnd"/>
      <w:r w:rsidRPr="00137388">
        <w:rPr>
          <w:rFonts w:eastAsia="Times New Roman" w:cs="Times New Roman"/>
          <w:szCs w:val="24"/>
          <w:lang w:val="ru-RU" w:eastAsia="ru-RU"/>
        </w:rPr>
        <w:t>.</w:t>
      </w:r>
    </w:p>
    <w:p w14:paraId="1D33D6CF" w14:textId="77777777" w:rsidR="00A333AD" w:rsidRPr="00137388" w:rsidRDefault="00E907E8" w:rsidP="00A333AD">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формасына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түрлі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конфессиялардың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діни</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қатыстылығын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білдіретін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киім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элементтерін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қосуға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жол</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берілмейді</w:t>
      </w:r>
      <w:proofErr w:type="spellEnd"/>
      <w:r w:rsidRPr="00137388">
        <w:rPr>
          <w:rFonts w:eastAsia="Times New Roman" w:cs="Times New Roman"/>
          <w:szCs w:val="24"/>
          <w:lang w:val="ru-RU" w:eastAsia="ru-RU"/>
        </w:rPr>
        <w:t>.</w:t>
      </w:r>
    </w:p>
    <w:p w14:paraId="5BC5E6CD" w14:textId="77777777" w:rsidR="00A333AD" w:rsidRPr="00137388" w:rsidRDefault="00E907E8" w:rsidP="00A333AD">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lastRenderedPageBreak/>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үй-жайларында</w:t>
      </w:r>
      <w:proofErr w:type="spellEnd"/>
      <w:r w:rsidRPr="00137388">
        <w:rPr>
          <w:rFonts w:eastAsia="Times New Roman" w:cs="Times New Roman"/>
          <w:szCs w:val="24"/>
          <w:lang w:val="ru-RU" w:eastAsia="ru-RU"/>
        </w:rPr>
        <w:t xml:space="preserve"> бас </w:t>
      </w:r>
      <w:proofErr w:type="spellStart"/>
      <w:r w:rsidRPr="00137388">
        <w:rPr>
          <w:rFonts w:eastAsia="Times New Roman" w:cs="Times New Roman"/>
          <w:szCs w:val="24"/>
          <w:lang w:val="ru-RU" w:eastAsia="ru-RU"/>
        </w:rPr>
        <w:t>киім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киіп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жүруге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дененің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ашық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қалуына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жарақаттайтын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фурнитурасы</w:t>
      </w:r>
      <w:proofErr w:type="spellEnd"/>
      <w:r w:rsidRPr="00137388">
        <w:rPr>
          <w:rFonts w:eastAsia="Times New Roman" w:cs="Times New Roman"/>
          <w:szCs w:val="24"/>
          <w:lang w:val="ru-RU" w:eastAsia="ru-RU"/>
        </w:rPr>
        <w:t xml:space="preserve"> бар </w:t>
      </w:r>
      <w:proofErr w:type="spellStart"/>
      <w:r w:rsidRPr="00137388">
        <w:rPr>
          <w:rFonts w:eastAsia="Times New Roman" w:cs="Times New Roman"/>
          <w:szCs w:val="24"/>
          <w:lang w:val="ru-RU" w:eastAsia="ru-RU"/>
        </w:rPr>
        <w:t>киімдер</w:t>
      </w:r>
      <w:proofErr w:type="spellEnd"/>
      <w:r w:rsidRPr="00137388">
        <w:rPr>
          <w:rFonts w:eastAsia="Times New Roman" w:cs="Times New Roman"/>
          <w:szCs w:val="24"/>
          <w:lang w:val="ru-RU" w:eastAsia="ru-RU"/>
        </w:rPr>
        <w:t xml:space="preserve"> мен </w:t>
      </w:r>
      <w:proofErr w:type="spellStart"/>
      <w:r w:rsidRPr="00137388">
        <w:rPr>
          <w:rFonts w:eastAsia="Times New Roman" w:cs="Times New Roman"/>
          <w:szCs w:val="24"/>
          <w:lang w:val="ru-RU" w:eastAsia="ru-RU"/>
        </w:rPr>
        <w:t>аксессуарларды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тағуға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тыйым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салынады</w:t>
      </w:r>
      <w:proofErr w:type="spellEnd"/>
      <w:r w:rsidRPr="00137388">
        <w:rPr>
          <w:rFonts w:eastAsia="Times New Roman" w:cs="Times New Roman"/>
          <w:szCs w:val="24"/>
          <w:lang w:val="ru-RU" w:eastAsia="ru-RU"/>
        </w:rPr>
        <w:t>.</w:t>
      </w:r>
      <w:r w:rsidRPr="00137388">
        <w:rPr>
          <w:rFonts w:eastAsia="Times New Roman" w:cs="Times New Roman"/>
          <w:szCs w:val="24"/>
          <w:lang w:val="ru-RU" w:eastAsia="ru-RU"/>
        </w:rPr>
        <w:br/>
      </w:r>
      <w:proofErr w:type="spellStart"/>
      <w:r w:rsidRPr="00137388">
        <w:rPr>
          <w:rFonts w:eastAsia="Times New Roman" w:cs="Times New Roman"/>
          <w:szCs w:val="24"/>
          <w:lang w:val="ru-RU" w:eastAsia="ru-RU"/>
        </w:rPr>
        <w:t>Мемлекеттік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мекеменің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міндетті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формасы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оқытудың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зайырлы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сипатына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қойылатын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талаптарға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сәйкес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келуі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тиіс</w:t>
      </w:r>
      <w:proofErr w:type="spellEnd"/>
      <w:r w:rsidRPr="00137388">
        <w:rPr>
          <w:rFonts w:eastAsia="Times New Roman" w:cs="Times New Roman"/>
          <w:szCs w:val="24"/>
          <w:lang w:val="ru-RU" w:eastAsia="ru-RU"/>
        </w:rPr>
        <w:t>.</w:t>
      </w:r>
    </w:p>
    <w:p w14:paraId="0C58FE08" w14:textId="77777777" w:rsidR="00A333AD" w:rsidRPr="00137388" w:rsidRDefault="00E907E8" w:rsidP="00A333AD">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Ата-аналар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өзге</w:t>
      </w:r>
      <w:proofErr w:type="spellEnd"/>
      <w:r w:rsidRPr="00137388">
        <w:rPr>
          <w:rFonts w:eastAsia="Times New Roman" w:cs="Times New Roman"/>
          <w:szCs w:val="24"/>
          <w:lang w:val="ru-RU" w:eastAsia="ru-RU"/>
        </w:rPr>
        <w:t xml:space="preserve"> де </w:t>
      </w:r>
      <w:proofErr w:type="spellStart"/>
      <w:r w:rsidRPr="00137388">
        <w:rPr>
          <w:rFonts w:eastAsia="Times New Roman" w:cs="Times New Roman"/>
          <w:szCs w:val="24"/>
          <w:lang w:val="ru-RU" w:eastAsia="ru-RU"/>
        </w:rPr>
        <w:t>заңды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өкілдер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Жарғысына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Орта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беру </w:t>
      </w:r>
      <w:proofErr w:type="spellStart"/>
      <w:r w:rsidRPr="00137388">
        <w:rPr>
          <w:rFonts w:eastAsia="Times New Roman" w:cs="Times New Roman"/>
          <w:szCs w:val="24"/>
          <w:lang w:val="ru-RU" w:eastAsia="ru-RU"/>
        </w:rPr>
        <w:t>ұйымдарының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беру </w:t>
      </w:r>
      <w:proofErr w:type="spellStart"/>
      <w:r w:rsidRPr="00137388">
        <w:rPr>
          <w:rFonts w:eastAsia="Times New Roman" w:cs="Times New Roman"/>
          <w:szCs w:val="24"/>
          <w:lang w:val="ru-RU" w:eastAsia="ru-RU"/>
        </w:rPr>
        <w:t>қызметтерін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көрсетудің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үлгілік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шартына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сәйкес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беру </w:t>
      </w:r>
      <w:proofErr w:type="spellStart"/>
      <w:r w:rsidRPr="00137388">
        <w:rPr>
          <w:rFonts w:eastAsia="Times New Roman" w:cs="Times New Roman"/>
          <w:szCs w:val="24"/>
          <w:lang w:val="ru-RU" w:eastAsia="ru-RU"/>
        </w:rPr>
        <w:t>ұйымында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белгіленген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киім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формасын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сақтауға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міндетті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форманы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жұмыс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істеп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тұрған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сауда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желісі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арқылы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немесе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отандық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өндірушіден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сатып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алады</w:t>
      </w:r>
      <w:proofErr w:type="spellEnd"/>
      <w:r w:rsidRPr="00137388">
        <w:rPr>
          <w:rFonts w:eastAsia="Times New Roman" w:cs="Times New Roman"/>
          <w:szCs w:val="24"/>
          <w:lang w:val="ru-RU" w:eastAsia="ru-RU"/>
        </w:rPr>
        <w:t>.</w:t>
      </w:r>
    </w:p>
    <w:p w14:paraId="40A5F8E4" w14:textId="3421B63C" w:rsidR="00E907E8" w:rsidRPr="00137388" w:rsidRDefault="00E907E8" w:rsidP="00A333AD">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алушылардың</w:t>
      </w:r>
      <w:proofErr w:type="spellEnd"/>
      <w:r w:rsidRPr="00137388">
        <w:rPr>
          <w:rFonts w:eastAsia="Times New Roman" w:cs="Times New Roman"/>
          <w:szCs w:val="24"/>
          <w:lang w:val="ru-RU" w:eastAsia="ru-RU"/>
        </w:rPr>
        <w:t xml:space="preserve"> сырт </w:t>
      </w:r>
      <w:proofErr w:type="spellStart"/>
      <w:r w:rsidRPr="00137388">
        <w:rPr>
          <w:rFonts w:eastAsia="Times New Roman" w:cs="Times New Roman"/>
          <w:szCs w:val="24"/>
          <w:lang w:val="ru-RU" w:eastAsia="ru-RU"/>
        </w:rPr>
        <w:t>келбеті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ұқыпты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белгіленген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тәртіппен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бекітілген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міндетті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формасының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талаптарына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сәйкес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болуы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тиіс</w:t>
      </w:r>
      <w:proofErr w:type="spellEnd"/>
      <w:r w:rsidRPr="00137388">
        <w:rPr>
          <w:rFonts w:eastAsia="Times New Roman" w:cs="Times New Roman"/>
          <w:szCs w:val="24"/>
          <w:lang w:val="ru-RU" w:eastAsia="ru-RU"/>
        </w:rPr>
        <w:t xml:space="preserve">. Сырт </w:t>
      </w:r>
      <w:proofErr w:type="spellStart"/>
      <w:r w:rsidRPr="00137388">
        <w:rPr>
          <w:rFonts w:eastAsia="Times New Roman" w:cs="Times New Roman"/>
          <w:szCs w:val="24"/>
          <w:lang w:val="ru-RU" w:eastAsia="ru-RU"/>
        </w:rPr>
        <w:t>келбетке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қойылатын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талаптар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алушының</w:t>
      </w:r>
      <w:proofErr w:type="spellEnd"/>
      <w:r w:rsidRPr="00137388">
        <w:rPr>
          <w:rFonts w:eastAsia="Times New Roman" w:cs="Times New Roman"/>
          <w:szCs w:val="24"/>
          <w:lang w:val="ru-RU" w:eastAsia="ru-RU"/>
        </w:rPr>
        <w:t xml:space="preserve"> ар-</w:t>
      </w:r>
      <w:proofErr w:type="spellStart"/>
      <w:r w:rsidRPr="00137388">
        <w:rPr>
          <w:rFonts w:eastAsia="Times New Roman" w:cs="Times New Roman"/>
          <w:szCs w:val="24"/>
          <w:lang w:val="ru-RU" w:eastAsia="ru-RU"/>
        </w:rPr>
        <w:t>намысы</w:t>
      </w:r>
      <w:proofErr w:type="spellEnd"/>
      <w:r w:rsidRPr="00137388">
        <w:rPr>
          <w:rFonts w:eastAsia="Times New Roman" w:cs="Times New Roman"/>
          <w:szCs w:val="24"/>
          <w:lang w:val="ru-RU" w:eastAsia="ru-RU"/>
        </w:rPr>
        <w:t xml:space="preserve"> мен </w:t>
      </w:r>
      <w:proofErr w:type="spellStart"/>
      <w:r w:rsidRPr="00137388">
        <w:rPr>
          <w:rFonts w:eastAsia="Times New Roman" w:cs="Times New Roman"/>
          <w:szCs w:val="24"/>
          <w:lang w:val="ru-RU" w:eastAsia="ru-RU"/>
        </w:rPr>
        <w:t>қадір-қасиетін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кемсітетіндей</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тәсілдермен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қолданылмауы</w:t>
      </w:r>
      <w:proofErr w:type="spellEnd"/>
      <w:r w:rsidRPr="00137388">
        <w:rPr>
          <w:rFonts w:eastAsia="Times New Roman" w:cs="Times New Roman"/>
          <w:szCs w:val="24"/>
          <w:lang w:val="ru-RU" w:eastAsia="ru-RU"/>
        </w:rPr>
        <w:t xml:space="preserve"> керек.</w:t>
      </w:r>
    </w:p>
    <w:p w14:paraId="3E5CE4E5" w14:textId="77777777" w:rsidR="00A333AD" w:rsidRPr="00137388" w:rsidRDefault="00E907E8" w:rsidP="00A333AD">
      <w:pPr>
        <w:spacing w:after="0" w:line="240" w:lineRule="auto"/>
        <w:rPr>
          <w:rFonts w:eastAsia="Times New Roman" w:cs="Times New Roman"/>
          <w:szCs w:val="24"/>
          <w:lang w:val="ru-RU" w:eastAsia="ru-RU"/>
        </w:rPr>
      </w:pPr>
      <w:r w:rsidRPr="00137388">
        <w:rPr>
          <w:rFonts w:eastAsia="Times New Roman" w:cs="Times New Roman"/>
          <w:b/>
          <w:bCs/>
          <w:szCs w:val="24"/>
          <w:lang w:val="ru-RU" w:eastAsia="ru-RU"/>
        </w:rPr>
        <w:t xml:space="preserve">7.2. </w:t>
      </w:r>
      <w:proofErr w:type="spellStart"/>
      <w:r w:rsidRPr="00137388">
        <w:rPr>
          <w:rFonts w:eastAsia="Times New Roman" w:cs="Times New Roman"/>
          <w:b/>
          <w:bCs/>
          <w:szCs w:val="24"/>
          <w:lang w:val="ru-RU" w:eastAsia="ru-RU"/>
        </w:rPr>
        <w:t>Білім</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алушылар</w:t>
      </w:r>
      <w:proofErr w:type="spellEnd"/>
      <w:r w:rsidRPr="00137388">
        <w:rPr>
          <w:rFonts w:eastAsia="Times New Roman" w:cs="Times New Roman"/>
          <w:b/>
          <w:bCs/>
          <w:szCs w:val="24"/>
          <w:lang w:val="ru-RU" w:eastAsia="ru-RU"/>
        </w:rPr>
        <w:t xml:space="preserve"> мен </w:t>
      </w:r>
      <w:proofErr w:type="spellStart"/>
      <w:r w:rsidRPr="00137388">
        <w:rPr>
          <w:rFonts w:eastAsia="Times New Roman" w:cs="Times New Roman"/>
          <w:b/>
          <w:bCs/>
          <w:szCs w:val="24"/>
          <w:lang w:val="ru-RU" w:eastAsia="ru-RU"/>
        </w:rPr>
        <w:t>тәрбиеленушілердің</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демалысын</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ұйымдастыру</w:t>
      </w:r>
      <w:proofErr w:type="spellEnd"/>
    </w:p>
    <w:p w14:paraId="47BF035B" w14:textId="294104AB" w:rsidR="00E907E8" w:rsidRPr="00137388" w:rsidRDefault="00E907E8" w:rsidP="00A333AD">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алушылардың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күні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ішіндегі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демалысы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үзілістер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кезінде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Мектептің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жұмыс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режимінде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көзделген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өзге</w:t>
      </w:r>
      <w:proofErr w:type="spellEnd"/>
      <w:r w:rsidRPr="00137388">
        <w:rPr>
          <w:rFonts w:eastAsia="Times New Roman" w:cs="Times New Roman"/>
          <w:szCs w:val="24"/>
          <w:lang w:val="ru-RU" w:eastAsia="ru-RU"/>
        </w:rPr>
        <w:t xml:space="preserve"> де </w:t>
      </w:r>
      <w:proofErr w:type="spellStart"/>
      <w:r w:rsidRPr="00137388">
        <w:rPr>
          <w:rFonts w:eastAsia="Times New Roman" w:cs="Times New Roman"/>
          <w:szCs w:val="24"/>
          <w:lang w:val="ru-RU" w:eastAsia="ru-RU"/>
        </w:rPr>
        <w:t>кезеңдерде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ұйымдастырылады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Үзіліс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уақыты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демалу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тамақтану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келесі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сабаққа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дайындалу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қауіпсіз</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қозғалыс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белсенділігі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үшін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пайдаланылады</w:t>
      </w:r>
      <w:proofErr w:type="spellEnd"/>
      <w:r w:rsidRPr="00137388">
        <w:rPr>
          <w:rFonts w:eastAsia="Times New Roman" w:cs="Times New Roman"/>
          <w:szCs w:val="24"/>
          <w:lang w:val="ru-RU" w:eastAsia="ru-RU"/>
        </w:rPr>
        <w:t>.</w:t>
      </w:r>
    </w:p>
    <w:p w14:paraId="05F084D7" w14:textId="77777777" w:rsidR="00E907E8" w:rsidRPr="00137388" w:rsidRDefault="00E907E8" w:rsidP="00E907E8">
      <w:pPr>
        <w:spacing w:after="0" w:line="240" w:lineRule="auto"/>
        <w:rPr>
          <w:rFonts w:eastAsia="Times New Roman" w:cs="Times New Roman"/>
          <w:szCs w:val="24"/>
          <w:lang w:val="ru-RU" w:eastAsia="ru-RU"/>
        </w:rPr>
      </w:pPr>
      <w:r w:rsidRPr="00137388">
        <w:rPr>
          <w:rFonts w:eastAsia="Times New Roman" w:cs="Times New Roman"/>
          <w:b/>
          <w:bCs/>
          <w:szCs w:val="24"/>
          <w:lang w:val="ru-RU" w:eastAsia="ru-RU"/>
        </w:rPr>
        <w:t xml:space="preserve">7.3. </w:t>
      </w:r>
      <w:proofErr w:type="spellStart"/>
      <w:r w:rsidRPr="00137388">
        <w:rPr>
          <w:rFonts w:eastAsia="Times New Roman" w:cs="Times New Roman"/>
          <w:b/>
          <w:bCs/>
          <w:szCs w:val="24"/>
          <w:lang w:val="ru-RU" w:eastAsia="ru-RU"/>
        </w:rPr>
        <w:t>Оқу-тәрбие</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процесіне</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қатысушылардың</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сабақта</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үзілісте</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сабақтан</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тыс</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іс-шараларда</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экскурсияларда</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асханада</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өзін-өзі</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ұстау</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ережелері</w:t>
      </w:r>
      <w:proofErr w:type="spellEnd"/>
    </w:p>
    <w:p w14:paraId="7724EA38" w14:textId="77777777" w:rsidR="00E907E8" w:rsidRPr="00137388" w:rsidRDefault="00E907E8" w:rsidP="00E907E8">
      <w:pPr>
        <w:spacing w:after="0" w:line="240" w:lineRule="auto"/>
        <w:rPr>
          <w:rFonts w:eastAsia="Times New Roman" w:cs="Times New Roman"/>
          <w:szCs w:val="24"/>
          <w:lang w:val="ru-RU" w:eastAsia="ru-RU"/>
        </w:rPr>
      </w:pPr>
      <w:proofErr w:type="spellStart"/>
      <w:r w:rsidRPr="00137388">
        <w:rPr>
          <w:rFonts w:eastAsia="Times New Roman" w:cs="Times New Roman"/>
          <w:b/>
          <w:bCs/>
          <w:szCs w:val="24"/>
          <w:lang w:val="ru-RU" w:eastAsia="ru-RU"/>
        </w:rPr>
        <w:t>Мектептегі</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мінез-құлық</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ережелері</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Оқушылар</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міндетті</w:t>
      </w:r>
      <w:proofErr w:type="spellEnd"/>
      <w:r w:rsidRPr="00137388">
        <w:rPr>
          <w:rFonts w:eastAsia="Times New Roman" w:cs="Times New Roman"/>
          <w:b/>
          <w:bCs/>
          <w:szCs w:val="24"/>
          <w:lang w:val="ru-RU" w:eastAsia="ru-RU"/>
        </w:rPr>
        <w:t>:</w:t>
      </w:r>
    </w:p>
    <w:p w14:paraId="5E3A566F" w14:textId="77777777" w:rsidR="00E907E8" w:rsidRPr="00137388" w:rsidRDefault="00E907E8" w:rsidP="00A333AD">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қызметкерлерімен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келушілермен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амандасуға</w:t>
      </w:r>
      <w:proofErr w:type="spellEnd"/>
      <w:r w:rsidRPr="00137388">
        <w:rPr>
          <w:rFonts w:eastAsia="Times New Roman" w:cs="Times New Roman"/>
          <w:szCs w:val="24"/>
          <w:lang w:val="ru-RU" w:eastAsia="ru-RU"/>
        </w:rPr>
        <w:t>.</w:t>
      </w:r>
    </w:p>
    <w:p w14:paraId="7F12D655" w14:textId="77777777" w:rsidR="00E907E8" w:rsidRPr="00137388" w:rsidRDefault="00E907E8" w:rsidP="00A333AD">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Үлкендерге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құрмет</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көрсетуге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кішілерге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қамқор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болуға</w:t>
      </w:r>
      <w:proofErr w:type="spellEnd"/>
      <w:r w:rsidRPr="00137388">
        <w:rPr>
          <w:rFonts w:eastAsia="Times New Roman" w:cs="Times New Roman"/>
          <w:szCs w:val="24"/>
          <w:lang w:val="ru-RU" w:eastAsia="ru-RU"/>
        </w:rPr>
        <w:t>.</w:t>
      </w:r>
    </w:p>
    <w:p w14:paraId="10B57E4E" w14:textId="77777777" w:rsidR="00E907E8" w:rsidRPr="00137388" w:rsidRDefault="00E907E8" w:rsidP="00A333AD">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Айналадағылармен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сыпайы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қарым-қатынас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формаларын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сақтауға</w:t>
      </w:r>
      <w:proofErr w:type="spellEnd"/>
      <w:r w:rsidRPr="00137388">
        <w:rPr>
          <w:rFonts w:eastAsia="Times New Roman" w:cs="Times New Roman"/>
          <w:szCs w:val="24"/>
          <w:lang w:val="ru-RU" w:eastAsia="ru-RU"/>
        </w:rPr>
        <w:t>.</w:t>
      </w:r>
    </w:p>
    <w:p w14:paraId="1DBB40E4" w14:textId="77777777" w:rsidR="00E907E8" w:rsidRPr="00137388" w:rsidRDefault="00E907E8" w:rsidP="00E907E8">
      <w:pPr>
        <w:spacing w:after="0" w:line="240" w:lineRule="auto"/>
        <w:rPr>
          <w:rFonts w:eastAsia="Times New Roman" w:cs="Times New Roman"/>
          <w:szCs w:val="24"/>
          <w:lang w:val="ru-RU" w:eastAsia="ru-RU"/>
        </w:rPr>
      </w:pPr>
      <w:proofErr w:type="spellStart"/>
      <w:r w:rsidRPr="00137388">
        <w:rPr>
          <w:rFonts w:eastAsia="Times New Roman" w:cs="Times New Roman"/>
          <w:b/>
          <w:bCs/>
          <w:szCs w:val="24"/>
          <w:lang w:val="ru-RU" w:eastAsia="ru-RU"/>
        </w:rPr>
        <w:t>Оқушылардың</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мектепке</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келу</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ережелері</w:t>
      </w:r>
      <w:proofErr w:type="spellEnd"/>
      <w:r w:rsidRPr="00137388">
        <w:rPr>
          <w:rFonts w:eastAsia="Times New Roman" w:cs="Times New Roman"/>
          <w:b/>
          <w:bCs/>
          <w:szCs w:val="24"/>
          <w:lang w:val="ru-RU" w:eastAsia="ru-RU"/>
        </w:rPr>
        <w:t>:</w:t>
      </w:r>
    </w:p>
    <w:p w14:paraId="33B53A67" w14:textId="77777777" w:rsidR="00E907E8" w:rsidRPr="00137388" w:rsidRDefault="00E907E8" w:rsidP="00A333AD">
      <w:pPr>
        <w:tabs>
          <w:tab w:val="left" w:pos="851"/>
        </w:tabs>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Оқушылардың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беру </w:t>
      </w:r>
      <w:proofErr w:type="spellStart"/>
      <w:r w:rsidRPr="00137388">
        <w:rPr>
          <w:rFonts w:eastAsia="Times New Roman" w:cs="Times New Roman"/>
          <w:szCs w:val="24"/>
          <w:lang w:val="ru-RU" w:eastAsia="ru-RU"/>
        </w:rPr>
        <w:t>бағдарламасында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көзделген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сабақтар</w:t>
      </w:r>
      <w:proofErr w:type="spellEnd"/>
      <w:r w:rsidRPr="00137388">
        <w:rPr>
          <w:rFonts w:eastAsia="Times New Roman" w:cs="Times New Roman"/>
          <w:szCs w:val="24"/>
          <w:lang w:val="ru-RU" w:eastAsia="ru-RU"/>
        </w:rPr>
        <w:t xml:space="preserve"> мен </w:t>
      </w:r>
      <w:proofErr w:type="spellStart"/>
      <w:r w:rsidRPr="00137388">
        <w:rPr>
          <w:rFonts w:eastAsia="Times New Roman" w:cs="Times New Roman"/>
          <w:szCs w:val="24"/>
          <w:lang w:val="ru-RU" w:eastAsia="ru-RU"/>
        </w:rPr>
        <w:t>іс-шараларға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қатысуы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егер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беру </w:t>
      </w:r>
      <w:proofErr w:type="spellStart"/>
      <w:r w:rsidRPr="00137388">
        <w:rPr>
          <w:rFonts w:eastAsia="Times New Roman" w:cs="Times New Roman"/>
          <w:szCs w:val="24"/>
          <w:lang w:val="ru-RU" w:eastAsia="ru-RU"/>
        </w:rPr>
        <w:t>бағдарламасында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мектептің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ішкі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жергілікті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актілерінде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немесе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заңнамада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өзгеше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көзделмесе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міндетті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болып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табылады</w:t>
      </w:r>
      <w:proofErr w:type="spellEnd"/>
      <w:r w:rsidRPr="00137388">
        <w:rPr>
          <w:rFonts w:eastAsia="Times New Roman" w:cs="Times New Roman"/>
          <w:szCs w:val="24"/>
          <w:lang w:val="ru-RU" w:eastAsia="ru-RU"/>
        </w:rPr>
        <w:t>.</w:t>
      </w:r>
    </w:p>
    <w:p w14:paraId="4A8E5783" w14:textId="77777777" w:rsidR="00E907E8" w:rsidRPr="00137388" w:rsidRDefault="00E907E8" w:rsidP="00A333AD">
      <w:pPr>
        <w:tabs>
          <w:tab w:val="left" w:pos="851"/>
        </w:tabs>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Сабақтан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уроқтардан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қалған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жағдайда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сынып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жетекшісі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оқушының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өзінен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ата-анасынан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өкілдерінен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себебін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анықтайды</w:t>
      </w:r>
      <w:proofErr w:type="spellEnd"/>
      <w:r w:rsidRPr="00137388">
        <w:rPr>
          <w:rFonts w:eastAsia="Times New Roman" w:cs="Times New Roman"/>
          <w:szCs w:val="24"/>
          <w:lang w:val="ru-RU" w:eastAsia="ru-RU"/>
        </w:rPr>
        <w:t>.</w:t>
      </w:r>
    </w:p>
    <w:p w14:paraId="51C00B1D" w14:textId="77777777" w:rsidR="00E907E8" w:rsidRPr="00137388" w:rsidRDefault="00E907E8" w:rsidP="00A333AD">
      <w:pPr>
        <w:tabs>
          <w:tab w:val="left" w:pos="851"/>
        </w:tabs>
        <w:spacing w:after="0" w:line="240" w:lineRule="auto"/>
        <w:ind w:firstLine="567"/>
        <w:rPr>
          <w:rFonts w:eastAsia="Times New Roman" w:cs="Times New Roman"/>
          <w:szCs w:val="24"/>
          <w:lang w:val="ru-RU" w:eastAsia="ru-RU"/>
        </w:rPr>
      </w:pPr>
      <w:r w:rsidRPr="00137388">
        <w:rPr>
          <w:rFonts w:eastAsia="Times New Roman" w:cs="Times New Roman"/>
          <w:szCs w:val="24"/>
          <w:lang w:val="ru-RU" w:eastAsia="ru-RU"/>
        </w:rPr>
        <w:t xml:space="preserve">Егер </w:t>
      </w:r>
      <w:proofErr w:type="spellStart"/>
      <w:r w:rsidRPr="00137388">
        <w:rPr>
          <w:rFonts w:eastAsia="Times New Roman" w:cs="Times New Roman"/>
          <w:szCs w:val="24"/>
          <w:lang w:val="ru-RU" w:eastAsia="ru-RU"/>
        </w:rPr>
        <w:t>сабақтар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дәлелді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себепсіз</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жіберіліп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ата-аналары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бұл</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туралы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білмеген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болса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сынып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жетекшісі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немесе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уәкілетті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тұлға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ата-аналарды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өкілдерді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хабардар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етеді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сабаққа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қатысуды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бақылауды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күшейту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бойынша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шаралар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қолданады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сондай-ақ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оқушымен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ата-анасымен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өкілдерімен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қажетті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профилактикалық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іс-шараларды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жүргізеді</w:t>
      </w:r>
      <w:proofErr w:type="spellEnd"/>
      <w:r w:rsidRPr="00137388">
        <w:rPr>
          <w:rFonts w:eastAsia="Times New Roman" w:cs="Times New Roman"/>
          <w:szCs w:val="24"/>
          <w:lang w:val="ru-RU" w:eastAsia="ru-RU"/>
        </w:rPr>
        <w:t>.</w:t>
      </w:r>
    </w:p>
    <w:p w14:paraId="4F773F29" w14:textId="77777777" w:rsidR="00E907E8" w:rsidRPr="00137388" w:rsidRDefault="00E907E8" w:rsidP="00A333AD">
      <w:pPr>
        <w:tabs>
          <w:tab w:val="left" w:pos="851"/>
        </w:tabs>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Оқушылардың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киімі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ауа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райына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сабақтарын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өткізу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орнына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үй-жайдағы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температуралық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режимге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классикалық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стильдің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жалпы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қабылданған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нормаларына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сәйкес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келуі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зайырлы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сипатта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болуы</w:t>
      </w:r>
      <w:proofErr w:type="spellEnd"/>
      <w:r w:rsidRPr="00137388">
        <w:rPr>
          <w:rFonts w:eastAsia="Times New Roman" w:cs="Times New Roman"/>
          <w:szCs w:val="24"/>
          <w:lang w:val="ru-RU" w:eastAsia="ru-RU"/>
        </w:rPr>
        <w:t xml:space="preserve">, таза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ұқыпты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болуы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тиіс</w:t>
      </w:r>
      <w:proofErr w:type="spellEnd"/>
      <w:r w:rsidRPr="00137388">
        <w:rPr>
          <w:rFonts w:eastAsia="Times New Roman" w:cs="Times New Roman"/>
          <w:szCs w:val="24"/>
          <w:lang w:val="ru-RU" w:eastAsia="ru-RU"/>
        </w:rPr>
        <w:t>.</w:t>
      </w:r>
    </w:p>
    <w:p w14:paraId="2CBEE9C1" w14:textId="77777777" w:rsidR="00E907E8" w:rsidRPr="00137388" w:rsidRDefault="00E907E8" w:rsidP="00A333AD">
      <w:pPr>
        <w:tabs>
          <w:tab w:val="left" w:pos="851"/>
        </w:tabs>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Мектепте</w:t>
      </w:r>
      <w:proofErr w:type="spellEnd"/>
      <w:r w:rsidRPr="00137388">
        <w:rPr>
          <w:rFonts w:eastAsia="Times New Roman" w:cs="Times New Roman"/>
          <w:szCs w:val="24"/>
          <w:lang w:val="ru-RU" w:eastAsia="ru-RU"/>
        </w:rPr>
        <w:t xml:space="preserve"> кию </w:t>
      </w:r>
      <w:proofErr w:type="spellStart"/>
      <w:r w:rsidRPr="00137388">
        <w:rPr>
          <w:rFonts w:eastAsia="Times New Roman" w:cs="Times New Roman"/>
          <w:szCs w:val="24"/>
          <w:lang w:val="ru-RU" w:eastAsia="ru-RU"/>
        </w:rPr>
        <w:t>үшін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киім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таңдағанда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оқушылар</w:t>
      </w:r>
      <w:proofErr w:type="spellEnd"/>
      <w:r w:rsidRPr="00137388">
        <w:rPr>
          <w:rFonts w:eastAsia="Times New Roman" w:cs="Times New Roman"/>
          <w:szCs w:val="24"/>
          <w:lang w:val="ru-RU" w:eastAsia="ru-RU"/>
        </w:rPr>
        <w:t xml:space="preserve"> мен </w:t>
      </w:r>
      <w:proofErr w:type="spellStart"/>
      <w:r w:rsidRPr="00137388">
        <w:rPr>
          <w:rFonts w:eastAsia="Times New Roman" w:cs="Times New Roman"/>
          <w:szCs w:val="24"/>
          <w:lang w:val="ru-RU" w:eastAsia="ru-RU"/>
        </w:rPr>
        <w:t>олардың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ата-аналары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өкілдері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белі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төмендетілген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немесе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жоғары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тілігі</w:t>
      </w:r>
      <w:proofErr w:type="spellEnd"/>
      <w:r w:rsidRPr="00137388">
        <w:rPr>
          <w:rFonts w:eastAsia="Times New Roman" w:cs="Times New Roman"/>
          <w:szCs w:val="24"/>
          <w:lang w:val="ru-RU" w:eastAsia="ru-RU"/>
        </w:rPr>
        <w:t xml:space="preserve"> бар (</w:t>
      </w:r>
      <w:proofErr w:type="spellStart"/>
      <w:r w:rsidRPr="00137388">
        <w:rPr>
          <w:rFonts w:eastAsia="Times New Roman" w:cs="Times New Roman"/>
          <w:szCs w:val="24"/>
          <w:lang w:val="ru-RU" w:eastAsia="ru-RU"/>
        </w:rPr>
        <w:t>санның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ортасынан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жоғары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шалбар</w:t>
      </w:r>
      <w:proofErr w:type="spellEnd"/>
      <w:r w:rsidRPr="00137388">
        <w:rPr>
          <w:rFonts w:eastAsia="Times New Roman" w:cs="Times New Roman"/>
          <w:szCs w:val="24"/>
          <w:lang w:val="ru-RU" w:eastAsia="ru-RU"/>
        </w:rPr>
        <w:t xml:space="preserve"> мен юбка </w:t>
      </w:r>
      <w:proofErr w:type="spellStart"/>
      <w:r w:rsidRPr="00137388">
        <w:rPr>
          <w:rFonts w:eastAsia="Times New Roman" w:cs="Times New Roman"/>
          <w:szCs w:val="24"/>
          <w:lang w:val="ru-RU" w:eastAsia="ru-RU"/>
        </w:rPr>
        <w:t>үлгілерін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декольтесі</w:t>
      </w:r>
      <w:proofErr w:type="spellEnd"/>
      <w:r w:rsidRPr="00137388">
        <w:rPr>
          <w:rFonts w:eastAsia="Times New Roman" w:cs="Times New Roman"/>
          <w:szCs w:val="24"/>
          <w:lang w:val="ru-RU" w:eastAsia="ru-RU"/>
        </w:rPr>
        <w:t xml:space="preserve"> бар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мөлдір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көйлектер</w:t>
      </w:r>
      <w:proofErr w:type="spellEnd"/>
      <w:r w:rsidRPr="00137388">
        <w:rPr>
          <w:rFonts w:eastAsia="Times New Roman" w:cs="Times New Roman"/>
          <w:szCs w:val="24"/>
          <w:lang w:val="ru-RU" w:eastAsia="ru-RU"/>
        </w:rPr>
        <w:t xml:space="preserve"> мен </w:t>
      </w:r>
      <w:proofErr w:type="spellStart"/>
      <w:r w:rsidRPr="00137388">
        <w:rPr>
          <w:rFonts w:eastAsia="Times New Roman" w:cs="Times New Roman"/>
          <w:szCs w:val="24"/>
          <w:lang w:val="ru-RU" w:eastAsia="ru-RU"/>
        </w:rPr>
        <w:t>блузкаларды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іш</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киім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стиліндегі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гранж </w:t>
      </w:r>
      <w:proofErr w:type="spellStart"/>
      <w:r w:rsidRPr="00137388">
        <w:rPr>
          <w:rFonts w:eastAsia="Times New Roman" w:cs="Times New Roman"/>
          <w:szCs w:val="24"/>
          <w:lang w:val="ru-RU" w:eastAsia="ru-RU"/>
        </w:rPr>
        <w:t>стиліндегі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киімдерді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қоспауы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тиіс</w:t>
      </w:r>
      <w:proofErr w:type="spellEnd"/>
      <w:r w:rsidRPr="00137388">
        <w:rPr>
          <w:rFonts w:eastAsia="Times New Roman" w:cs="Times New Roman"/>
          <w:szCs w:val="24"/>
          <w:lang w:val="ru-RU" w:eastAsia="ru-RU"/>
        </w:rPr>
        <w:t>.</w:t>
      </w:r>
    </w:p>
    <w:p w14:paraId="7E04ACDA" w14:textId="77777777" w:rsidR="00A333AD" w:rsidRPr="00137388" w:rsidRDefault="00E907E8" w:rsidP="00A333AD">
      <w:pPr>
        <w:tabs>
          <w:tab w:val="left" w:pos="851"/>
        </w:tabs>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Мектепте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оқушының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сабаққа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қажетті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барлық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құрал-жабдықтары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болуы</w:t>
      </w:r>
      <w:proofErr w:type="spellEnd"/>
      <w:r w:rsidRPr="00137388">
        <w:rPr>
          <w:rFonts w:eastAsia="Times New Roman" w:cs="Times New Roman"/>
          <w:szCs w:val="24"/>
          <w:lang w:val="ru-RU" w:eastAsia="ru-RU"/>
        </w:rPr>
        <w:t xml:space="preserve"> керек. </w:t>
      </w:r>
      <w:proofErr w:type="spellStart"/>
      <w:r w:rsidRPr="00137388">
        <w:rPr>
          <w:rFonts w:eastAsia="Times New Roman" w:cs="Times New Roman"/>
          <w:szCs w:val="24"/>
          <w:lang w:val="ru-RU" w:eastAsia="ru-RU"/>
        </w:rPr>
        <w:t>Жекелеген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сабақтар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үшін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арнайы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киім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алжапқыш</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нарукавниктер</w:t>
      </w:r>
      <w:proofErr w:type="spellEnd"/>
      <w:r w:rsidRPr="00137388">
        <w:rPr>
          <w:rFonts w:eastAsia="Times New Roman" w:cs="Times New Roman"/>
          <w:szCs w:val="24"/>
          <w:lang w:val="ru-RU" w:eastAsia="ru-RU"/>
        </w:rPr>
        <w:t xml:space="preserve">, бас </w:t>
      </w:r>
      <w:proofErr w:type="spellStart"/>
      <w:r w:rsidRPr="00137388">
        <w:rPr>
          <w:rFonts w:eastAsia="Times New Roman" w:cs="Times New Roman"/>
          <w:szCs w:val="24"/>
          <w:lang w:val="ru-RU" w:eastAsia="ru-RU"/>
        </w:rPr>
        <w:t>киім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спорттық</w:t>
      </w:r>
      <w:proofErr w:type="spellEnd"/>
      <w:r w:rsidRPr="00137388">
        <w:rPr>
          <w:rFonts w:eastAsia="Times New Roman" w:cs="Times New Roman"/>
          <w:szCs w:val="24"/>
          <w:lang w:val="ru-RU" w:eastAsia="ru-RU"/>
        </w:rPr>
        <w:t xml:space="preserve"> форма) </w:t>
      </w:r>
      <w:proofErr w:type="spellStart"/>
      <w:r w:rsidRPr="00137388">
        <w:rPr>
          <w:rFonts w:eastAsia="Times New Roman" w:cs="Times New Roman"/>
          <w:szCs w:val="24"/>
          <w:lang w:val="ru-RU" w:eastAsia="ru-RU"/>
        </w:rPr>
        <w:t>алып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келу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қажет</w:t>
      </w:r>
      <w:proofErr w:type="spellEnd"/>
      <w:r w:rsidRPr="00137388">
        <w:rPr>
          <w:rFonts w:eastAsia="Times New Roman" w:cs="Times New Roman"/>
          <w:szCs w:val="24"/>
          <w:lang w:val="ru-RU" w:eastAsia="ru-RU"/>
        </w:rPr>
        <w:t>.</w:t>
      </w:r>
    </w:p>
    <w:p w14:paraId="670C06CD" w14:textId="77777777" w:rsidR="00A333AD" w:rsidRPr="00137388" w:rsidRDefault="009A07C4" w:rsidP="00A333AD">
      <w:pPr>
        <w:tabs>
          <w:tab w:val="left" w:pos="851"/>
        </w:tabs>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Оқушылар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мектепке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сабақтарының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басталуына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дейін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алдын</w:t>
      </w:r>
      <w:proofErr w:type="spellEnd"/>
      <w:r w:rsidRPr="00137388">
        <w:rPr>
          <w:rFonts w:eastAsia="Times New Roman" w:cs="Times New Roman"/>
          <w:szCs w:val="24"/>
          <w:lang w:val="ru-RU" w:eastAsia="ru-RU"/>
        </w:rPr>
        <w:t xml:space="preserve"> ала (</w:t>
      </w:r>
      <w:proofErr w:type="spellStart"/>
      <w:r w:rsidRPr="00137388">
        <w:rPr>
          <w:rFonts w:eastAsia="Times New Roman" w:cs="Times New Roman"/>
          <w:szCs w:val="24"/>
          <w:lang w:val="ru-RU" w:eastAsia="ru-RU"/>
        </w:rPr>
        <w:t>ұсынылатын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уақыт</w:t>
      </w:r>
      <w:proofErr w:type="spellEnd"/>
      <w:r w:rsidRPr="00137388">
        <w:rPr>
          <w:rFonts w:eastAsia="Times New Roman" w:cs="Times New Roman"/>
          <w:szCs w:val="24"/>
          <w:lang w:val="ru-RU" w:eastAsia="ru-RU"/>
        </w:rPr>
        <w:t xml:space="preserve"> – 15 минут </w:t>
      </w:r>
      <w:proofErr w:type="spellStart"/>
      <w:r w:rsidRPr="00137388">
        <w:rPr>
          <w:rFonts w:eastAsia="Times New Roman" w:cs="Times New Roman"/>
          <w:szCs w:val="24"/>
          <w:lang w:val="ru-RU" w:eastAsia="ru-RU"/>
        </w:rPr>
        <w:t>бұрын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келуі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тиіс</w:t>
      </w:r>
      <w:proofErr w:type="spellEnd"/>
      <w:r w:rsidRPr="00137388">
        <w:rPr>
          <w:rFonts w:eastAsia="Times New Roman" w:cs="Times New Roman"/>
          <w:szCs w:val="24"/>
          <w:lang w:val="ru-RU" w:eastAsia="ru-RU"/>
        </w:rPr>
        <w:t>.</w:t>
      </w:r>
    </w:p>
    <w:p w14:paraId="1BC6ACE3" w14:textId="77777777" w:rsidR="00A333AD" w:rsidRPr="00137388" w:rsidRDefault="009A07C4" w:rsidP="00A333AD">
      <w:pPr>
        <w:tabs>
          <w:tab w:val="left" w:pos="851"/>
        </w:tabs>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Сабаққа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себепсіз</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кешігуге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жол</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берілмейді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Сабаққа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кешіккен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жағдайда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оқушы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басқа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оқушылардың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үдерісіне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кедергі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келтірмейтіндей</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етіп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сыныпқа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кіреді</w:t>
      </w:r>
      <w:proofErr w:type="spellEnd"/>
      <w:r w:rsidRPr="00137388">
        <w:rPr>
          <w:rFonts w:eastAsia="Times New Roman" w:cs="Times New Roman"/>
          <w:szCs w:val="24"/>
          <w:lang w:val="ru-RU" w:eastAsia="ru-RU"/>
        </w:rPr>
        <w:t>.</w:t>
      </w:r>
    </w:p>
    <w:p w14:paraId="7065B65C" w14:textId="77777777" w:rsidR="00A333AD" w:rsidRPr="00137388" w:rsidRDefault="009A07C4" w:rsidP="00A333AD">
      <w:pPr>
        <w:tabs>
          <w:tab w:val="left" w:pos="851"/>
        </w:tabs>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Сабақ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басталмас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бұрын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оқушылар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үстіңгі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киімдерін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шешіп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гардеробта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киінеді</w:t>
      </w:r>
      <w:proofErr w:type="spellEnd"/>
      <w:r w:rsidRPr="00137388">
        <w:rPr>
          <w:rFonts w:eastAsia="Times New Roman" w:cs="Times New Roman"/>
          <w:szCs w:val="24"/>
          <w:lang w:val="ru-RU" w:eastAsia="ru-RU"/>
        </w:rPr>
        <w:t>.</w:t>
      </w:r>
    </w:p>
    <w:p w14:paraId="2B6E91B2" w14:textId="77777777" w:rsidR="00A333AD" w:rsidRPr="00137388" w:rsidRDefault="009A07C4" w:rsidP="00A333AD">
      <w:pPr>
        <w:tabs>
          <w:tab w:val="left" w:pos="851"/>
        </w:tabs>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Оқушылар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гардеробта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ішінде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үстіңгі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киімде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ақша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құжаттар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құнды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заттар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қалдырмауы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тиіс</w:t>
      </w:r>
      <w:proofErr w:type="spellEnd"/>
      <w:r w:rsidRPr="00137388">
        <w:rPr>
          <w:rFonts w:eastAsia="Times New Roman" w:cs="Times New Roman"/>
          <w:szCs w:val="24"/>
          <w:lang w:val="ru-RU" w:eastAsia="ru-RU"/>
        </w:rPr>
        <w:t>.</w:t>
      </w:r>
    </w:p>
    <w:p w14:paraId="0D2E30C7" w14:textId="0CA8310E" w:rsidR="009A07C4" w:rsidRPr="00137388" w:rsidRDefault="009A07C4" w:rsidP="00A333AD">
      <w:pPr>
        <w:tabs>
          <w:tab w:val="left" w:pos="851"/>
        </w:tabs>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Киінгеннен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кейін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оқушылардың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гардеробта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болуына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тыйым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салынады</w:t>
      </w:r>
      <w:proofErr w:type="spellEnd"/>
      <w:r w:rsidRPr="00137388">
        <w:rPr>
          <w:rFonts w:eastAsia="Times New Roman" w:cs="Times New Roman"/>
          <w:szCs w:val="24"/>
          <w:lang w:val="ru-RU" w:eastAsia="ru-RU"/>
        </w:rPr>
        <w:t>.</w:t>
      </w:r>
    </w:p>
    <w:p w14:paraId="4011EC1A" w14:textId="77777777" w:rsidR="009A07C4" w:rsidRPr="00137388" w:rsidRDefault="009A07C4" w:rsidP="00A333AD">
      <w:pPr>
        <w:spacing w:after="0" w:line="240" w:lineRule="auto"/>
        <w:rPr>
          <w:rFonts w:eastAsia="Times New Roman" w:cs="Times New Roman"/>
          <w:b/>
          <w:bCs/>
          <w:szCs w:val="24"/>
          <w:lang w:val="ru-RU" w:eastAsia="ru-RU"/>
        </w:rPr>
      </w:pPr>
      <w:proofErr w:type="spellStart"/>
      <w:r w:rsidRPr="00137388">
        <w:rPr>
          <w:rFonts w:eastAsia="Times New Roman" w:cs="Times New Roman"/>
          <w:b/>
          <w:bCs/>
          <w:szCs w:val="24"/>
          <w:lang w:val="ru-RU" w:eastAsia="ru-RU"/>
        </w:rPr>
        <w:t>Оқушыларға</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мектепке</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әкелуге</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тыйым</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салынады</w:t>
      </w:r>
      <w:proofErr w:type="spellEnd"/>
      <w:r w:rsidRPr="00137388">
        <w:rPr>
          <w:rFonts w:eastAsia="Times New Roman" w:cs="Times New Roman"/>
          <w:b/>
          <w:bCs/>
          <w:szCs w:val="24"/>
          <w:lang w:val="ru-RU" w:eastAsia="ru-RU"/>
        </w:rPr>
        <w:t>:</w:t>
      </w:r>
    </w:p>
    <w:p w14:paraId="0A9B88ED" w14:textId="77777777" w:rsidR="009A07C4" w:rsidRPr="00137388" w:rsidRDefault="009A07C4" w:rsidP="00A333AD">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Қару-жарақ</w:t>
      </w:r>
      <w:proofErr w:type="spellEnd"/>
      <w:r w:rsidRPr="00137388">
        <w:rPr>
          <w:rFonts w:eastAsia="Times New Roman" w:cs="Times New Roman"/>
          <w:szCs w:val="24"/>
          <w:lang w:val="ru-RU" w:eastAsia="ru-RU"/>
        </w:rPr>
        <w:t>.</w:t>
      </w:r>
    </w:p>
    <w:p w14:paraId="0BE099A8" w14:textId="77777777" w:rsidR="009A07C4" w:rsidRPr="00137388" w:rsidRDefault="009A07C4" w:rsidP="00A333AD">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Қапсыз</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орамасыз</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шаншуға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оңай</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сынуға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жататын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заттар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ішінде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шаңғы</w:t>
      </w:r>
      <w:proofErr w:type="spellEnd"/>
      <w:r w:rsidRPr="00137388">
        <w:rPr>
          <w:rFonts w:eastAsia="Times New Roman" w:cs="Times New Roman"/>
          <w:szCs w:val="24"/>
          <w:lang w:val="ru-RU" w:eastAsia="ru-RU"/>
        </w:rPr>
        <w:t xml:space="preserve"> мен коньки,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беру </w:t>
      </w:r>
      <w:proofErr w:type="spellStart"/>
      <w:r w:rsidRPr="00137388">
        <w:rPr>
          <w:rFonts w:eastAsia="Times New Roman" w:cs="Times New Roman"/>
          <w:szCs w:val="24"/>
          <w:lang w:val="ru-RU" w:eastAsia="ru-RU"/>
        </w:rPr>
        <w:t>үдерісін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ұйымдастыру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үшін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қажетті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өзге</w:t>
      </w:r>
      <w:proofErr w:type="spellEnd"/>
      <w:r w:rsidRPr="00137388">
        <w:rPr>
          <w:rFonts w:eastAsia="Times New Roman" w:cs="Times New Roman"/>
          <w:szCs w:val="24"/>
          <w:lang w:val="ru-RU" w:eastAsia="ru-RU"/>
        </w:rPr>
        <w:t xml:space="preserve"> де </w:t>
      </w:r>
      <w:proofErr w:type="spellStart"/>
      <w:r w:rsidRPr="00137388">
        <w:rPr>
          <w:rFonts w:eastAsia="Times New Roman" w:cs="Times New Roman"/>
          <w:szCs w:val="24"/>
          <w:lang w:val="ru-RU" w:eastAsia="ru-RU"/>
        </w:rPr>
        <w:t>құрал-жабдықтар</w:t>
      </w:r>
      <w:proofErr w:type="spellEnd"/>
      <w:r w:rsidRPr="00137388">
        <w:rPr>
          <w:rFonts w:eastAsia="Times New Roman" w:cs="Times New Roman"/>
          <w:szCs w:val="24"/>
          <w:lang w:val="ru-RU" w:eastAsia="ru-RU"/>
        </w:rPr>
        <w:t>.</w:t>
      </w:r>
    </w:p>
    <w:p w14:paraId="4273864B" w14:textId="77777777" w:rsidR="009A07C4" w:rsidRPr="00137388" w:rsidRDefault="009A07C4" w:rsidP="00A333AD">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Жанғыш</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жарылғыш</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улы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химиялық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заттар</w:t>
      </w:r>
      <w:proofErr w:type="spellEnd"/>
      <w:r w:rsidRPr="00137388">
        <w:rPr>
          <w:rFonts w:eastAsia="Times New Roman" w:cs="Times New Roman"/>
          <w:szCs w:val="24"/>
          <w:lang w:val="ru-RU" w:eastAsia="ru-RU"/>
        </w:rPr>
        <w:t xml:space="preserve"> мен </w:t>
      </w:r>
      <w:proofErr w:type="spellStart"/>
      <w:r w:rsidRPr="00137388">
        <w:rPr>
          <w:rFonts w:eastAsia="Times New Roman" w:cs="Times New Roman"/>
          <w:szCs w:val="24"/>
          <w:lang w:val="ru-RU" w:eastAsia="ru-RU"/>
        </w:rPr>
        <w:t>заттар</w:t>
      </w:r>
      <w:proofErr w:type="spellEnd"/>
      <w:r w:rsidRPr="00137388">
        <w:rPr>
          <w:rFonts w:eastAsia="Times New Roman" w:cs="Times New Roman"/>
          <w:szCs w:val="24"/>
          <w:lang w:val="ru-RU" w:eastAsia="ru-RU"/>
        </w:rPr>
        <w:t>.</w:t>
      </w:r>
    </w:p>
    <w:p w14:paraId="64F3B0ED" w14:textId="77777777" w:rsidR="009A07C4" w:rsidRPr="00137388" w:rsidRDefault="009A07C4" w:rsidP="00A333AD">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lastRenderedPageBreak/>
        <w:t>Темекі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өнімдері</w:t>
      </w:r>
      <w:proofErr w:type="spellEnd"/>
      <w:r w:rsidRPr="00137388">
        <w:rPr>
          <w:rFonts w:eastAsia="Times New Roman" w:cs="Times New Roman"/>
          <w:szCs w:val="24"/>
          <w:lang w:val="ru-RU" w:eastAsia="ru-RU"/>
        </w:rPr>
        <w:t>.</w:t>
      </w:r>
    </w:p>
    <w:p w14:paraId="73D77173" w14:textId="77777777" w:rsidR="009A07C4" w:rsidRPr="00137388" w:rsidRDefault="009A07C4" w:rsidP="00A333AD">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Спирттік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ішімдіктер</w:t>
      </w:r>
      <w:proofErr w:type="spellEnd"/>
      <w:r w:rsidRPr="00137388">
        <w:rPr>
          <w:rFonts w:eastAsia="Times New Roman" w:cs="Times New Roman"/>
          <w:szCs w:val="24"/>
          <w:lang w:val="ru-RU" w:eastAsia="ru-RU"/>
        </w:rPr>
        <w:t>.</w:t>
      </w:r>
    </w:p>
    <w:p w14:paraId="2B28448F" w14:textId="77777777" w:rsidR="009A07C4" w:rsidRPr="00137388" w:rsidRDefault="009A07C4" w:rsidP="00A333AD">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Есірткі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психотроптық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есірткілік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улы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заттар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ҚР-да </w:t>
      </w:r>
      <w:proofErr w:type="spellStart"/>
      <w:r w:rsidRPr="00137388">
        <w:rPr>
          <w:rFonts w:eastAsia="Times New Roman" w:cs="Times New Roman"/>
          <w:szCs w:val="24"/>
          <w:lang w:val="ru-RU" w:eastAsia="ru-RU"/>
        </w:rPr>
        <w:t>айналымына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рұқсат</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етілмейтін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немесе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шектелген</w:t>
      </w:r>
      <w:proofErr w:type="spellEnd"/>
      <w:r w:rsidRPr="00137388">
        <w:rPr>
          <w:rFonts w:eastAsia="Times New Roman" w:cs="Times New Roman"/>
          <w:szCs w:val="24"/>
          <w:lang w:val="ru-RU" w:eastAsia="ru-RU"/>
        </w:rPr>
        <w:t xml:space="preserve"> не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беру </w:t>
      </w:r>
      <w:proofErr w:type="spellStart"/>
      <w:r w:rsidRPr="00137388">
        <w:rPr>
          <w:rFonts w:eastAsia="Times New Roman" w:cs="Times New Roman"/>
          <w:szCs w:val="24"/>
          <w:lang w:val="ru-RU" w:eastAsia="ru-RU"/>
        </w:rPr>
        <w:t>үдерісіне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қатысушылардың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денсаулығына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зиян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келтіруге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қабілетті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өзге</w:t>
      </w:r>
      <w:proofErr w:type="spellEnd"/>
      <w:r w:rsidRPr="00137388">
        <w:rPr>
          <w:rFonts w:eastAsia="Times New Roman" w:cs="Times New Roman"/>
          <w:szCs w:val="24"/>
          <w:lang w:val="ru-RU" w:eastAsia="ru-RU"/>
        </w:rPr>
        <w:t xml:space="preserve"> де </w:t>
      </w:r>
      <w:proofErr w:type="spellStart"/>
      <w:r w:rsidRPr="00137388">
        <w:rPr>
          <w:rFonts w:eastAsia="Times New Roman" w:cs="Times New Roman"/>
          <w:szCs w:val="24"/>
          <w:lang w:val="ru-RU" w:eastAsia="ru-RU"/>
        </w:rPr>
        <w:t>заттар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Дәрі-дәрмектерді</w:t>
      </w:r>
      <w:proofErr w:type="spellEnd"/>
      <w:r w:rsidRPr="00137388">
        <w:rPr>
          <w:rFonts w:eastAsia="Times New Roman" w:cs="Times New Roman"/>
          <w:szCs w:val="24"/>
          <w:lang w:val="ru-RU" w:eastAsia="ru-RU"/>
        </w:rPr>
        <w:t xml:space="preserve"> тек </w:t>
      </w:r>
      <w:proofErr w:type="spellStart"/>
      <w:r w:rsidRPr="00137388">
        <w:rPr>
          <w:rFonts w:eastAsia="Times New Roman" w:cs="Times New Roman"/>
          <w:szCs w:val="24"/>
          <w:lang w:val="ru-RU" w:eastAsia="ru-RU"/>
        </w:rPr>
        <w:t>медициналық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көрсеткіштері</w:t>
      </w:r>
      <w:proofErr w:type="spellEnd"/>
      <w:r w:rsidRPr="00137388">
        <w:rPr>
          <w:rFonts w:eastAsia="Times New Roman" w:cs="Times New Roman"/>
          <w:szCs w:val="24"/>
          <w:lang w:val="ru-RU" w:eastAsia="ru-RU"/>
        </w:rPr>
        <w:t xml:space="preserve"> бар </w:t>
      </w:r>
      <w:proofErr w:type="spellStart"/>
      <w:r w:rsidRPr="00137388">
        <w:rPr>
          <w:rFonts w:eastAsia="Times New Roman" w:cs="Times New Roman"/>
          <w:szCs w:val="24"/>
          <w:lang w:val="ru-RU" w:eastAsia="ru-RU"/>
        </w:rPr>
        <w:t>оқушылар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ғана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өзінде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ұстай</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алады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Оқушылар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немесе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ата-аналары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өкілдері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оқушының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қажетті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дәрі-дәрмектерді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өзінде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ұстауына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негіз</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болатын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медициналық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көрсеткіштер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туралы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әкімшілігін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хабардар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етуі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тиіс</w:t>
      </w:r>
      <w:proofErr w:type="spellEnd"/>
      <w:r w:rsidRPr="00137388">
        <w:rPr>
          <w:rFonts w:eastAsia="Times New Roman" w:cs="Times New Roman"/>
          <w:szCs w:val="24"/>
          <w:lang w:val="ru-RU" w:eastAsia="ru-RU"/>
        </w:rPr>
        <w:t>.</w:t>
      </w:r>
    </w:p>
    <w:p w14:paraId="42DAFE7C" w14:textId="77777777" w:rsidR="009A07C4" w:rsidRPr="00137388" w:rsidRDefault="009A07C4" w:rsidP="00A333AD">
      <w:pPr>
        <w:spacing w:after="0" w:line="240" w:lineRule="auto"/>
        <w:rPr>
          <w:rFonts w:eastAsia="Times New Roman" w:cs="Times New Roman"/>
          <w:b/>
          <w:bCs/>
          <w:szCs w:val="24"/>
          <w:lang w:val="ru-RU" w:eastAsia="ru-RU"/>
        </w:rPr>
      </w:pPr>
      <w:proofErr w:type="spellStart"/>
      <w:r w:rsidRPr="00137388">
        <w:rPr>
          <w:rFonts w:eastAsia="Times New Roman" w:cs="Times New Roman"/>
          <w:b/>
          <w:bCs/>
          <w:szCs w:val="24"/>
          <w:lang w:val="ru-RU" w:eastAsia="ru-RU"/>
        </w:rPr>
        <w:t>Мектеп</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аумағында</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оқушыларға</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тыйым</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салынады</w:t>
      </w:r>
      <w:proofErr w:type="spellEnd"/>
      <w:r w:rsidRPr="00137388">
        <w:rPr>
          <w:rFonts w:eastAsia="Times New Roman" w:cs="Times New Roman"/>
          <w:b/>
          <w:bCs/>
          <w:szCs w:val="24"/>
          <w:lang w:val="ru-RU" w:eastAsia="ru-RU"/>
        </w:rPr>
        <w:t>:</w:t>
      </w:r>
    </w:p>
    <w:p w14:paraId="6661C166" w14:textId="77777777" w:rsidR="009A07C4" w:rsidRPr="00137388" w:rsidRDefault="009A07C4" w:rsidP="00A333AD">
      <w:pPr>
        <w:tabs>
          <w:tab w:val="left" w:pos="851"/>
        </w:tabs>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Жұмыс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уақытынан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тыс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уақытта</w:t>
      </w:r>
      <w:proofErr w:type="spellEnd"/>
      <w:r w:rsidRPr="00137388">
        <w:rPr>
          <w:rFonts w:eastAsia="Times New Roman" w:cs="Times New Roman"/>
          <w:szCs w:val="24"/>
          <w:lang w:val="ru-RU" w:eastAsia="ru-RU"/>
        </w:rPr>
        <w:t xml:space="preserve"> болу.</w:t>
      </w:r>
    </w:p>
    <w:p w14:paraId="4F45448A" w14:textId="77777777" w:rsidR="009A07C4" w:rsidRPr="00137388" w:rsidRDefault="009A07C4" w:rsidP="00A333AD">
      <w:pPr>
        <w:tabs>
          <w:tab w:val="left" w:pos="851"/>
        </w:tabs>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Алкогольді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әлсіз</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алкогольді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сусындарды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сыраны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есірткі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психотроптық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заттарды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олардың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прекурсорлары</w:t>
      </w:r>
      <w:proofErr w:type="spellEnd"/>
      <w:r w:rsidRPr="00137388">
        <w:rPr>
          <w:rFonts w:eastAsia="Times New Roman" w:cs="Times New Roman"/>
          <w:szCs w:val="24"/>
          <w:lang w:val="ru-RU" w:eastAsia="ru-RU"/>
        </w:rPr>
        <w:t xml:space="preserve"> мен </w:t>
      </w:r>
      <w:proofErr w:type="spellStart"/>
      <w:r w:rsidRPr="00137388">
        <w:rPr>
          <w:rFonts w:eastAsia="Times New Roman" w:cs="Times New Roman"/>
          <w:szCs w:val="24"/>
          <w:lang w:val="ru-RU" w:eastAsia="ru-RU"/>
        </w:rPr>
        <w:t>аналогтарын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өзге</w:t>
      </w:r>
      <w:proofErr w:type="spellEnd"/>
      <w:r w:rsidRPr="00137388">
        <w:rPr>
          <w:rFonts w:eastAsia="Times New Roman" w:cs="Times New Roman"/>
          <w:szCs w:val="24"/>
          <w:lang w:val="ru-RU" w:eastAsia="ru-RU"/>
        </w:rPr>
        <w:t xml:space="preserve"> де </w:t>
      </w:r>
      <w:proofErr w:type="spellStart"/>
      <w:r w:rsidRPr="00137388">
        <w:rPr>
          <w:rFonts w:eastAsia="Times New Roman" w:cs="Times New Roman"/>
          <w:szCs w:val="24"/>
          <w:lang w:val="ru-RU" w:eastAsia="ru-RU"/>
        </w:rPr>
        <w:t>есірткілік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заттарды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қолдану</w:t>
      </w:r>
      <w:proofErr w:type="spellEnd"/>
      <w:r w:rsidRPr="00137388">
        <w:rPr>
          <w:rFonts w:eastAsia="Times New Roman" w:cs="Times New Roman"/>
          <w:szCs w:val="24"/>
          <w:lang w:val="ru-RU" w:eastAsia="ru-RU"/>
        </w:rPr>
        <w:t>.</w:t>
      </w:r>
    </w:p>
    <w:p w14:paraId="2F633DD9" w14:textId="77777777" w:rsidR="009A07C4" w:rsidRPr="00137388" w:rsidRDefault="009A07C4" w:rsidP="00A333AD">
      <w:pPr>
        <w:tabs>
          <w:tab w:val="left" w:pos="851"/>
        </w:tabs>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Құмар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ойындар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ойнау</w:t>
      </w:r>
      <w:proofErr w:type="spellEnd"/>
      <w:r w:rsidRPr="00137388">
        <w:rPr>
          <w:rFonts w:eastAsia="Times New Roman" w:cs="Times New Roman"/>
          <w:szCs w:val="24"/>
          <w:lang w:val="ru-RU" w:eastAsia="ru-RU"/>
        </w:rPr>
        <w:t>.</w:t>
      </w:r>
    </w:p>
    <w:p w14:paraId="0D486DE6" w14:textId="77777777" w:rsidR="009A07C4" w:rsidRPr="00137388" w:rsidRDefault="009A07C4" w:rsidP="00A333AD">
      <w:pPr>
        <w:tabs>
          <w:tab w:val="left" w:pos="851"/>
        </w:tabs>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ғимаратында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аумағында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темекі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шегу</w:t>
      </w:r>
      <w:proofErr w:type="spellEnd"/>
      <w:r w:rsidRPr="00137388">
        <w:rPr>
          <w:rFonts w:eastAsia="Times New Roman" w:cs="Times New Roman"/>
          <w:szCs w:val="24"/>
          <w:lang w:val="ru-RU" w:eastAsia="ru-RU"/>
        </w:rPr>
        <w:t>.</w:t>
      </w:r>
    </w:p>
    <w:p w14:paraId="2EACCFA5" w14:textId="77777777" w:rsidR="009A07C4" w:rsidRPr="00137388" w:rsidRDefault="009A07C4" w:rsidP="00A333AD">
      <w:pPr>
        <w:tabs>
          <w:tab w:val="left" w:pos="851"/>
        </w:tabs>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Бейәдеп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сөздер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қолдану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сөгіс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сөйлеу</w:t>
      </w:r>
      <w:proofErr w:type="spellEnd"/>
      <w:r w:rsidRPr="00137388">
        <w:rPr>
          <w:rFonts w:eastAsia="Times New Roman" w:cs="Times New Roman"/>
          <w:szCs w:val="24"/>
          <w:lang w:val="ru-RU" w:eastAsia="ru-RU"/>
        </w:rPr>
        <w:t>).</w:t>
      </w:r>
    </w:p>
    <w:p w14:paraId="36A6C489" w14:textId="77777777" w:rsidR="009A07C4" w:rsidRPr="00137388" w:rsidRDefault="009A07C4" w:rsidP="00A333AD">
      <w:pPr>
        <w:tabs>
          <w:tab w:val="left" w:pos="851"/>
        </w:tabs>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Саяси</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партияларға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діни</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ағымдарға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бейресми</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бірлестіктерге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жанкүйер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клубтарына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тиесілілігін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көрсету</w:t>
      </w:r>
      <w:proofErr w:type="spellEnd"/>
      <w:r w:rsidRPr="00137388">
        <w:rPr>
          <w:rFonts w:eastAsia="Times New Roman" w:cs="Times New Roman"/>
          <w:szCs w:val="24"/>
          <w:lang w:val="ru-RU" w:eastAsia="ru-RU"/>
        </w:rPr>
        <w:t>.</w:t>
      </w:r>
    </w:p>
    <w:p w14:paraId="36CE7C35" w14:textId="77777777" w:rsidR="009A07C4" w:rsidRPr="00137388" w:rsidRDefault="009A07C4" w:rsidP="00A333AD">
      <w:pPr>
        <w:tabs>
          <w:tab w:val="left" w:pos="851"/>
        </w:tabs>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Саяси</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діни</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идеяларды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сондай-ақ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адамның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рухани</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немесе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дене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денсаулығына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зиян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келтіретін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идеяларды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насихаттау</w:t>
      </w:r>
      <w:proofErr w:type="spellEnd"/>
      <w:r w:rsidRPr="00137388">
        <w:rPr>
          <w:rFonts w:eastAsia="Times New Roman" w:cs="Times New Roman"/>
          <w:szCs w:val="24"/>
          <w:lang w:val="ru-RU" w:eastAsia="ru-RU"/>
        </w:rPr>
        <w:t>.</w:t>
      </w:r>
    </w:p>
    <w:p w14:paraId="2A7FDF30" w14:textId="77777777" w:rsidR="009A07C4" w:rsidRPr="00137388" w:rsidRDefault="009A07C4" w:rsidP="00A333AD">
      <w:pPr>
        <w:tabs>
          <w:tab w:val="left" w:pos="851"/>
        </w:tabs>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Үстіңгі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киіммен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немесе</w:t>
      </w:r>
      <w:proofErr w:type="spellEnd"/>
      <w:r w:rsidRPr="00137388">
        <w:rPr>
          <w:rFonts w:eastAsia="Times New Roman" w:cs="Times New Roman"/>
          <w:szCs w:val="24"/>
          <w:lang w:val="ru-RU" w:eastAsia="ru-RU"/>
        </w:rPr>
        <w:t xml:space="preserve">) бас </w:t>
      </w:r>
      <w:proofErr w:type="spellStart"/>
      <w:r w:rsidRPr="00137388">
        <w:rPr>
          <w:rFonts w:eastAsia="Times New Roman" w:cs="Times New Roman"/>
          <w:szCs w:val="24"/>
          <w:lang w:val="ru-RU" w:eastAsia="ru-RU"/>
        </w:rPr>
        <w:t>киіммен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ғимаратта</w:t>
      </w:r>
      <w:proofErr w:type="spellEnd"/>
      <w:r w:rsidRPr="00137388">
        <w:rPr>
          <w:rFonts w:eastAsia="Times New Roman" w:cs="Times New Roman"/>
          <w:szCs w:val="24"/>
          <w:lang w:val="ru-RU" w:eastAsia="ru-RU"/>
        </w:rPr>
        <w:t xml:space="preserve"> болу.</w:t>
      </w:r>
    </w:p>
    <w:p w14:paraId="06A1F76D" w14:textId="77777777" w:rsidR="009A07C4" w:rsidRPr="00137388" w:rsidRDefault="009A07C4" w:rsidP="00A333AD">
      <w:pPr>
        <w:tabs>
          <w:tab w:val="left" w:pos="851"/>
        </w:tabs>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Спорттық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ойындарды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арнайы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бөлінген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орындардан</w:t>
      </w:r>
      <w:proofErr w:type="spellEnd"/>
      <w:r w:rsidRPr="00137388">
        <w:rPr>
          <w:rFonts w:eastAsia="Times New Roman" w:cs="Times New Roman"/>
          <w:szCs w:val="24"/>
          <w:lang w:val="ru-RU" w:eastAsia="ru-RU"/>
        </w:rPr>
        <w:t xml:space="preserve"> (спорт </w:t>
      </w:r>
      <w:proofErr w:type="spellStart"/>
      <w:r w:rsidRPr="00137388">
        <w:rPr>
          <w:rFonts w:eastAsia="Times New Roman" w:cs="Times New Roman"/>
          <w:szCs w:val="24"/>
          <w:lang w:val="ru-RU" w:eastAsia="ru-RU"/>
        </w:rPr>
        <w:t>алаңдарынан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тыс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ойнау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белгіленген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тәртіппен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ұйымдастырылған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жаппай</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спорттық-ойын-сауық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іс-шаралары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өткізілетін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жағдайларды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қоспағанда</w:t>
      </w:r>
      <w:proofErr w:type="spellEnd"/>
      <w:r w:rsidRPr="00137388">
        <w:rPr>
          <w:rFonts w:eastAsia="Times New Roman" w:cs="Times New Roman"/>
          <w:szCs w:val="24"/>
          <w:lang w:val="ru-RU" w:eastAsia="ru-RU"/>
        </w:rPr>
        <w:t>.</w:t>
      </w:r>
    </w:p>
    <w:p w14:paraId="0E9DD2EA" w14:textId="77777777" w:rsidR="009A07C4" w:rsidRPr="00137388" w:rsidRDefault="009A07C4" w:rsidP="00A333AD">
      <w:pPr>
        <w:tabs>
          <w:tab w:val="left" w:pos="851"/>
        </w:tabs>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Мүлікті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бүлдіру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немесе</w:t>
      </w:r>
      <w:proofErr w:type="spellEnd"/>
      <w:r w:rsidRPr="00137388">
        <w:rPr>
          <w:rFonts w:eastAsia="Times New Roman" w:cs="Times New Roman"/>
          <w:szCs w:val="24"/>
          <w:lang w:val="ru-RU" w:eastAsia="ru-RU"/>
        </w:rPr>
        <w:t xml:space="preserve"> оны </w:t>
      </w:r>
      <w:proofErr w:type="spellStart"/>
      <w:r w:rsidRPr="00137388">
        <w:rPr>
          <w:rFonts w:eastAsia="Times New Roman" w:cs="Times New Roman"/>
          <w:szCs w:val="24"/>
          <w:lang w:val="ru-RU" w:eastAsia="ru-RU"/>
        </w:rPr>
        <w:t>мақсатына</w:t>
      </w:r>
      <w:proofErr w:type="spellEnd"/>
      <w:r w:rsidRPr="00137388">
        <w:rPr>
          <w:rFonts w:eastAsia="Times New Roman" w:cs="Times New Roman"/>
          <w:szCs w:val="24"/>
          <w:lang w:val="ru-RU" w:eastAsia="ru-RU"/>
        </w:rPr>
        <w:t xml:space="preserve"> сай </w:t>
      </w:r>
      <w:proofErr w:type="spellStart"/>
      <w:r w:rsidRPr="00137388">
        <w:rPr>
          <w:rFonts w:eastAsia="Times New Roman" w:cs="Times New Roman"/>
          <w:szCs w:val="24"/>
          <w:lang w:val="ru-RU" w:eastAsia="ru-RU"/>
        </w:rPr>
        <w:t>емес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пайдалану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қоқыс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тастау</w:t>
      </w:r>
      <w:proofErr w:type="spellEnd"/>
      <w:r w:rsidRPr="00137388">
        <w:rPr>
          <w:rFonts w:eastAsia="Times New Roman" w:cs="Times New Roman"/>
          <w:szCs w:val="24"/>
          <w:lang w:val="ru-RU" w:eastAsia="ru-RU"/>
        </w:rPr>
        <w:t>.</w:t>
      </w:r>
    </w:p>
    <w:p w14:paraId="57B104F7" w14:textId="77777777" w:rsidR="009A07C4" w:rsidRPr="00137388" w:rsidRDefault="009A07C4" w:rsidP="00A333AD">
      <w:pPr>
        <w:tabs>
          <w:tab w:val="left" w:pos="851"/>
        </w:tabs>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Әкімшіліктің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немесе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материалдық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жауапты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адамдардың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рұқсатынсыз</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жиһазды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жабдықтарды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өзге</w:t>
      </w:r>
      <w:proofErr w:type="spellEnd"/>
      <w:r w:rsidRPr="00137388">
        <w:rPr>
          <w:rFonts w:eastAsia="Times New Roman" w:cs="Times New Roman"/>
          <w:szCs w:val="24"/>
          <w:lang w:val="ru-RU" w:eastAsia="ru-RU"/>
        </w:rPr>
        <w:t xml:space="preserve"> де </w:t>
      </w:r>
      <w:proofErr w:type="spellStart"/>
      <w:r w:rsidRPr="00137388">
        <w:rPr>
          <w:rFonts w:eastAsia="Times New Roman" w:cs="Times New Roman"/>
          <w:szCs w:val="24"/>
          <w:lang w:val="ru-RU" w:eastAsia="ru-RU"/>
        </w:rPr>
        <w:t>мүлікті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бөлмеден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екіншісіне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жылжыту</w:t>
      </w:r>
      <w:proofErr w:type="spellEnd"/>
      <w:r w:rsidRPr="00137388">
        <w:rPr>
          <w:rFonts w:eastAsia="Times New Roman" w:cs="Times New Roman"/>
          <w:szCs w:val="24"/>
          <w:lang w:val="ru-RU" w:eastAsia="ru-RU"/>
        </w:rPr>
        <w:t>.</w:t>
      </w:r>
    </w:p>
    <w:p w14:paraId="3D186D25" w14:textId="77777777" w:rsidR="009A07C4" w:rsidRPr="00137388" w:rsidRDefault="009A07C4" w:rsidP="00A333AD">
      <w:pPr>
        <w:tabs>
          <w:tab w:val="left" w:pos="851"/>
        </w:tabs>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беру </w:t>
      </w:r>
      <w:proofErr w:type="spellStart"/>
      <w:r w:rsidRPr="00137388">
        <w:rPr>
          <w:rFonts w:eastAsia="Times New Roman" w:cs="Times New Roman"/>
          <w:szCs w:val="24"/>
          <w:lang w:val="ru-RU" w:eastAsia="ru-RU"/>
        </w:rPr>
        <w:t>үдерісін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мәдени-демалыс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іс-шараларын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ұйымдастыруға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байланысты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болмаса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ғимаратта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аумақта</w:t>
      </w:r>
      <w:proofErr w:type="spellEnd"/>
      <w:r w:rsidRPr="00137388">
        <w:rPr>
          <w:rFonts w:eastAsia="Times New Roman" w:cs="Times New Roman"/>
          <w:szCs w:val="24"/>
          <w:lang w:val="ru-RU" w:eastAsia="ru-RU"/>
        </w:rPr>
        <w:t xml:space="preserve"> скутер, гироскутер, велосипед, моноколесо, ролик коньки, скейт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басқа</w:t>
      </w:r>
      <w:proofErr w:type="spellEnd"/>
      <w:r w:rsidRPr="00137388">
        <w:rPr>
          <w:rFonts w:eastAsia="Times New Roman" w:cs="Times New Roman"/>
          <w:szCs w:val="24"/>
          <w:lang w:val="ru-RU" w:eastAsia="ru-RU"/>
        </w:rPr>
        <w:t xml:space="preserve"> да </w:t>
      </w:r>
      <w:proofErr w:type="spellStart"/>
      <w:r w:rsidRPr="00137388">
        <w:rPr>
          <w:rFonts w:eastAsia="Times New Roman" w:cs="Times New Roman"/>
          <w:szCs w:val="24"/>
          <w:lang w:val="ru-RU" w:eastAsia="ru-RU"/>
        </w:rPr>
        <w:t>көлік</w:t>
      </w:r>
      <w:proofErr w:type="spellEnd"/>
      <w:r w:rsidRPr="00137388">
        <w:rPr>
          <w:rFonts w:eastAsia="Times New Roman" w:cs="Times New Roman"/>
          <w:szCs w:val="24"/>
          <w:lang w:val="ru-RU" w:eastAsia="ru-RU"/>
        </w:rPr>
        <w:t xml:space="preserve"> пен </w:t>
      </w:r>
      <w:proofErr w:type="spellStart"/>
      <w:r w:rsidRPr="00137388">
        <w:rPr>
          <w:rFonts w:eastAsia="Times New Roman" w:cs="Times New Roman"/>
          <w:szCs w:val="24"/>
          <w:lang w:val="ru-RU" w:eastAsia="ru-RU"/>
        </w:rPr>
        <w:t>спорттық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құралдармен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жүру</w:t>
      </w:r>
      <w:proofErr w:type="spellEnd"/>
      <w:r w:rsidRPr="00137388">
        <w:rPr>
          <w:rFonts w:eastAsia="Times New Roman" w:cs="Times New Roman"/>
          <w:szCs w:val="24"/>
          <w:lang w:val="ru-RU" w:eastAsia="ru-RU"/>
        </w:rPr>
        <w:t>.</w:t>
      </w:r>
    </w:p>
    <w:p w14:paraId="6D1FF01E" w14:textId="77777777" w:rsidR="009A07C4" w:rsidRPr="00137388" w:rsidRDefault="009A07C4" w:rsidP="00A333AD">
      <w:pPr>
        <w:tabs>
          <w:tab w:val="left" w:pos="851"/>
        </w:tabs>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беру </w:t>
      </w:r>
      <w:proofErr w:type="spellStart"/>
      <w:r w:rsidRPr="00137388">
        <w:rPr>
          <w:rFonts w:eastAsia="Times New Roman" w:cs="Times New Roman"/>
          <w:szCs w:val="24"/>
          <w:lang w:val="ru-RU" w:eastAsia="ru-RU"/>
        </w:rPr>
        <w:t>бағдарламасын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іске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асыру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мәдени-жаппай</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немесе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спорттық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іс</w:t>
      </w:r>
      <w:proofErr w:type="spellEnd"/>
      <w:r w:rsidRPr="00137388">
        <w:rPr>
          <w:rFonts w:eastAsia="Times New Roman" w:cs="Times New Roman"/>
          <w:szCs w:val="24"/>
          <w:lang w:val="ru-RU" w:eastAsia="ru-RU"/>
        </w:rPr>
        <w:t xml:space="preserve">-шара </w:t>
      </w:r>
      <w:proofErr w:type="spellStart"/>
      <w:r w:rsidRPr="00137388">
        <w:rPr>
          <w:rFonts w:eastAsia="Times New Roman" w:cs="Times New Roman"/>
          <w:szCs w:val="24"/>
          <w:lang w:val="ru-RU" w:eastAsia="ru-RU"/>
        </w:rPr>
        <w:t>өткізу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үшін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қажет</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болған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жағдайларды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қоспағанда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айқайлау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шулау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музыкалық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аспаптарда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ойнау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дыбыс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шығаратын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аппаратураны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пайдалану</w:t>
      </w:r>
      <w:proofErr w:type="spellEnd"/>
      <w:r w:rsidRPr="00137388">
        <w:rPr>
          <w:rFonts w:eastAsia="Times New Roman" w:cs="Times New Roman"/>
          <w:szCs w:val="24"/>
          <w:lang w:val="ru-RU" w:eastAsia="ru-RU"/>
        </w:rPr>
        <w:t>.</w:t>
      </w:r>
    </w:p>
    <w:p w14:paraId="7D4B9A44" w14:textId="77777777" w:rsidR="009A07C4" w:rsidRPr="00137388" w:rsidRDefault="009A07C4" w:rsidP="00A333AD">
      <w:pPr>
        <w:tabs>
          <w:tab w:val="left" w:pos="851"/>
        </w:tabs>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Даулы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мәселелерді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физикалық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күш</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немесе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психологиялық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зорлық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арқылы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шешу</w:t>
      </w:r>
      <w:proofErr w:type="spellEnd"/>
      <w:r w:rsidRPr="00137388">
        <w:rPr>
          <w:rFonts w:eastAsia="Times New Roman" w:cs="Times New Roman"/>
          <w:szCs w:val="24"/>
          <w:lang w:val="ru-RU" w:eastAsia="ru-RU"/>
        </w:rPr>
        <w:t>.</w:t>
      </w:r>
    </w:p>
    <w:p w14:paraId="586A2E25" w14:textId="77777777" w:rsidR="009A07C4" w:rsidRPr="00137388" w:rsidRDefault="009A07C4" w:rsidP="00A333AD">
      <w:pPr>
        <w:spacing w:after="0" w:line="240" w:lineRule="auto"/>
        <w:rPr>
          <w:rFonts w:eastAsia="Times New Roman" w:cs="Times New Roman"/>
          <w:b/>
          <w:bCs/>
          <w:szCs w:val="24"/>
          <w:lang w:val="ru-RU" w:eastAsia="ru-RU"/>
        </w:rPr>
      </w:pPr>
      <w:proofErr w:type="spellStart"/>
      <w:r w:rsidRPr="00137388">
        <w:rPr>
          <w:rFonts w:eastAsia="Times New Roman" w:cs="Times New Roman"/>
          <w:b/>
          <w:bCs/>
          <w:szCs w:val="24"/>
          <w:lang w:val="ru-RU" w:eastAsia="ru-RU"/>
        </w:rPr>
        <w:t>Оқушыларға</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тыйым</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салынады</w:t>
      </w:r>
      <w:proofErr w:type="spellEnd"/>
      <w:r w:rsidRPr="00137388">
        <w:rPr>
          <w:rFonts w:eastAsia="Times New Roman" w:cs="Times New Roman"/>
          <w:b/>
          <w:bCs/>
          <w:szCs w:val="24"/>
          <w:lang w:val="ru-RU" w:eastAsia="ru-RU"/>
        </w:rPr>
        <w:t>:</w:t>
      </w:r>
    </w:p>
    <w:p w14:paraId="7C791CA0" w14:textId="77777777" w:rsidR="009A07C4" w:rsidRPr="00137388" w:rsidRDefault="009A07C4" w:rsidP="00A333AD">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беру </w:t>
      </w:r>
      <w:proofErr w:type="spellStart"/>
      <w:r w:rsidRPr="00137388">
        <w:rPr>
          <w:rFonts w:eastAsia="Times New Roman" w:cs="Times New Roman"/>
          <w:szCs w:val="24"/>
          <w:lang w:val="ru-RU" w:eastAsia="ru-RU"/>
        </w:rPr>
        <w:t>үдерісі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кезінде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өз</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бетінше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тастап</w:t>
      </w:r>
      <w:proofErr w:type="spellEnd"/>
      <w:r w:rsidRPr="00137388">
        <w:rPr>
          <w:rFonts w:eastAsia="Times New Roman" w:cs="Times New Roman"/>
          <w:szCs w:val="24"/>
          <w:lang w:val="ru-RU" w:eastAsia="ru-RU"/>
        </w:rPr>
        <w:t xml:space="preserve"> кету.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беру </w:t>
      </w:r>
      <w:proofErr w:type="spellStart"/>
      <w:r w:rsidRPr="00137388">
        <w:rPr>
          <w:rFonts w:eastAsia="Times New Roman" w:cs="Times New Roman"/>
          <w:szCs w:val="24"/>
          <w:lang w:val="ru-RU" w:eastAsia="ru-RU"/>
        </w:rPr>
        <w:t>үдерісі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кезінде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мектептен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шығу</w:t>
      </w:r>
      <w:proofErr w:type="spellEnd"/>
      <w:r w:rsidRPr="00137388">
        <w:rPr>
          <w:rFonts w:eastAsia="Times New Roman" w:cs="Times New Roman"/>
          <w:szCs w:val="24"/>
          <w:lang w:val="ru-RU" w:eastAsia="ru-RU"/>
        </w:rPr>
        <w:t xml:space="preserve"> тек </w:t>
      </w:r>
      <w:proofErr w:type="spellStart"/>
      <w:r w:rsidRPr="00137388">
        <w:rPr>
          <w:rFonts w:eastAsia="Times New Roman" w:cs="Times New Roman"/>
          <w:szCs w:val="24"/>
          <w:lang w:val="ru-RU" w:eastAsia="ru-RU"/>
        </w:rPr>
        <w:t>сынып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жетекшісінің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әкімшілігінің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рұқсатымен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ғана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мүмкін</w:t>
      </w:r>
      <w:proofErr w:type="spellEnd"/>
      <w:r w:rsidRPr="00137388">
        <w:rPr>
          <w:rFonts w:eastAsia="Times New Roman" w:cs="Times New Roman"/>
          <w:szCs w:val="24"/>
          <w:lang w:val="ru-RU" w:eastAsia="ru-RU"/>
        </w:rPr>
        <w:t>.</w:t>
      </w:r>
    </w:p>
    <w:p w14:paraId="4D4C2880" w14:textId="77777777" w:rsidR="009A07C4" w:rsidRPr="00137388" w:rsidRDefault="009A07C4" w:rsidP="00A333AD">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Тәртіп</w:t>
      </w:r>
      <w:proofErr w:type="spellEnd"/>
      <w:r w:rsidRPr="00137388">
        <w:rPr>
          <w:rFonts w:eastAsia="Times New Roman" w:cs="Times New Roman"/>
          <w:szCs w:val="24"/>
          <w:lang w:val="ru-RU" w:eastAsia="ru-RU"/>
        </w:rPr>
        <w:t xml:space="preserve"> пен </w:t>
      </w:r>
      <w:proofErr w:type="spellStart"/>
      <w:r w:rsidRPr="00137388">
        <w:rPr>
          <w:rFonts w:eastAsia="Times New Roman" w:cs="Times New Roman"/>
          <w:szCs w:val="24"/>
          <w:lang w:val="ru-RU" w:eastAsia="ru-RU"/>
        </w:rPr>
        <w:t>тәртіпті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мектепте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беру </w:t>
      </w:r>
      <w:proofErr w:type="spellStart"/>
      <w:r w:rsidRPr="00137388">
        <w:rPr>
          <w:rFonts w:eastAsia="Times New Roman" w:cs="Times New Roman"/>
          <w:szCs w:val="24"/>
          <w:lang w:val="ru-RU" w:eastAsia="ru-RU"/>
        </w:rPr>
        <w:t>үдерісіне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қатысушылардың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күшімен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сақталады</w:t>
      </w:r>
      <w:proofErr w:type="spellEnd"/>
      <w:r w:rsidRPr="00137388">
        <w:rPr>
          <w:rFonts w:eastAsia="Times New Roman" w:cs="Times New Roman"/>
          <w:szCs w:val="24"/>
          <w:lang w:val="ru-RU" w:eastAsia="ru-RU"/>
        </w:rPr>
        <w:t>.</w:t>
      </w:r>
    </w:p>
    <w:p w14:paraId="7DBA926F" w14:textId="77777777" w:rsidR="009A07C4" w:rsidRPr="00137388" w:rsidRDefault="009A07C4" w:rsidP="00A333AD">
      <w:pPr>
        <w:spacing w:after="0" w:line="240" w:lineRule="auto"/>
        <w:rPr>
          <w:rFonts w:eastAsia="Times New Roman" w:cs="Times New Roman"/>
          <w:szCs w:val="24"/>
          <w:lang w:val="ru-RU" w:eastAsia="ru-RU"/>
        </w:rPr>
      </w:pPr>
      <w:proofErr w:type="spellStart"/>
      <w:r w:rsidRPr="00137388">
        <w:rPr>
          <w:rFonts w:eastAsia="Times New Roman" w:cs="Times New Roman"/>
          <w:b/>
          <w:bCs/>
          <w:szCs w:val="24"/>
          <w:lang w:val="ru-RU" w:eastAsia="ru-RU"/>
        </w:rPr>
        <w:t>Сабақ</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кезіндегі</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оқушылардың</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мінез-құлық</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ережелері</w:t>
      </w:r>
      <w:proofErr w:type="spellEnd"/>
      <w:r w:rsidRPr="00137388">
        <w:rPr>
          <w:rFonts w:eastAsia="Times New Roman" w:cs="Times New Roman"/>
          <w:b/>
          <w:bCs/>
          <w:szCs w:val="24"/>
          <w:lang w:val="ru-RU" w:eastAsia="ru-RU"/>
        </w:rPr>
        <w:t>.</w:t>
      </w:r>
    </w:p>
    <w:p w14:paraId="7990A7A7" w14:textId="77777777" w:rsidR="009A07C4" w:rsidRPr="00137388" w:rsidRDefault="009A07C4" w:rsidP="00A333AD">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Оқушылар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кабинеттегі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орындарын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сынып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жетекшісінің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немесе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пән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мұғалімінің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нұсқауы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бойынша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алады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ол</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балаларды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орналастыру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кезінде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олардың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дене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психологиялық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ерекшеліктерін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ескереді</w:t>
      </w:r>
      <w:proofErr w:type="spellEnd"/>
      <w:r w:rsidRPr="00137388">
        <w:rPr>
          <w:rFonts w:eastAsia="Times New Roman" w:cs="Times New Roman"/>
          <w:szCs w:val="24"/>
          <w:lang w:val="ru-RU" w:eastAsia="ru-RU"/>
        </w:rPr>
        <w:t>.</w:t>
      </w:r>
    </w:p>
    <w:p w14:paraId="3D7CB145" w14:textId="77777777" w:rsidR="009A07C4" w:rsidRPr="00137388" w:rsidRDefault="009A07C4" w:rsidP="00A333AD">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Сабақ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басталмас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бұрын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оқушылар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өз</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жұмыс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орнын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сыныпта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жұмыс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істеуге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қажеттінің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бәрін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дайындауы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тиіс</w:t>
      </w:r>
      <w:proofErr w:type="spellEnd"/>
      <w:r w:rsidRPr="00137388">
        <w:rPr>
          <w:rFonts w:eastAsia="Times New Roman" w:cs="Times New Roman"/>
          <w:szCs w:val="24"/>
          <w:lang w:val="ru-RU" w:eastAsia="ru-RU"/>
        </w:rPr>
        <w:t>.</w:t>
      </w:r>
    </w:p>
    <w:p w14:paraId="73A98ACA" w14:textId="77777777" w:rsidR="009A07C4" w:rsidRPr="00137388" w:rsidRDefault="009A07C4" w:rsidP="00A333AD">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Мұғалім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сыныпқа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кіргенде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оқушылар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сәлемдесу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белгісі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ретінде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тұрады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мұғалім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сәлемдесуге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жауап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беріп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отыруға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рұқсат</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бергеннен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кейін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ғана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отырады</w:t>
      </w:r>
      <w:proofErr w:type="spellEnd"/>
      <w:r w:rsidRPr="00137388">
        <w:rPr>
          <w:rFonts w:eastAsia="Times New Roman" w:cs="Times New Roman"/>
          <w:szCs w:val="24"/>
          <w:lang w:val="ru-RU" w:eastAsia="ru-RU"/>
        </w:rPr>
        <w:t>.</w:t>
      </w:r>
    </w:p>
    <w:p w14:paraId="4A3E68B5" w14:textId="77777777" w:rsidR="009A07C4" w:rsidRPr="00137388" w:rsidRDefault="009A07C4" w:rsidP="00A333AD">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Сабаққа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кешіккен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жағдайда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оқушылар</w:t>
      </w:r>
      <w:proofErr w:type="spellEnd"/>
      <w:r w:rsidRPr="00137388">
        <w:rPr>
          <w:rFonts w:eastAsia="Times New Roman" w:cs="Times New Roman"/>
          <w:szCs w:val="24"/>
          <w:lang w:val="ru-RU" w:eastAsia="ru-RU"/>
        </w:rPr>
        <w:t xml:space="preserve"> кабинет </w:t>
      </w:r>
      <w:proofErr w:type="spellStart"/>
      <w:r w:rsidRPr="00137388">
        <w:rPr>
          <w:rFonts w:eastAsia="Times New Roman" w:cs="Times New Roman"/>
          <w:szCs w:val="24"/>
          <w:lang w:val="ru-RU" w:eastAsia="ru-RU"/>
        </w:rPr>
        <w:t>есігін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қағып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кіріп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мұғаліммен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сәлемдесіп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кешіккені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үшін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кешірім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сұрап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орынға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отыруға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рұқсат</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сұрауы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тиіс</w:t>
      </w:r>
      <w:proofErr w:type="spellEnd"/>
      <w:r w:rsidRPr="00137388">
        <w:rPr>
          <w:rFonts w:eastAsia="Times New Roman" w:cs="Times New Roman"/>
          <w:szCs w:val="24"/>
          <w:lang w:val="ru-RU" w:eastAsia="ru-RU"/>
        </w:rPr>
        <w:t>.</w:t>
      </w:r>
    </w:p>
    <w:p w14:paraId="5743D55F" w14:textId="77777777" w:rsidR="009A07C4" w:rsidRPr="00137388" w:rsidRDefault="009A07C4" w:rsidP="00A333AD">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Сабақ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уақыты</w:t>
      </w:r>
      <w:proofErr w:type="spellEnd"/>
      <w:r w:rsidRPr="00137388">
        <w:rPr>
          <w:rFonts w:eastAsia="Times New Roman" w:cs="Times New Roman"/>
          <w:szCs w:val="24"/>
          <w:lang w:val="ru-RU" w:eastAsia="ru-RU"/>
        </w:rPr>
        <w:t xml:space="preserve"> тек </w:t>
      </w:r>
      <w:proofErr w:type="spellStart"/>
      <w:r w:rsidRPr="00137388">
        <w:rPr>
          <w:rFonts w:eastAsia="Times New Roman" w:cs="Times New Roman"/>
          <w:szCs w:val="24"/>
          <w:lang w:val="ru-RU" w:eastAsia="ru-RU"/>
        </w:rPr>
        <w:t>оқу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мақсаттарына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ғана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пайдаланылуы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тиіс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Сабақ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кезінде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шулауға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өзінің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назарын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аударуға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басқа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оқушыларды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сабақтан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алаңдатуға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болмайды</w:t>
      </w:r>
      <w:proofErr w:type="spellEnd"/>
      <w:r w:rsidRPr="00137388">
        <w:rPr>
          <w:rFonts w:eastAsia="Times New Roman" w:cs="Times New Roman"/>
          <w:szCs w:val="24"/>
          <w:lang w:val="ru-RU" w:eastAsia="ru-RU"/>
        </w:rPr>
        <w:t>.</w:t>
      </w:r>
    </w:p>
    <w:p w14:paraId="605D93BF" w14:textId="77777777" w:rsidR="009A07C4" w:rsidRPr="00137388" w:rsidRDefault="009A07C4" w:rsidP="00A333AD">
      <w:pPr>
        <w:spacing w:after="0" w:line="240" w:lineRule="auto"/>
        <w:ind w:firstLine="567"/>
        <w:rPr>
          <w:rFonts w:eastAsia="Times New Roman" w:cs="Times New Roman"/>
          <w:szCs w:val="24"/>
          <w:lang w:val="ru-RU" w:eastAsia="ru-RU"/>
        </w:rPr>
      </w:pPr>
      <w:r w:rsidRPr="00137388">
        <w:rPr>
          <w:rFonts w:eastAsia="Times New Roman" w:cs="Times New Roman"/>
          <w:szCs w:val="24"/>
          <w:lang w:val="ru-RU" w:eastAsia="ru-RU"/>
        </w:rPr>
        <w:t xml:space="preserve">Егер </w:t>
      </w:r>
      <w:proofErr w:type="spellStart"/>
      <w:r w:rsidRPr="00137388">
        <w:rPr>
          <w:rFonts w:eastAsia="Times New Roman" w:cs="Times New Roman"/>
          <w:szCs w:val="24"/>
          <w:lang w:val="ru-RU" w:eastAsia="ru-RU"/>
        </w:rPr>
        <w:t>оқушы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сұрақ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қоюы</w:t>
      </w:r>
      <w:proofErr w:type="spellEnd"/>
      <w:r w:rsidRPr="00137388">
        <w:rPr>
          <w:rFonts w:eastAsia="Times New Roman" w:cs="Times New Roman"/>
          <w:szCs w:val="24"/>
          <w:lang w:val="ru-RU" w:eastAsia="ru-RU"/>
        </w:rPr>
        <w:t xml:space="preserve"> керек </w:t>
      </w:r>
      <w:proofErr w:type="spellStart"/>
      <w:r w:rsidRPr="00137388">
        <w:rPr>
          <w:rFonts w:eastAsia="Times New Roman" w:cs="Times New Roman"/>
          <w:szCs w:val="24"/>
          <w:lang w:val="ru-RU" w:eastAsia="ru-RU"/>
        </w:rPr>
        <w:t>болса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немесе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мұғалімнің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сұрағына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жауап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беруге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дайын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болса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ол</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қолын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көтеріп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мұғалімнің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рұқсатынан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кейін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ғана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сұрағын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қояды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мұғалімнің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сұрағына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жауап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береді</w:t>
      </w:r>
      <w:proofErr w:type="spellEnd"/>
      <w:r w:rsidRPr="00137388">
        <w:rPr>
          <w:rFonts w:eastAsia="Times New Roman" w:cs="Times New Roman"/>
          <w:szCs w:val="24"/>
          <w:lang w:val="ru-RU" w:eastAsia="ru-RU"/>
        </w:rPr>
        <w:t>).</w:t>
      </w:r>
    </w:p>
    <w:p w14:paraId="00F9F85B" w14:textId="77777777" w:rsidR="009A07C4" w:rsidRPr="00137388" w:rsidRDefault="009A07C4" w:rsidP="00A333AD">
      <w:pPr>
        <w:spacing w:after="0" w:line="240" w:lineRule="auto"/>
        <w:ind w:firstLine="567"/>
        <w:rPr>
          <w:rFonts w:eastAsia="Times New Roman" w:cs="Times New Roman"/>
          <w:szCs w:val="24"/>
          <w:lang w:val="ru-RU" w:eastAsia="ru-RU"/>
        </w:rPr>
      </w:pPr>
      <w:r w:rsidRPr="00137388">
        <w:rPr>
          <w:rFonts w:eastAsia="Times New Roman" w:cs="Times New Roman"/>
          <w:szCs w:val="24"/>
          <w:lang w:val="ru-RU" w:eastAsia="ru-RU"/>
        </w:rPr>
        <w:t xml:space="preserve">Егер </w:t>
      </w:r>
      <w:proofErr w:type="spellStart"/>
      <w:r w:rsidRPr="00137388">
        <w:rPr>
          <w:rFonts w:eastAsia="Times New Roman" w:cs="Times New Roman"/>
          <w:szCs w:val="24"/>
          <w:lang w:val="ru-RU" w:eastAsia="ru-RU"/>
        </w:rPr>
        <w:t>оқушыға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сыныптан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шығу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қажет</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болса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ол</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мұғалімнен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рұқсат</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сұрауы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тиіс</w:t>
      </w:r>
      <w:proofErr w:type="spellEnd"/>
      <w:r w:rsidRPr="00137388">
        <w:rPr>
          <w:rFonts w:eastAsia="Times New Roman" w:cs="Times New Roman"/>
          <w:szCs w:val="24"/>
          <w:lang w:val="ru-RU" w:eastAsia="ru-RU"/>
        </w:rPr>
        <w:t>.</w:t>
      </w:r>
    </w:p>
    <w:p w14:paraId="10B9791A" w14:textId="77777777" w:rsidR="009A07C4" w:rsidRPr="00137388" w:rsidRDefault="009A07C4" w:rsidP="00A333AD">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Оқушылар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қоңырау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соғылып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мұғалім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сабақтың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аяқталғанын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жариялағаннан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кейін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ғана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тұрып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өз</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жұмыс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орнын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тазалап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тәртіпке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келтіріп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сыныптан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шыға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алады</w:t>
      </w:r>
      <w:proofErr w:type="spellEnd"/>
      <w:r w:rsidRPr="00137388">
        <w:rPr>
          <w:rFonts w:eastAsia="Times New Roman" w:cs="Times New Roman"/>
          <w:szCs w:val="24"/>
          <w:lang w:val="ru-RU" w:eastAsia="ru-RU"/>
        </w:rPr>
        <w:t>.</w:t>
      </w:r>
    </w:p>
    <w:p w14:paraId="36679D35" w14:textId="77777777" w:rsidR="009A07C4" w:rsidRPr="00137388" w:rsidRDefault="009A07C4" w:rsidP="00A333AD">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lastRenderedPageBreak/>
        <w:t>Сабақтар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сабақтар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кезінде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алушылар</w:t>
      </w:r>
      <w:proofErr w:type="spellEnd"/>
      <w:r w:rsidRPr="00137388">
        <w:rPr>
          <w:rFonts w:eastAsia="Times New Roman" w:cs="Times New Roman"/>
          <w:szCs w:val="24"/>
          <w:lang w:val="ru-RU" w:eastAsia="ru-RU"/>
        </w:rPr>
        <w:t xml:space="preserve"> тек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беру </w:t>
      </w:r>
      <w:proofErr w:type="spellStart"/>
      <w:r w:rsidRPr="00137388">
        <w:rPr>
          <w:rFonts w:eastAsia="Times New Roman" w:cs="Times New Roman"/>
          <w:szCs w:val="24"/>
          <w:lang w:val="ru-RU" w:eastAsia="ru-RU"/>
        </w:rPr>
        <w:t>үдерісіне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қажетті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техникалық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құралдар</w:t>
      </w:r>
      <w:proofErr w:type="spellEnd"/>
      <w:r w:rsidRPr="00137388">
        <w:rPr>
          <w:rFonts w:eastAsia="Times New Roman" w:cs="Times New Roman"/>
          <w:szCs w:val="24"/>
          <w:lang w:val="ru-RU" w:eastAsia="ru-RU"/>
        </w:rPr>
        <w:t xml:space="preserve"> мен </w:t>
      </w:r>
      <w:proofErr w:type="spellStart"/>
      <w:r w:rsidRPr="00137388">
        <w:rPr>
          <w:rFonts w:eastAsia="Times New Roman" w:cs="Times New Roman"/>
          <w:szCs w:val="24"/>
          <w:lang w:val="ru-RU" w:eastAsia="ru-RU"/>
        </w:rPr>
        <w:t>оқу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құралдарын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немесе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мұғалім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пайдалануға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рұқсат</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еткен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құралдарды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ғана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пайдалана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алады</w:t>
      </w:r>
      <w:proofErr w:type="spellEnd"/>
      <w:r w:rsidRPr="00137388">
        <w:rPr>
          <w:rFonts w:eastAsia="Times New Roman" w:cs="Times New Roman"/>
          <w:szCs w:val="24"/>
          <w:lang w:val="ru-RU" w:eastAsia="ru-RU"/>
        </w:rPr>
        <w:t>.</w:t>
      </w:r>
    </w:p>
    <w:p w14:paraId="4006D987" w14:textId="77777777" w:rsidR="009A07C4" w:rsidRPr="00137388" w:rsidRDefault="009A07C4" w:rsidP="00A333AD">
      <w:pPr>
        <w:spacing w:after="0" w:line="240" w:lineRule="auto"/>
        <w:ind w:firstLine="567"/>
        <w:rPr>
          <w:rFonts w:eastAsia="Times New Roman" w:cs="Times New Roman"/>
          <w:szCs w:val="24"/>
          <w:lang w:val="ru-RU" w:eastAsia="ru-RU"/>
        </w:rPr>
      </w:pPr>
      <w:r w:rsidRPr="00137388">
        <w:rPr>
          <w:rFonts w:eastAsia="Times New Roman" w:cs="Times New Roman"/>
          <w:szCs w:val="24"/>
          <w:lang w:val="ru-RU" w:eastAsia="ru-RU"/>
        </w:rPr>
        <w:t xml:space="preserve">Егер </w:t>
      </w:r>
      <w:proofErr w:type="spellStart"/>
      <w:r w:rsidRPr="00137388">
        <w:rPr>
          <w:rFonts w:eastAsia="Times New Roman" w:cs="Times New Roman"/>
          <w:szCs w:val="24"/>
          <w:lang w:val="ru-RU" w:eastAsia="ru-RU"/>
        </w:rPr>
        <w:t>сыныпта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ұялы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байланыс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құралдарын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сақтауға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арналған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орын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қарастырылса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оқушылар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педагогтың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нұсқауы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бойынша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өздерінде</w:t>
      </w:r>
      <w:proofErr w:type="spellEnd"/>
      <w:r w:rsidRPr="00137388">
        <w:rPr>
          <w:rFonts w:eastAsia="Times New Roman" w:cs="Times New Roman"/>
          <w:szCs w:val="24"/>
          <w:lang w:val="ru-RU" w:eastAsia="ru-RU"/>
        </w:rPr>
        <w:t xml:space="preserve"> бар </w:t>
      </w:r>
      <w:proofErr w:type="spellStart"/>
      <w:r w:rsidRPr="00137388">
        <w:rPr>
          <w:rFonts w:eastAsia="Times New Roman" w:cs="Times New Roman"/>
          <w:szCs w:val="24"/>
          <w:lang w:val="ru-RU" w:eastAsia="ru-RU"/>
        </w:rPr>
        <w:t>ұялы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байланыс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құралдарын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сол</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жерге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қойып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сабақ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сабақ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аяқталғаннан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кейін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алуы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тиіс</w:t>
      </w:r>
      <w:proofErr w:type="spellEnd"/>
      <w:r w:rsidRPr="00137388">
        <w:rPr>
          <w:rFonts w:eastAsia="Times New Roman" w:cs="Times New Roman"/>
          <w:szCs w:val="24"/>
          <w:lang w:val="ru-RU" w:eastAsia="ru-RU"/>
        </w:rPr>
        <w:t>.</w:t>
      </w:r>
    </w:p>
    <w:p w14:paraId="61D3D4FA" w14:textId="77777777" w:rsidR="009A07C4" w:rsidRPr="00137388" w:rsidRDefault="009A07C4" w:rsidP="00A333AD">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Бастауыш</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жалпы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негізгі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жалпы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орта </w:t>
      </w:r>
      <w:proofErr w:type="spellStart"/>
      <w:r w:rsidRPr="00137388">
        <w:rPr>
          <w:rFonts w:eastAsia="Times New Roman" w:cs="Times New Roman"/>
          <w:szCs w:val="24"/>
          <w:lang w:val="ru-RU" w:eastAsia="ru-RU"/>
        </w:rPr>
        <w:t>жалпы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беру </w:t>
      </w:r>
      <w:proofErr w:type="spellStart"/>
      <w:r w:rsidRPr="00137388">
        <w:rPr>
          <w:rFonts w:eastAsia="Times New Roman" w:cs="Times New Roman"/>
          <w:szCs w:val="24"/>
          <w:lang w:val="ru-RU" w:eastAsia="ru-RU"/>
        </w:rPr>
        <w:t>бағдарламаларын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игеру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кезінде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сабақтарын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өткізу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кезінде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алушылар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ұялы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байланыс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абоненттік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құрылғыларын</w:t>
      </w:r>
      <w:proofErr w:type="spellEnd"/>
      <w:r w:rsidRPr="00137388">
        <w:rPr>
          <w:rFonts w:eastAsia="Times New Roman" w:cs="Times New Roman"/>
          <w:szCs w:val="24"/>
          <w:lang w:val="ru-RU" w:eastAsia="ru-RU"/>
        </w:rPr>
        <w:t xml:space="preserve"> тек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алушылардың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қызметкерлерінің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өміріне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немесе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денсаулығына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қауіп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төнген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жағдайда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сондай-ақ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төтенше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жағдайларда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ғана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пайдалануға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құқылы</w:t>
      </w:r>
      <w:proofErr w:type="spellEnd"/>
      <w:r w:rsidRPr="00137388">
        <w:rPr>
          <w:rFonts w:eastAsia="Times New Roman" w:cs="Times New Roman"/>
          <w:szCs w:val="24"/>
          <w:lang w:val="ru-RU" w:eastAsia="ru-RU"/>
        </w:rPr>
        <w:t>:</w:t>
      </w:r>
    </w:p>
    <w:p w14:paraId="169E58DC" w14:textId="77777777" w:rsidR="009A07C4" w:rsidRPr="00137388" w:rsidRDefault="009A07C4" w:rsidP="00A333AD">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дәрігердің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нұсқауы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бойынша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алушының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денсаулығын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бақылау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қолдау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мақсатында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құжаттық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растаумен</w:t>
      </w:r>
      <w:proofErr w:type="spellEnd"/>
      <w:r w:rsidRPr="00137388">
        <w:rPr>
          <w:rFonts w:eastAsia="Times New Roman" w:cs="Times New Roman"/>
          <w:szCs w:val="24"/>
          <w:lang w:val="ru-RU" w:eastAsia="ru-RU"/>
        </w:rPr>
        <w:t>);</w:t>
      </w:r>
    </w:p>
    <w:p w14:paraId="53C3A1D3" w14:textId="77777777" w:rsidR="009A07C4" w:rsidRPr="00137388" w:rsidRDefault="009A07C4" w:rsidP="00A333AD">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оқушымен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жазатайым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оқиға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болған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немесе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өзін-өзі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күрт</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нашарлатқан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жағдайда</w:t>
      </w:r>
      <w:proofErr w:type="spellEnd"/>
      <w:r w:rsidRPr="00137388">
        <w:rPr>
          <w:rFonts w:eastAsia="Times New Roman" w:cs="Times New Roman"/>
          <w:szCs w:val="24"/>
          <w:lang w:val="ru-RU" w:eastAsia="ru-RU"/>
        </w:rPr>
        <w:t>.</w:t>
      </w:r>
    </w:p>
    <w:p w14:paraId="1323F472" w14:textId="77777777" w:rsidR="009A07C4" w:rsidRPr="00137388" w:rsidRDefault="009A07C4" w:rsidP="00A333AD">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Ұялы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байланыс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абоненттік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құрылғысын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мақсаттарында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пайдалануға</w:t>
      </w:r>
      <w:proofErr w:type="spellEnd"/>
      <w:r w:rsidRPr="00137388">
        <w:rPr>
          <w:rFonts w:eastAsia="Times New Roman" w:cs="Times New Roman"/>
          <w:szCs w:val="24"/>
          <w:lang w:val="ru-RU" w:eastAsia="ru-RU"/>
        </w:rPr>
        <w:t xml:space="preserve"> тек </w:t>
      </w:r>
      <w:proofErr w:type="spellStart"/>
      <w:r w:rsidRPr="00137388">
        <w:rPr>
          <w:rFonts w:eastAsia="Times New Roman" w:cs="Times New Roman"/>
          <w:szCs w:val="24"/>
          <w:lang w:val="ru-RU" w:eastAsia="ru-RU"/>
        </w:rPr>
        <w:t>педагогтың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белгілі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тапсырманы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орындау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үшін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нұсқауы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бойынша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ғана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рұқсат</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етіледі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бұл</w:t>
      </w:r>
      <w:proofErr w:type="spellEnd"/>
      <w:r w:rsidRPr="00137388">
        <w:rPr>
          <w:rFonts w:eastAsia="Times New Roman" w:cs="Times New Roman"/>
          <w:szCs w:val="24"/>
          <w:lang w:val="ru-RU" w:eastAsia="ru-RU"/>
        </w:rPr>
        <w:t xml:space="preserve"> ҚР </w:t>
      </w:r>
      <w:proofErr w:type="spellStart"/>
      <w:r w:rsidRPr="00137388">
        <w:rPr>
          <w:rFonts w:eastAsia="Times New Roman" w:cs="Times New Roman"/>
          <w:szCs w:val="24"/>
          <w:lang w:val="ru-RU" w:eastAsia="ru-RU"/>
        </w:rPr>
        <w:t>Оқу-ағарту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министрінің</w:t>
      </w:r>
      <w:proofErr w:type="spellEnd"/>
      <w:r w:rsidRPr="00137388">
        <w:rPr>
          <w:rFonts w:eastAsia="Times New Roman" w:cs="Times New Roman"/>
          <w:szCs w:val="24"/>
          <w:lang w:val="ru-RU" w:eastAsia="ru-RU"/>
        </w:rPr>
        <w:t xml:space="preserve"> 2026 </w:t>
      </w:r>
      <w:proofErr w:type="spellStart"/>
      <w:r w:rsidRPr="00137388">
        <w:rPr>
          <w:rFonts w:eastAsia="Times New Roman" w:cs="Times New Roman"/>
          <w:szCs w:val="24"/>
          <w:lang w:val="ru-RU" w:eastAsia="ru-RU"/>
        </w:rPr>
        <w:t>жылғы</w:t>
      </w:r>
      <w:proofErr w:type="spellEnd"/>
      <w:r w:rsidRPr="00137388">
        <w:rPr>
          <w:rFonts w:eastAsia="Times New Roman" w:cs="Times New Roman"/>
          <w:szCs w:val="24"/>
          <w:lang w:val="ru-RU" w:eastAsia="ru-RU"/>
        </w:rPr>
        <w:t xml:space="preserve"> 24 </w:t>
      </w:r>
      <w:proofErr w:type="spellStart"/>
      <w:r w:rsidRPr="00137388">
        <w:rPr>
          <w:rFonts w:eastAsia="Times New Roman" w:cs="Times New Roman"/>
          <w:szCs w:val="24"/>
          <w:lang w:val="ru-RU" w:eastAsia="ru-RU"/>
        </w:rPr>
        <w:t>қыркүйектегі</w:t>
      </w:r>
      <w:proofErr w:type="spellEnd"/>
      <w:r w:rsidRPr="00137388">
        <w:rPr>
          <w:rFonts w:eastAsia="Times New Roman" w:cs="Times New Roman"/>
          <w:szCs w:val="24"/>
          <w:lang w:val="ru-RU" w:eastAsia="ru-RU"/>
        </w:rPr>
        <w:t xml:space="preserve"> № 282-НҚ </w:t>
      </w:r>
      <w:proofErr w:type="spellStart"/>
      <w:r w:rsidRPr="00137388">
        <w:rPr>
          <w:rFonts w:eastAsia="Times New Roman" w:cs="Times New Roman"/>
          <w:szCs w:val="24"/>
          <w:lang w:val="ru-RU" w:eastAsia="ru-RU"/>
        </w:rPr>
        <w:t>бұйрығына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сәйкес</w:t>
      </w:r>
      <w:proofErr w:type="spellEnd"/>
      <w:r w:rsidRPr="00137388">
        <w:rPr>
          <w:rFonts w:eastAsia="Times New Roman" w:cs="Times New Roman"/>
          <w:szCs w:val="24"/>
          <w:lang w:val="ru-RU" w:eastAsia="ru-RU"/>
        </w:rPr>
        <w:t>.</w:t>
      </w:r>
    </w:p>
    <w:p w14:paraId="65657641" w14:textId="77777777" w:rsidR="009A07C4" w:rsidRPr="00137388" w:rsidRDefault="009A07C4" w:rsidP="00A333AD">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Мектепте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әкімшіліктің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хабарынсыз</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жасырын</w:t>
      </w:r>
      <w:proofErr w:type="spellEnd"/>
      <w:r w:rsidRPr="00137388">
        <w:rPr>
          <w:rFonts w:eastAsia="Times New Roman" w:cs="Times New Roman"/>
          <w:szCs w:val="24"/>
          <w:lang w:val="ru-RU" w:eastAsia="ru-RU"/>
        </w:rPr>
        <w:t xml:space="preserve"> аудио-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бейнежазба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құралдарын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пайдалануға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тыйым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салынады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мұндай</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жазба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арқылы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құқықтары</w:t>
      </w:r>
      <w:proofErr w:type="spellEnd"/>
      <w:r w:rsidRPr="00137388">
        <w:rPr>
          <w:rFonts w:eastAsia="Times New Roman" w:cs="Times New Roman"/>
          <w:szCs w:val="24"/>
          <w:lang w:val="ru-RU" w:eastAsia="ru-RU"/>
        </w:rPr>
        <w:t xml:space="preserve"> мен </w:t>
      </w:r>
      <w:proofErr w:type="spellStart"/>
      <w:r w:rsidRPr="00137388">
        <w:rPr>
          <w:rFonts w:eastAsia="Times New Roman" w:cs="Times New Roman"/>
          <w:szCs w:val="24"/>
          <w:lang w:val="ru-RU" w:eastAsia="ru-RU"/>
        </w:rPr>
        <w:t>заңды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мүдделері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бұзылуы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мүмкін</w:t>
      </w:r>
      <w:proofErr w:type="spellEnd"/>
      <w:r w:rsidRPr="00137388">
        <w:rPr>
          <w:rFonts w:eastAsia="Times New Roman" w:cs="Times New Roman"/>
          <w:szCs w:val="24"/>
          <w:lang w:val="ru-RU" w:eastAsia="ru-RU"/>
        </w:rPr>
        <w:t>.</w:t>
      </w:r>
    </w:p>
    <w:p w14:paraId="09036F5A" w14:textId="77777777" w:rsidR="00A333AD" w:rsidRPr="00137388" w:rsidRDefault="009A07C4" w:rsidP="00A333AD">
      <w:pPr>
        <w:spacing w:after="0" w:line="240" w:lineRule="auto"/>
        <w:rPr>
          <w:rFonts w:eastAsia="Times New Roman" w:cs="Times New Roman"/>
          <w:szCs w:val="24"/>
          <w:lang w:val="ru-RU" w:eastAsia="ru-RU"/>
        </w:rPr>
      </w:pPr>
      <w:proofErr w:type="spellStart"/>
      <w:r w:rsidRPr="00137388">
        <w:rPr>
          <w:rFonts w:eastAsia="Times New Roman" w:cs="Times New Roman"/>
          <w:b/>
          <w:bCs/>
          <w:szCs w:val="24"/>
          <w:lang w:val="ru-RU" w:eastAsia="ru-RU"/>
        </w:rPr>
        <w:t>Үзіліс</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кезіндегі</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оқушылардың</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мінез-құлық</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ережелері</w:t>
      </w:r>
      <w:proofErr w:type="spellEnd"/>
      <w:r w:rsidRPr="00137388">
        <w:rPr>
          <w:rFonts w:eastAsia="Times New Roman" w:cs="Times New Roman"/>
          <w:b/>
          <w:bCs/>
          <w:szCs w:val="24"/>
          <w:lang w:val="ru-RU" w:eastAsia="ru-RU"/>
        </w:rPr>
        <w:t>.</w:t>
      </w:r>
    </w:p>
    <w:p w14:paraId="55989338" w14:textId="77777777" w:rsidR="00A333AD" w:rsidRPr="00137388" w:rsidRDefault="009A07C4" w:rsidP="00A333AD">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Үзіліске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бөлінген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уақыт</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оқушылардың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демалуына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кесте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бойынша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келесі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сабаққа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дайындалуына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арналған</w:t>
      </w:r>
      <w:proofErr w:type="spellEnd"/>
      <w:r w:rsidRPr="00137388">
        <w:rPr>
          <w:rFonts w:eastAsia="Times New Roman" w:cs="Times New Roman"/>
          <w:szCs w:val="24"/>
          <w:lang w:val="ru-RU" w:eastAsia="ru-RU"/>
        </w:rPr>
        <w:t>.</w:t>
      </w:r>
    </w:p>
    <w:p w14:paraId="1A69A567" w14:textId="447B9F3C" w:rsidR="009A07C4" w:rsidRPr="00137388" w:rsidRDefault="009A07C4" w:rsidP="00852A00">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Оқушылар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сөйлесумен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жеңіл</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дене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жаттығуларымен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айналыса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алады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сергіту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дене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шынықтыру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минуттарын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өткізе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алады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арнайы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бөлінген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орындарда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үстел</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ойындарын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ойнай</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алады</w:t>
      </w:r>
      <w:proofErr w:type="spellEnd"/>
      <w:r w:rsidRPr="00137388">
        <w:rPr>
          <w:rFonts w:eastAsia="Times New Roman" w:cs="Times New Roman"/>
          <w:szCs w:val="24"/>
          <w:lang w:val="ru-RU" w:eastAsia="ru-RU"/>
        </w:rPr>
        <w:t>.</w:t>
      </w:r>
    </w:p>
    <w:p w14:paraId="61FB256D" w14:textId="77777777" w:rsidR="009A07C4" w:rsidRPr="00137388" w:rsidRDefault="009A07C4" w:rsidP="00852A00">
      <w:pPr>
        <w:spacing w:after="0" w:line="240" w:lineRule="auto"/>
        <w:rPr>
          <w:rFonts w:eastAsia="Times New Roman" w:cs="Times New Roman"/>
          <w:b/>
          <w:bCs/>
          <w:szCs w:val="24"/>
          <w:lang w:val="ru-RU" w:eastAsia="ru-RU"/>
        </w:rPr>
      </w:pPr>
      <w:proofErr w:type="spellStart"/>
      <w:r w:rsidRPr="00137388">
        <w:rPr>
          <w:rFonts w:eastAsia="Times New Roman" w:cs="Times New Roman"/>
          <w:b/>
          <w:bCs/>
          <w:szCs w:val="24"/>
          <w:lang w:val="ru-RU" w:eastAsia="ru-RU"/>
        </w:rPr>
        <w:t>Үзіліс</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кезінде</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оқушыларға</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тыйым</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салынады</w:t>
      </w:r>
      <w:proofErr w:type="spellEnd"/>
      <w:r w:rsidRPr="00137388">
        <w:rPr>
          <w:rFonts w:eastAsia="Times New Roman" w:cs="Times New Roman"/>
          <w:b/>
          <w:bCs/>
          <w:szCs w:val="24"/>
          <w:lang w:val="ru-RU" w:eastAsia="ru-RU"/>
        </w:rPr>
        <w:t>:</w:t>
      </w:r>
    </w:p>
    <w:p w14:paraId="7AD7AB99" w14:textId="77777777" w:rsidR="009A07C4" w:rsidRPr="00137388" w:rsidRDefault="009A07C4" w:rsidP="00852A00">
      <w:pPr>
        <w:spacing w:after="0" w:line="240" w:lineRule="auto"/>
        <w:ind w:left="357" w:firstLine="210"/>
        <w:rPr>
          <w:rFonts w:eastAsia="Times New Roman" w:cs="Times New Roman"/>
          <w:szCs w:val="24"/>
          <w:lang w:val="ru-RU" w:eastAsia="ru-RU"/>
        </w:rPr>
      </w:pPr>
      <w:proofErr w:type="spellStart"/>
      <w:r w:rsidRPr="00137388">
        <w:rPr>
          <w:rFonts w:eastAsia="Times New Roman" w:cs="Times New Roman"/>
          <w:szCs w:val="24"/>
          <w:lang w:val="ru-RU" w:eastAsia="ru-RU"/>
        </w:rPr>
        <w:t>Шулау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басқалардың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демалуына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кедергі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келтіру</w:t>
      </w:r>
      <w:proofErr w:type="spellEnd"/>
      <w:r w:rsidRPr="00137388">
        <w:rPr>
          <w:rFonts w:eastAsia="Times New Roman" w:cs="Times New Roman"/>
          <w:szCs w:val="24"/>
          <w:lang w:val="ru-RU" w:eastAsia="ru-RU"/>
        </w:rPr>
        <w:t>.</w:t>
      </w:r>
    </w:p>
    <w:p w14:paraId="3EDF0717" w14:textId="77777777" w:rsidR="009A07C4" w:rsidRPr="00137388" w:rsidRDefault="009A07C4" w:rsidP="00852A00">
      <w:pPr>
        <w:spacing w:after="0" w:line="240" w:lineRule="auto"/>
        <w:ind w:left="357" w:firstLine="210"/>
        <w:rPr>
          <w:rFonts w:eastAsia="Times New Roman" w:cs="Times New Roman"/>
          <w:szCs w:val="24"/>
          <w:lang w:val="ru-RU" w:eastAsia="ru-RU"/>
        </w:rPr>
      </w:pPr>
      <w:proofErr w:type="spellStart"/>
      <w:r w:rsidRPr="00137388">
        <w:rPr>
          <w:rFonts w:eastAsia="Times New Roman" w:cs="Times New Roman"/>
          <w:szCs w:val="24"/>
          <w:lang w:val="ru-RU" w:eastAsia="ru-RU"/>
        </w:rPr>
        <w:t>Дәліздерде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баспалдақтарда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терезе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баспалдақ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ойықтарының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маңында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белсенді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қозғалысқа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арналмаған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басқа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орындарда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жүгіру</w:t>
      </w:r>
      <w:proofErr w:type="spellEnd"/>
      <w:r w:rsidRPr="00137388">
        <w:rPr>
          <w:rFonts w:eastAsia="Times New Roman" w:cs="Times New Roman"/>
          <w:szCs w:val="24"/>
          <w:lang w:val="ru-RU" w:eastAsia="ru-RU"/>
        </w:rPr>
        <w:t>.</w:t>
      </w:r>
    </w:p>
    <w:p w14:paraId="0D1FD699" w14:textId="77777777" w:rsidR="009A07C4" w:rsidRPr="00137388" w:rsidRDefault="009A07C4" w:rsidP="00852A00">
      <w:pPr>
        <w:spacing w:after="0" w:line="240" w:lineRule="auto"/>
        <w:ind w:left="357" w:firstLine="210"/>
        <w:rPr>
          <w:rFonts w:eastAsia="Times New Roman" w:cs="Times New Roman"/>
          <w:szCs w:val="24"/>
          <w:lang w:val="ru-RU" w:eastAsia="ru-RU"/>
        </w:rPr>
      </w:pPr>
      <w:proofErr w:type="spellStart"/>
      <w:r w:rsidRPr="00137388">
        <w:rPr>
          <w:rFonts w:eastAsia="Times New Roman" w:cs="Times New Roman"/>
          <w:szCs w:val="24"/>
          <w:lang w:val="ru-RU" w:eastAsia="ru-RU"/>
        </w:rPr>
        <w:t>Бір-бірін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итеру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заттарды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лақтыру</w:t>
      </w:r>
      <w:proofErr w:type="spellEnd"/>
      <w:r w:rsidRPr="00137388">
        <w:rPr>
          <w:rFonts w:eastAsia="Times New Roman" w:cs="Times New Roman"/>
          <w:szCs w:val="24"/>
          <w:lang w:val="ru-RU" w:eastAsia="ru-RU"/>
        </w:rPr>
        <w:t>.</w:t>
      </w:r>
    </w:p>
    <w:p w14:paraId="19786BE0" w14:textId="77777777" w:rsidR="009A07C4" w:rsidRPr="00137388" w:rsidRDefault="009A07C4" w:rsidP="00852A00">
      <w:pPr>
        <w:spacing w:after="0" w:line="240" w:lineRule="auto"/>
        <w:rPr>
          <w:rFonts w:eastAsia="Times New Roman" w:cs="Times New Roman"/>
          <w:szCs w:val="24"/>
          <w:lang w:val="ru-RU" w:eastAsia="ru-RU"/>
        </w:rPr>
      </w:pPr>
      <w:proofErr w:type="spellStart"/>
      <w:r w:rsidRPr="00137388">
        <w:rPr>
          <w:rFonts w:eastAsia="Times New Roman" w:cs="Times New Roman"/>
          <w:b/>
          <w:bCs/>
          <w:szCs w:val="24"/>
          <w:lang w:val="ru-RU" w:eastAsia="ru-RU"/>
        </w:rPr>
        <w:t>Асханадағы</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оқушылардың</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мінез-құлық</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ережелері</w:t>
      </w:r>
      <w:proofErr w:type="spellEnd"/>
      <w:r w:rsidRPr="00137388">
        <w:rPr>
          <w:rFonts w:eastAsia="Times New Roman" w:cs="Times New Roman"/>
          <w:b/>
          <w:bCs/>
          <w:szCs w:val="24"/>
          <w:lang w:val="ru-RU" w:eastAsia="ru-RU"/>
        </w:rPr>
        <w:t>.</w:t>
      </w:r>
    </w:p>
    <w:p w14:paraId="3BCF1E02" w14:textId="77777777" w:rsidR="009A07C4" w:rsidRPr="00137388" w:rsidRDefault="009A07C4" w:rsidP="00852A00">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Оқушылар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асханада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тірі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кезек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тәртібімен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қызмет</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көрсетіледі</w:t>
      </w:r>
      <w:proofErr w:type="spellEnd"/>
      <w:r w:rsidRPr="00137388">
        <w:rPr>
          <w:rFonts w:eastAsia="Times New Roman" w:cs="Times New Roman"/>
          <w:szCs w:val="24"/>
          <w:lang w:val="ru-RU" w:eastAsia="ru-RU"/>
        </w:rPr>
        <w:t>.</w:t>
      </w:r>
      <w:r w:rsidRPr="00137388">
        <w:rPr>
          <w:rFonts w:eastAsia="Times New Roman" w:cs="Times New Roman"/>
          <w:szCs w:val="24"/>
          <w:lang w:val="ru-RU" w:eastAsia="ru-RU"/>
        </w:rPr>
        <w:br/>
      </w:r>
      <w:proofErr w:type="spellStart"/>
      <w:r w:rsidRPr="00137388">
        <w:rPr>
          <w:rFonts w:eastAsia="Times New Roman" w:cs="Times New Roman"/>
          <w:szCs w:val="24"/>
          <w:lang w:val="ru-RU" w:eastAsia="ru-RU"/>
        </w:rPr>
        <w:t>Оқушылар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асхана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қызметкерлерінің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кезекші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мұғалімнің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асханадағы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кезекшілердің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талаптарын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орындайды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тамақ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өнімдері</w:t>
      </w:r>
      <w:proofErr w:type="spellEnd"/>
      <w:r w:rsidRPr="00137388">
        <w:rPr>
          <w:rFonts w:eastAsia="Times New Roman" w:cs="Times New Roman"/>
          <w:szCs w:val="24"/>
          <w:lang w:val="ru-RU" w:eastAsia="ru-RU"/>
        </w:rPr>
        <w:t xml:space="preserve"> мен </w:t>
      </w:r>
      <w:proofErr w:type="spellStart"/>
      <w:r w:rsidRPr="00137388">
        <w:rPr>
          <w:rFonts w:eastAsia="Times New Roman" w:cs="Times New Roman"/>
          <w:szCs w:val="24"/>
          <w:lang w:val="ru-RU" w:eastAsia="ru-RU"/>
        </w:rPr>
        <w:t>сусындарды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сатып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кезінде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тәртіпті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сақтайды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Ыстық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сұйық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тағамдарды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тұтыну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кезінде</w:t>
      </w:r>
      <w:proofErr w:type="spellEnd"/>
      <w:r w:rsidRPr="00137388">
        <w:rPr>
          <w:rFonts w:eastAsia="Times New Roman" w:cs="Times New Roman"/>
          <w:szCs w:val="24"/>
          <w:lang w:val="ru-RU" w:eastAsia="ru-RU"/>
        </w:rPr>
        <w:t xml:space="preserve"> назар </w:t>
      </w:r>
      <w:proofErr w:type="spellStart"/>
      <w:r w:rsidRPr="00137388">
        <w:rPr>
          <w:rFonts w:eastAsia="Times New Roman" w:cs="Times New Roman"/>
          <w:szCs w:val="24"/>
          <w:lang w:val="ru-RU" w:eastAsia="ru-RU"/>
        </w:rPr>
        <w:t>аударады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сақтық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жасайды</w:t>
      </w:r>
      <w:proofErr w:type="spellEnd"/>
      <w:r w:rsidRPr="00137388">
        <w:rPr>
          <w:rFonts w:eastAsia="Times New Roman" w:cs="Times New Roman"/>
          <w:szCs w:val="24"/>
          <w:lang w:val="ru-RU" w:eastAsia="ru-RU"/>
        </w:rPr>
        <w:t>.</w:t>
      </w:r>
    </w:p>
    <w:p w14:paraId="13BEFDF5" w14:textId="77777777" w:rsidR="009A07C4" w:rsidRPr="00137388" w:rsidRDefault="009A07C4" w:rsidP="00852A00">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Асханада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сатып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алынған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өздерімен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бірге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әкелінген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тамақ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өнімдері</w:t>
      </w:r>
      <w:proofErr w:type="spellEnd"/>
      <w:r w:rsidRPr="00137388">
        <w:rPr>
          <w:rFonts w:eastAsia="Times New Roman" w:cs="Times New Roman"/>
          <w:szCs w:val="24"/>
          <w:lang w:val="ru-RU" w:eastAsia="ru-RU"/>
        </w:rPr>
        <w:t xml:space="preserve"> мен </w:t>
      </w:r>
      <w:proofErr w:type="spellStart"/>
      <w:r w:rsidRPr="00137388">
        <w:rPr>
          <w:rFonts w:eastAsia="Times New Roman" w:cs="Times New Roman"/>
          <w:szCs w:val="24"/>
          <w:lang w:val="ru-RU" w:eastAsia="ru-RU"/>
        </w:rPr>
        <w:t>сусындарды</w:t>
      </w:r>
      <w:proofErr w:type="spellEnd"/>
      <w:r w:rsidRPr="00137388">
        <w:rPr>
          <w:rFonts w:eastAsia="Times New Roman" w:cs="Times New Roman"/>
          <w:szCs w:val="24"/>
          <w:lang w:val="ru-RU" w:eastAsia="ru-RU"/>
        </w:rPr>
        <w:t xml:space="preserve"> тек </w:t>
      </w:r>
      <w:proofErr w:type="spellStart"/>
      <w:r w:rsidRPr="00137388">
        <w:rPr>
          <w:rFonts w:eastAsia="Times New Roman" w:cs="Times New Roman"/>
          <w:szCs w:val="24"/>
          <w:lang w:val="ru-RU" w:eastAsia="ru-RU"/>
        </w:rPr>
        <w:t>асханада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ғана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тұтынуға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рұқсат</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етіледі</w:t>
      </w:r>
      <w:proofErr w:type="spellEnd"/>
      <w:r w:rsidRPr="00137388">
        <w:rPr>
          <w:rFonts w:eastAsia="Times New Roman" w:cs="Times New Roman"/>
          <w:szCs w:val="24"/>
          <w:lang w:val="ru-RU" w:eastAsia="ru-RU"/>
        </w:rPr>
        <w:t>.</w:t>
      </w:r>
      <w:r w:rsidRPr="00137388">
        <w:rPr>
          <w:rFonts w:eastAsia="Times New Roman" w:cs="Times New Roman"/>
          <w:szCs w:val="24"/>
          <w:lang w:val="ru-RU" w:eastAsia="ru-RU"/>
        </w:rPr>
        <w:br/>
      </w:r>
      <w:proofErr w:type="spellStart"/>
      <w:r w:rsidRPr="00137388">
        <w:rPr>
          <w:rFonts w:eastAsia="Times New Roman" w:cs="Times New Roman"/>
          <w:szCs w:val="24"/>
          <w:lang w:val="ru-RU" w:eastAsia="ru-RU"/>
        </w:rPr>
        <w:t>Тамақтанғаннан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кейін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оқушылар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өздерінің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асханалық</w:t>
      </w:r>
      <w:proofErr w:type="spellEnd"/>
      <w:r w:rsidRPr="00137388">
        <w:rPr>
          <w:rFonts w:eastAsia="Times New Roman" w:cs="Times New Roman"/>
          <w:szCs w:val="24"/>
          <w:lang w:val="ru-RU" w:eastAsia="ru-RU"/>
        </w:rPr>
        <w:t xml:space="preserve"> керек-</w:t>
      </w:r>
      <w:proofErr w:type="spellStart"/>
      <w:r w:rsidRPr="00137388">
        <w:rPr>
          <w:rFonts w:eastAsia="Times New Roman" w:cs="Times New Roman"/>
          <w:szCs w:val="24"/>
          <w:lang w:val="ru-RU" w:eastAsia="ru-RU"/>
        </w:rPr>
        <w:t>жарақтары</w:t>
      </w:r>
      <w:proofErr w:type="spellEnd"/>
      <w:r w:rsidRPr="00137388">
        <w:rPr>
          <w:rFonts w:eastAsia="Times New Roman" w:cs="Times New Roman"/>
          <w:szCs w:val="24"/>
          <w:lang w:val="ru-RU" w:eastAsia="ru-RU"/>
        </w:rPr>
        <w:t xml:space="preserve"> мен </w:t>
      </w:r>
      <w:proofErr w:type="spellStart"/>
      <w:r w:rsidRPr="00137388">
        <w:rPr>
          <w:rFonts w:eastAsia="Times New Roman" w:cs="Times New Roman"/>
          <w:szCs w:val="24"/>
          <w:lang w:val="ru-RU" w:eastAsia="ru-RU"/>
        </w:rPr>
        <w:t>ыдыс-аяқтарын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жинайды</w:t>
      </w:r>
      <w:proofErr w:type="spellEnd"/>
      <w:r w:rsidRPr="00137388">
        <w:rPr>
          <w:rFonts w:eastAsia="Times New Roman" w:cs="Times New Roman"/>
          <w:szCs w:val="24"/>
          <w:lang w:val="ru-RU" w:eastAsia="ru-RU"/>
        </w:rPr>
        <w:t>.</w:t>
      </w:r>
    </w:p>
    <w:p w14:paraId="21216192" w14:textId="77777777" w:rsidR="009A07C4" w:rsidRPr="00137388" w:rsidRDefault="009A07C4" w:rsidP="00946843">
      <w:pPr>
        <w:spacing w:after="0" w:line="240" w:lineRule="auto"/>
        <w:rPr>
          <w:rFonts w:eastAsia="Times New Roman" w:cs="Times New Roman"/>
          <w:szCs w:val="24"/>
          <w:lang w:val="ru-RU" w:eastAsia="ru-RU"/>
        </w:rPr>
      </w:pPr>
      <w:proofErr w:type="spellStart"/>
      <w:r w:rsidRPr="00137388">
        <w:rPr>
          <w:rFonts w:eastAsia="Times New Roman" w:cs="Times New Roman"/>
          <w:b/>
          <w:bCs/>
          <w:szCs w:val="24"/>
          <w:lang w:val="ru-RU" w:eastAsia="ru-RU"/>
        </w:rPr>
        <w:t>Сабақтан</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тыс</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іс-шаралар</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кезіндегі</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оқушылардың</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мінез-құлық</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ережелері</w:t>
      </w:r>
      <w:proofErr w:type="spellEnd"/>
      <w:r w:rsidRPr="00137388">
        <w:rPr>
          <w:rFonts w:eastAsia="Times New Roman" w:cs="Times New Roman"/>
          <w:b/>
          <w:bCs/>
          <w:szCs w:val="24"/>
          <w:lang w:val="ru-RU" w:eastAsia="ru-RU"/>
        </w:rPr>
        <w:t>.</w:t>
      </w:r>
    </w:p>
    <w:p w14:paraId="18A8CF0B" w14:textId="77777777" w:rsidR="009A07C4" w:rsidRPr="00137388" w:rsidRDefault="009A07C4" w:rsidP="00946843">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Қауіптілігі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жоғары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іс-шараларды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өткізер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алдында</w:t>
      </w:r>
      <w:proofErr w:type="spellEnd"/>
      <w:r w:rsidRPr="00137388">
        <w:rPr>
          <w:rFonts w:eastAsia="Times New Roman" w:cs="Times New Roman"/>
          <w:szCs w:val="24"/>
          <w:lang w:val="ru-RU" w:eastAsia="ru-RU"/>
        </w:rPr>
        <w:t xml:space="preserve"> педагог (топ </w:t>
      </w:r>
      <w:proofErr w:type="spellStart"/>
      <w:r w:rsidRPr="00137388">
        <w:rPr>
          <w:rFonts w:eastAsia="Times New Roman" w:cs="Times New Roman"/>
          <w:szCs w:val="24"/>
          <w:lang w:val="ru-RU" w:eastAsia="ru-RU"/>
        </w:rPr>
        <w:t>жетекшісі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оқушыларды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техникалық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қауіпсіздік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бойынша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нұсқаулайды</w:t>
      </w:r>
      <w:proofErr w:type="spellEnd"/>
      <w:r w:rsidRPr="00137388">
        <w:rPr>
          <w:rFonts w:eastAsia="Times New Roman" w:cs="Times New Roman"/>
          <w:szCs w:val="24"/>
          <w:lang w:val="ru-RU" w:eastAsia="ru-RU"/>
        </w:rPr>
        <w:t>.</w:t>
      </w:r>
    </w:p>
    <w:p w14:paraId="1F1BAAE5" w14:textId="77777777" w:rsidR="009A07C4" w:rsidRPr="00137388" w:rsidRDefault="009A07C4" w:rsidP="00946843">
      <w:pPr>
        <w:spacing w:after="0" w:line="240" w:lineRule="auto"/>
        <w:rPr>
          <w:rFonts w:eastAsia="Times New Roman" w:cs="Times New Roman"/>
          <w:b/>
          <w:bCs/>
          <w:szCs w:val="24"/>
          <w:lang w:val="ru-RU" w:eastAsia="ru-RU"/>
        </w:rPr>
      </w:pPr>
      <w:proofErr w:type="spellStart"/>
      <w:r w:rsidRPr="00137388">
        <w:rPr>
          <w:rFonts w:eastAsia="Times New Roman" w:cs="Times New Roman"/>
          <w:b/>
          <w:bCs/>
          <w:szCs w:val="24"/>
          <w:lang w:val="ru-RU" w:eastAsia="ru-RU"/>
        </w:rPr>
        <w:t>Іс</w:t>
      </w:r>
      <w:proofErr w:type="spellEnd"/>
      <w:r w:rsidRPr="00137388">
        <w:rPr>
          <w:rFonts w:eastAsia="Times New Roman" w:cs="Times New Roman"/>
          <w:b/>
          <w:bCs/>
          <w:szCs w:val="24"/>
          <w:lang w:val="ru-RU" w:eastAsia="ru-RU"/>
        </w:rPr>
        <w:t xml:space="preserve">-шара </w:t>
      </w:r>
      <w:proofErr w:type="spellStart"/>
      <w:r w:rsidRPr="00137388">
        <w:rPr>
          <w:rFonts w:eastAsia="Times New Roman" w:cs="Times New Roman"/>
          <w:b/>
          <w:bCs/>
          <w:szCs w:val="24"/>
          <w:lang w:val="ru-RU" w:eastAsia="ru-RU"/>
        </w:rPr>
        <w:t>кезінде</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оқушылар</w:t>
      </w:r>
      <w:proofErr w:type="spellEnd"/>
      <w:r w:rsidRPr="00137388">
        <w:rPr>
          <w:rFonts w:eastAsia="Times New Roman" w:cs="Times New Roman"/>
          <w:b/>
          <w:bCs/>
          <w:szCs w:val="24"/>
          <w:lang w:val="ru-RU" w:eastAsia="ru-RU"/>
        </w:rPr>
        <w:t>:</w:t>
      </w:r>
    </w:p>
    <w:p w14:paraId="0377DB20" w14:textId="77777777" w:rsidR="009A07C4" w:rsidRPr="00137388" w:rsidRDefault="009A07C4" w:rsidP="00946843">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Тәртіпті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сақтауы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педагогтың</w:t>
      </w:r>
      <w:proofErr w:type="spellEnd"/>
      <w:r w:rsidRPr="00137388">
        <w:rPr>
          <w:rFonts w:eastAsia="Times New Roman" w:cs="Times New Roman"/>
          <w:szCs w:val="24"/>
          <w:lang w:val="ru-RU" w:eastAsia="ru-RU"/>
        </w:rPr>
        <w:t xml:space="preserve"> (топ </w:t>
      </w:r>
      <w:proofErr w:type="spellStart"/>
      <w:r w:rsidRPr="00137388">
        <w:rPr>
          <w:rFonts w:eastAsia="Times New Roman" w:cs="Times New Roman"/>
          <w:szCs w:val="24"/>
          <w:lang w:val="ru-RU" w:eastAsia="ru-RU"/>
        </w:rPr>
        <w:t>жетекшісінің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барлық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нұсқауларын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орындауы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тиіс</w:t>
      </w:r>
      <w:proofErr w:type="spellEnd"/>
      <w:r w:rsidRPr="00137388">
        <w:rPr>
          <w:rFonts w:eastAsia="Times New Roman" w:cs="Times New Roman"/>
          <w:szCs w:val="24"/>
          <w:lang w:val="ru-RU" w:eastAsia="ru-RU"/>
        </w:rPr>
        <w:t>.</w:t>
      </w:r>
    </w:p>
    <w:p w14:paraId="281E1C7D" w14:textId="77777777" w:rsidR="009A07C4" w:rsidRPr="00137388" w:rsidRDefault="009A07C4" w:rsidP="00946843">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Белгіленген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қозғалыс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маршрутын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ұстануы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көшеде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көлікте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мінез-құлық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ережелерін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сақтауы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тиіс</w:t>
      </w:r>
      <w:proofErr w:type="spellEnd"/>
      <w:r w:rsidRPr="00137388">
        <w:rPr>
          <w:rFonts w:eastAsia="Times New Roman" w:cs="Times New Roman"/>
          <w:szCs w:val="24"/>
          <w:lang w:val="ru-RU" w:eastAsia="ru-RU"/>
        </w:rPr>
        <w:t>.</w:t>
      </w:r>
    </w:p>
    <w:p w14:paraId="2637B44A" w14:textId="77777777" w:rsidR="009A07C4" w:rsidRPr="00137388" w:rsidRDefault="009A07C4" w:rsidP="00946843">
      <w:pPr>
        <w:spacing w:after="0" w:line="240" w:lineRule="auto"/>
        <w:ind w:firstLine="567"/>
        <w:rPr>
          <w:rFonts w:eastAsia="Times New Roman" w:cs="Times New Roman"/>
          <w:szCs w:val="24"/>
          <w:lang w:val="ru-RU" w:eastAsia="ru-RU"/>
        </w:rPr>
      </w:pPr>
      <w:r w:rsidRPr="00137388">
        <w:rPr>
          <w:rFonts w:eastAsia="Times New Roman" w:cs="Times New Roman"/>
          <w:szCs w:val="24"/>
          <w:lang w:val="ru-RU" w:eastAsia="ru-RU"/>
        </w:rPr>
        <w:t xml:space="preserve">Жеке гигиена </w:t>
      </w:r>
      <w:proofErr w:type="spellStart"/>
      <w:r w:rsidRPr="00137388">
        <w:rPr>
          <w:rFonts w:eastAsia="Times New Roman" w:cs="Times New Roman"/>
          <w:szCs w:val="24"/>
          <w:lang w:val="ru-RU" w:eastAsia="ru-RU"/>
        </w:rPr>
        <w:t>ережелерін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сақтауы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денсаулығының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нашарлауы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немесе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жарақат</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туралы</w:t>
      </w:r>
      <w:proofErr w:type="spellEnd"/>
      <w:r w:rsidRPr="00137388">
        <w:rPr>
          <w:rFonts w:eastAsia="Times New Roman" w:cs="Times New Roman"/>
          <w:szCs w:val="24"/>
          <w:lang w:val="ru-RU" w:eastAsia="ru-RU"/>
        </w:rPr>
        <w:t xml:space="preserve"> топ </w:t>
      </w:r>
      <w:proofErr w:type="spellStart"/>
      <w:r w:rsidRPr="00137388">
        <w:rPr>
          <w:rFonts w:eastAsia="Times New Roman" w:cs="Times New Roman"/>
          <w:szCs w:val="24"/>
          <w:lang w:val="ru-RU" w:eastAsia="ru-RU"/>
        </w:rPr>
        <w:t>жетекшісіне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уақтылы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хабарлауы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тиіс</w:t>
      </w:r>
      <w:proofErr w:type="spellEnd"/>
      <w:r w:rsidRPr="00137388">
        <w:rPr>
          <w:rFonts w:eastAsia="Times New Roman" w:cs="Times New Roman"/>
          <w:szCs w:val="24"/>
          <w:lang w:val="ru-RU" w:eastAsia="ru-RU"/>
        </w:rPr>
        <w:t>.</w:t>
      </w:r>
    </w:p>
    <w:p w14:paraId="420C3C4C" w14:textId="77777777" w:rsidR="009A07C4" w:rsidRPr="00137388" w:rsidRDefault="009A07C4" w:rsidP="00946843">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Жергілікті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дәстүрлерді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құрметтеуі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табиғатқа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тарих</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мәдениет</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ескерткіштеріне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ұқыпты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қарауы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тиіс</w:t>
      </w:r>
      <w:proofErr w:type="spellEnd"/>
      <w:r w:rsidRPr="00137388">
        <w:rPr>
          <w:rFonts w:eastAsia="Times New Roman" w:cs="Times New Roman"/>
          <w:szCs w:val="24"/>
          <w:lang w:val="ru-RU" w:eastAsia="ru-RU"/>
        </w:rPr>
        <w:t>.</w:t>
      </w:r>
    </w:p>
    <w:p w14:paraId="6A71F909" w14:textId="77777777" w:rsidR="009A07C4" w:rsidRPr="00137388" w:rsidRDefault="009A07C4" w:rsidP="00946843">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Іс</w:t>
      </w:r>
      <w:proofErr w:type="spellEnd"/>
      <w:r w:rsidRPr="00137388">
        <w:rPr>
          <w:rFonts w:eastAsia="Times New Roman" w:cs="Times New Roman"/>
          <w:szCs w:val="24"/>
          <w:lang w:val="ru-RU" w:eastAsia="ru-RU"/>
        </w:rPr>
        <w:t xml:space="preserve">-шара </w:t>
      </w:r>
      <w:proofErr w:type="spellStart"/>
      <w:r w:rsidRPr="00137388">
        <w:rPr>
          <w:rFonts w:eastAsia="Times New Roman" w:cs="Times New Roman"/>
          <w:szCs w:val="24"/>
          <w:lang w:val="ru-RU" w:eastAsia="ru-RU"/>
        </w:rPr>
        <w:t>аяқталғанға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дейін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топпен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бірге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қалуы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тиіс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Оқушылар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іс-шараны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ертерек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тастап</w:t>
      </w:r>
      <w:proofErr w:type="spellEnd"/>
      <w:r w:rsidRPr="00137388">
        <w:rPr>
          <w:rFonts w:eastAsia="Times New Roman" w:cs="Times New Roman"/>
          <w:szCs w:val="24"/>
          <w:lang w:val="ru-RU" w:eastAsia="ru-RU"/>
        </w:rPr>
        <w:t xml:space="preserve"> кете </w:t>
      </w:r>
      <w:proofErr w:type="spellStart"/>
      <w:r w:rsidRPr="00137388">
        <w:rPr>
          <w:rFonts w:eastAsia="Times New Roman" w:cs="Times New Roman"/>
          <w:szCs w:val="24"/>
          <w:lang w:val="ru-RU" w:eastAsia="ru-RU"/>
        </w:rPr>
        <w:t>алады</w:t>
      </w:r>
      <w:proofErr w:type="spellEnd"/>
      <w:r w:rsidRPr="00137388">
        <w:rPr>
          <w:rFonts w:eastAsia="Times New Roman" w:cs="Times New Roman"/>
          <w:szCs w:val="24"/>
          <w:lang w:val="ru-RU" w:eastAsia="ru-RU"/>
        </w:rPr>
        <w:t xml:space="preserve"> тек </w:t>
      </w:r>
      <w:proofErr w:type="spellStart"/>
      <w:r w:rsidRPr="00137388">
        <w:rPr>
          <w:rFonts w:eastAsia="Times New Roman" w:cs="Times New Roman"/>
          <w:szCs w:val="24"/>
          <w:lang w:val="ru-RU" w:eastAsia="ru-RU"/>
        </w:rPr>
        <w:t>педагогтың</w:t>
      </w:r>
      <w:proofErr w:type="spellEnd"/>
      <w:r w:rsidRPr="00137388">
        <w:rPr>
          <w:rFonts w:eastAsia="Times New Roman" w:cs="Times New Roman"/>
          <w:szCs w:val="24"/>
          <w:lang w:val="ru-RU" w:eastAsia="ru-RU"/>
        </w:rPr>
        <w:t xml:space="preserve"> (топ </w:t>
      </w:r>
      <w:proofErr w:type="spellStart"/>
      <w:r w:rsidRPr="00137388">
        <w:rPr>
          <w:rFonts w:eastAsia="Times New Roman" w:cs="Times New Roman"/>
          <w:szCs w:val="24"/>
          <w:lang w:val="ru-RU" w:eastAsia="ru-RU"/>
        </w:rPr>
        <w:t>жетекшісінің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рұқсатымен</w:t>
      </w:r>
      <w:proofErr w:type="spellEnd"/>
      <w:r w:rsidRPr="00137388">
        <w:rPr>
          <w:rFonts w:eastAsia="Times New Roman" w:cs="Times New Roman"/>
          <w:szCs w:val="24"/>
          <w:lang w:val="ru-RU" w:eastAsia="ru-RU"/>
        </w:rPr>
        <w:t>.</w:t>
      </w:r>
    </w:p>
    <w:p w14:paraId="316BCEC6" w14:textId="77777777" w:rsidR="009A07C4" w:rsidRPr="00137388" w:rsidRDefault="009A07C4" w:rsidP="00946843">
      <w:pPr>
        <w:spacing w:after="0" w:line="240" w:lineRule="auto"/>
        <w:rPr>
          <w:rFonts w:eastAsia="Times New Roman" w:cs="Times New Roman"/>
          <w:szCs w:val="24"/>
          <w:lang w:val="ru-RU" w:eastAsia="ru-RU"/>
        </w:rPr>
      </w:pPr>
      <w:r w:rsidRPr="00137388">
        <w:rPr>
          <w:rFonts w:eastAsia="Times New Roman" w:cs="Times New Roman"/>
          <w:b/>
          <w:bCs/>
          <w:szCs w:val="24"/>
          <w:lang w:val="ru-RU" w:eastAsia="ru-RU"/>
        </w:rPr>
        <w:t xml:space="preserve">Фото- </w:t>
      </w:r>
      <w:proofErr w:type="spellStart"/>
      <w:r w:rsidRPr="00137388">
        <w:rPr>
          <w:rFonts w:eastAsia="Times New Roman" w:cs="Times New Roman"/>
          <w:b/>
          <w:bCs/>
          <w:szCs w:val="24"/>
          <w:lang w:val="ru-RU" w:eastAsia="ru-RU"/>
        </w:rPr>
        <w:t>және</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бейнежазба</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және</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материалдарды</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әлеуметтік</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желілерде</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орналастыру</w:t>
      </w:r>
      <w:proofErr w:type="spellEnd"/>
    </w:p>
    <w:p w14:paraId="0FE8491D" w14:textId="77777777" w:rsidR="009A07C4" w:rsidRPr="00137388" w:rsidRDefault="009A07C4" w:rsidP="00946843">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Оқушылар</w:t>
      </w:r>
      <w:proofErr w:type="spellEnd"/>
      <w:r w:rsidRPr="00137388">
        <w:rPr>
          <w:rFonts w:eastAsia="Times New Roman" w:cs="Times New Roman"/>
          <w:szCs w:val="24"/>
          <w:lang w:val="ru-RU" w:eastAsia="ru-RU"/>
        </w:rPr>
        <w:t xml:space="preserve"> мен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қызметкерлерінің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құқықтарын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сақтау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дербес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деректерді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қорғау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белгіленген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ішкі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тәртіпті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қамтамасыз</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ету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мақсатында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аумағында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беру </w:t>
      </w:r>
      <w:proofErr w:type="spellStart"/>
      <w:r w:rsidRPr="00137388">
        <w:rPr>
          <w:rFonts w:eastAsia="Times New Roman" w:cs="Times New Roman"/>
          <w:szCs w:val="24"/>
          <w:lang w:val="ru-RU" w:eastAsia="ru-RU"/>
        </w:rPr>
        <w:t>үдерісі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кезінде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мынадай</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талаптар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қолданылады</w:t>
      </w:r>
      <w:proofErr w:type="spellEnd"/>
      <w:r w:rsidRPr="00137388">
        <w:rPr>
          <w:rFonts w:eastAsia="Times New Roman" w:cs="Times New Roman"/>
          <w:szCs w:val="24"/>
          <w:lang w:val="ru-RU" w:eastAsia="ru-RU"/>
        </w:rPr>
        <w:t>:</w:t>
      </w:r>
    </w:p>
    <w:p w14:paraId="5D49A670" w14:textId="77777777" w:rsidR="009A07C4" w:rsidRPr="00137388" w:rsidRDefault="009A07C4" w:rsidP="00946843">
      <w:pPr>
        <w:numPr>
          <w:ilvl w:val="0"/>
          <w:numId w:val="24"/>
        </w:numPr>
        <w:tabs>
          <w:tab w:val="num" w:pos="720"/>
          <w:tab w:val="left" w:pos="851"/>
        </w:tabs>
        <w:spacing w:after="0" w:line="240" w:lineRule="auto"/>
        <w:ind w:firstLine="567"/>
        <w:rPr>
          <w:rFonts w:eastAsia="Times New Roman" w:cs="Times New Roman"/>
          <w:szCs w:val="24"/>
          <w:lang w:val="ru-RU" w:eastAsia="ru-RU"/>
        </w:rPr>
      </w:pPr>
      <w:r w:rsidRPr="00137388">
        <w:rPr>
          <w:rFonts w:eastAsia="Times New Roman" w:cs="Times New Roman"/>
          <w:szCs w:val="24"/>
          <w:lang w:val="ru-RU" w:eastAsia="ru-RU"/>
        </w:rPr>
        <w:lastRenderedPageBreak/>
        <w:t xml:space="preserve">Фото-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бейнежазба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беру </w:t>
      </w:r>
      <w:proofErr w:type="spellStart"/>
      <w:r w:rsidRPr="00137388">
        <w:rPr>
          <w:rFonts w:eastAsia="Times New Roman" w:cs="Times New Roman"/>
          <w:szCs w:val="24"/>
          <w:lang w:val="ru-RU" w:eastAsia="ru-RU"/>
        </w:rPr>
        <w:t>үдерісіне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қатысушылардың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құқықтарын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дербес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деректер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туралы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заңнаманың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жеке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өмірдің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бейнелеу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құқығының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талаптарын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сақтай</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отырып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жүзеге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асырылады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Кәмелетке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толмағандардың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бейнесі</w:t>
      </w:r>
      <w:proofErr w:type="spellEnd"/>
      <w:r w:rsidRPr="00137388">
        <w:rPr>
          <w:rFonts w:eastAsia="Times New Roman" w:cs="Times New Roman"/>
          <w:szCs w:val="24"/>
          <w:lang w:val="ru-RU" w:eastAsia="ru-RU"/>
        </w:rPr>
        <w:t xml:space="preserve"> бар </w:t>
      </w:r>
      <w:proofErr w:type="spellStart"/>
      <w:r w:rsidRPr="00137388">
        <w:rPr>
          <w:rFonts w:eastAsia="Times New Roman" w:cs="Times New Roman"/>
          <w:szCs w:val="24"/>
          <w:lang w:val="ru-RU" w:eastAsia="ru-RU"/>
        </w:rPr>
        <w:t>материалдарды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орналастыруға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қажетті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негіздер</w:t>
      </w:r>
      <w:proofErr w:type="spellEnd"/>
      <w:r w:rsidRPr="00137388">
        <w:rPr>
          <w:rFonts w:eastAsia="Times New Roman" w:cs="Times New Roman"/>
          <w:szCs w:val="24"/>
          <w:lang w:val="ru-RU" w:eastAsia="ru-RU"/>
        </w:rPr>
        <w:t xml:space="preserve"> мен </w:t>
      </w:r>
      <w:proofErr w:type="spellStart"/>
      <w:r w:rsidRPr="00137388">
        <w:rPr>
          <w:rFonts w:eastAsia="Times New Roman" w:cs="Times New Roman"/>
          <w:szCs w:val="24"/>
          <w:lang w:val="ru-RU" w:eastAsia="ru-RU"/>
        </w:rPr>
        <w:t>келісімдер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болғанда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ғана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рұқсат</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етіледі</w:t>
      </w:r>
      <w:proofErr w:type="spellEnd"/>
      <w:r w:rsidRPr="00137388">
        <w:rPr>
          <w:rFonts w:eastAsia="Times New Roman" w:cs="Times New Roman"/>
          <w:szCs w:val="24"/>
          <w:lang w:val="ru-RU" w:eastAsia="ru-RU"/>
        </w:rPr>
        <w:t>.</w:t>
      </w:r>
    </w:p>
    <w:p w14:paraId="6D830CC6" w14:textId="77777777" w:rsidR="009A07C4" w:rsidRPr="00137388" w:rsidRDefault="009A07C4" w:rsidP="00946843">
      <w:pPr>
        <w:numPr>
          <w:ilvl w:val="0"/>
          <w:numId w:val="24"/>
        </w:numPr>
        <w:tabs>
          <w:tab w:val="num" w:pos="720"/>
          <w:tab w:val="left" w:pos="851"/>
        </w:tabs>
        <w:spacing w:before="100" w:beforeAutospacing="1" w:after="100" w:afterAutospacing="1" w:line="240" w:lineRule="auto"/>
        <w:ind w:firstLine="567"/>
        <w:rPr>
          <w:rFonts w:eastAsia="Times New Roman" w:cs="Times New Roman"/>
          <w:szCs w:val="24"/>
          <w:lang w:val="ru-RU" w:eastAsia="ru-RU"/>
        </w:rPr>
      </w:pPr>
      <w:r w:rsidRPr="00137388">
        <w:rPr>
          <w:rFonts w:eastAsia="Times New Roman" w:cs="Times New Roman"/>
          <w:szCs w:val="24"/>
          <w:lang w:val="ru-RU" w:eastAsia="ru-RU"/>
        </w:rPr>
        <w:t xml:space="preserve">TikTok, Instagram, </w:t>
      </w:r>
      <w:proofErr w:type="spellStart"/>
      <w:r w:rsidRPr="00137388">
        <w:rPr>
          <w:rFonts w:eastAsia="Times New Roman" w:cs="Times New Roman"/>
          <w:szCs w:val="24"/>
          <w:lang w:val="ru-RU" w:eastAsia="ru-RU"/>
        </w:rPr>
        <w:t>өзге</w:t>
      </w:r>
      <w:proofErr w:type="spellEnd"/>
      <w:r w:rsidRPr="00137388">
        <w:rPr>
          <w:rFonts w:eastAsia="Times New Roman" w:cs="Times New Roman"/>
          <w:szCs w:val="24"/>
          <w:lang w:val="ru-RU" w:eastAsia="ru-RU"/>
        </w:rPr>
        <w:t xml:space="preserve"> де </w:t>
      </w:r>
      <w:proofErr w:type="spellStart"/>
      <w:r w:rsidRPr="00137388">
        <w:rPr>
          <w:rFonts w:eastAsia="Times New Roman" w:cs="Times New Roman"/>
          <w:szCs w:val="24"/>
          <w:lang w:val="ru-RU" w:eastAsia="ru-RU"/>
        </w:rPr>
        <w:t>әлеуметтік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желілерде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мессенджерлерде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интернет-</w:t>
      </w:r>
      <w:proofErr w:type="spellStart"/>
      <w:r w:rsidRPr="00137388">
        <w:rPr>
          <w:rFonts w:eastAsia="Times New Roman" w:cs="Times New Roman"/>
          <w:szCs w:val="24"/>
          <w:lang w:val="ru-RU" w:eastAsia="ru-RU"/>
        </w:rPr>
        <w:t>ресурстарда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оқушыларды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немесе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қызметкерлерін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сәйкестендіруге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болатын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фотосуреттер</w:t>
      </w:r>
      <w:proofErr w:type="spellEnd"/>
      <w:r w:rsidRPr="00137388">
        <w:rPr>
          <w:rFonts w:eastAsia="Times New Roman" w:cs="Times New Roman"/>
          <w:szCs w:val="24"/>
          <w:lang w:val="ru-RU" w:eastAsia="ru-RU"/>
        </w:rPr>
        <w:t xml:space="preserve"> мен </w:t>
      </w:r>
      <w:proofErr w:type="spellStart"/>
      <w:r w:rsidRPr="00137388">
        <w:rPr>
          <w:rFonts w:eastAsia="Times New Roman" w:cs="Times New Roman"/>
          <w:szCs w:val="24"/>
          <w:lang w:val="ru-RU" w:eastAsia="ru-RU"/>
        </w:rPr>
        <w:t>бейнежазбаларды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олардың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келісімінсіз</w:t>
      </w:r>
      <w:proofErr w:type="spellEnd"/>
      <w:r w:rsidRPr="00137388">
        <w:rPr>
          <w:rFonts w:eastAsia="Times New Roman" w:cs="Times New Roman"/>
          <w:szCs w:val="24"/>
          <w:lang w:val="ru-RU" w:eastAsia="ru-RU"/>
        </w:rPr>
        <w:t xml:space="preserve">, ал </w:t>
      </w:r>
      <w:proofErr w:type="spellStart"/>
      <w:r w:rsidRPr="00137388">
        <w:rPr>
          <w:rFonts w:eastAsia="Times New Roman" w:cs="Times New Roman"/>
          <w:szCs w:val="24"/>
          <w:lang w:val="ru-RU" w:eastAsia="ru-RU"/>
        </w:rPr>
        <w:t>кәмелетке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толмағандарға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қатысты</w:t>
      </w:r>
      <w:proofErr w:type="spellEnd"/>
      <w:r w:rsidRPr="00137388">
        <w:rPr>
          <w:rFonts w:eastAsia="Times New Roman" w:cs="Times New Roman"/>
          <w:szCs w:val="24"/>
          <w:lang w:val="ru-RU" w:eastAsia="ru-RU"/>
        </w:rPr>
        <w:t xml:space="preserve"> – </w:t>
      </w:r>
      <w:proofErr w:type="spellStart"/>
      <w:r w:rsidRPr="00137388">
        <w:rPr>
          <w:rFonts w:eastAsia="Times New Roman" w:cs="Times New Roman"/>
          <w:szCs w:val="24"/>
          <w:lang w:val="ru-RU" w:eastAsia="ru-RU"/>
        </w:rPr>
        <w:t>заңды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өкілдің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тиісті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келісімінсіз</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егер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мұндай</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келісім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заңнамада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талап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етілсе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орналастыруға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таратуға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жол</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берілмейді</w:t>
      </w:r>
      <w:proofErr w:type="spellEnd"/>
      <w:r w:rsidRPr="00137388">
        <w:rPr>
          <w:rFonts w:eastAsia="Times New Roman" w:cs="Times New Roman"/>
          <w:szCs w:val="24"/>
          <w:lang w:val="ru-RU" w:eastAsia="ru-RU"/>
        </w:rPr>
        <w:t>.</w:t>
      </w:r>
    </w:p>
    <w:p w14:paraId="578DEBF5" w14:textId="77777777" w:rsidR="009A07C4" w:rsidRPr="00137388" w:rsidRDefault="009A07C4" w:rsidP="00946843">
      <w:pPr>
        <w:numPr>
          <w:ilvl w:val="0"/>
          <w:numId w:val="24"/>
        </w:numPr>
        <w:tabs>
          <w:tab w:val="num" w:pos="720"/>
          <w:tab w:val="left" w:pos="851"/>
        </w:tabs>
        <w:spacing w:before="100" w:beforeAutospacing="1" w:after="100" w:afterAutospacing="1" w:line="240" w:lineRule="auto"/>
        <w:ind w:firstLine="567"/>
        <w:rPr>
          <w:rFonts w:eastAsia="Times New Roman" w:cs="Times New Roman"/>
          <w:szCs w:val="24"/>
          <w:lang w:val="ru-RU" w:eastAsia="ru-RU"/>
        </w:rPr>
      </w:pPr>
      <w:r w:rsidRPr="00137388">
        <w:rPr>
          <w:rFonts w:eastAsia="Times New Roman" w:cs="Times New Roman"/>
          <w:szCs w:val="24"/>
          <w:lang w:val="ru-RU" w:eastAsia="ru-RU"/>
        </w:rPr>
        <w:t xml:space="preserve">Фото-, </w:t>
      </w:r>
      <w:proofErr w:type="spellStart"/>
      <w:r w:rsidRPr="00137388">
        <w:rPr>
          <w:rFonts w:eastAsia="Times New Roman" w:cs="Times New Roman"/>
          <w:szCs w:val="24"/>
          <w:lang w:val="ru-RU" w:eastAsia="ru-RU"/>
        </w:rPr>
        <w:t>бейне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аудиоматериалдарды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басқа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адамдардың</w:t>
      </w:r>
      <w:proofErr w:type="spellEnd"/>
      <w:r w:rsidRPr="00137388">
        <w:rPr>
          <w:rFonts w:eastAsia="Times New Roman" w:cs="Times New Roman"/>
          <w:szCs w:val="24"/>
          <w:lang w:val="ru-RU" w:eastAsia="ru-RU"/>
        </w:rPr>
        <w:t xml:space="preserve"> ар-</w:t>
      </w:r>
      <w:proofErr w:type="spellStart"/>
      <w:r w:rsidRPr="00137388">
        <w:rPr>
          <w:rFonts w:eastAsia="Times New Roman" w:cs="Times New Roman"/>
          <w:szCs w:val="24"/>
          <w:lang w:val="ru-RU" w:eastAsia="ru-RU"/>
        </w:rPr>
        <w:t>намысын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қадір-қасиетін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жеке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өмірін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мүдделерін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кемсіту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күлу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қудалау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беделін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түсіру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немесе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өзгеше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бұзу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үшін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пайдалануға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тыйым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салынады</w:t>
      </w:r>
      <w:proofErr w:type="spellEnd"/>
      <w:r w:rsidRPr="00137388">
        <w:rPr>
          <w:rFonts w:eastAsia="Times New Roman" w:cs="Times New Roman"/>
          <w:szCs w:val="24"/>
          <w:lang w:val="ru-RU" w:eastAsia="ru-RU"/>
        </w:rPr>
        <w:t>.</w:t>
      </w:r>
    </w:p>
    <w:p w14:paraId="7AA202B9" w14:textId="77777777" w:rsidR="009A07C4" w:rsidRPr="00137388" w:rsidRDefault="009A07C4" w:rsidP="00946843">
      <w:pPr>
        <w:numPr>
          <w:ilvl w:val="0"/>
          <w:numId w:val="24"/>
        </w:numPr>
        <w:tabs>
          <w:tab w:val="num" w:pos="720"/>
          <w:tab w:val="left" w:pos="851"/>
        </w:tabs>
        <w:spacing w:before="100" w:beforeAutospacing="1" w:after="100" w:afterAutospacing="1"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Жарияланыммен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құқығы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бұзылған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адамның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немесе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өкілінің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талабы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бойынша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тиісті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материалды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жою</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мәселесі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дереу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қаралуға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жатады</w:t>
      </w:r>
      <w:proofErr w:type="spellEnd"/>
      <w:r w:rsidRPr="00137388">
        <w:rPr>
          <w:rFonts w:eastAsia="Times New Roman" w:cs="Times New Roman"/>
          <w:szCs w:val="24"/>
          <w:lang w:val="ru-RU" w:eastAsia="ru-RU"/>
        </w:rPr>
        <w:t>.</w:t>
      </w:r>
    </w:p>
    <w:p w14:paraId="344F628D" w14:textId="77777777" w:rsidR="009A07C4" w:rsidRPr="00137388" w:rsidRDefault="009A07C4" w:rsidP="00946843">
      <w:pPr>
        <w:numPr>
          <w:ilvl w:val="0"/>
          <w:numId w:val="24"/>
        </w:numPr>
        <w:tabs>
          <w:tab w:val="num" w:pos="720"/>
          <w:tab w:val="left" w:pos="851"/>
        </w:tabs>
        <w:spacing w:after="0" w:line="240" w:lineRule="auto"/>
        <w:ind w:firstLine="567"/>
        <w:rPr>
          <w:rFonts w:eastAsia="Times New Roman" w:cs="Times New Roman"/>
          <w:szCs w:val="24"/>
          <w:lang w:val="ru-RU" w:eastAsia="ru-RU"/>
        </w:rPr>
      </w:pPr>
      <w:r w:rsidRPr="00137388">
        <w:rPr>
          <w:rFonts w:eastAsia="Times New Roman" w:cs="Times New Roman"/>
          <w:szCs w:val="24"/>
          <w:lang w:val="ru-RU" w:eastAsia="ru-RU"/>
        </w:rPr>
        <w:t xml:space="preserve">Осы </w:t>
      </w:r>
      <w:proofErr w:type="spellStart"/>
      <w:r w:rsidRPr="00137388">
        <w:rPr>
          <w:rFonts w:eastAsia="Times New Roman" w:cs="Times New Roman"/>
          <w:szCs w:val="24"/>
          <w:lang w:val="ru-RU" w:eastAsia="ru-RU"/>
        </w:rPr>
        <w:t>талаптарды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бұзу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әкімшілігімен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Ішкі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тәртіп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ережелерінде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Қазақстан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Республикасының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заңнамасында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белгіленген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тәртіппен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қаралады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кәмелетке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толмағанның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ата-аналарына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өкілдеріне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хабарланады</w:t>
      </w:r>
      <w:proofErr w:type="spellEnd"/>
      <w:r w:rsidRPr="00137388">
        <w:rPr>
          <w:rFonts w:eastAsia="Times New Roman" w:cs="Times New Roman"/>
          <w:szCs w:val="24"/>
          <w:lang w:val="ru-RU" w:eastAsia="ru-RU"/>
        </w:rPr>
        <w:t>.</w:t>
      </w:r>
    </w:p>
    <w:p w14:paraId="64849210" w14:textId="77777777" w:rsidR="009A07C4" w:rsidRPr="00137388" w:rsidRDefault="009A07C4" w:rsidP="00946843">
      <w:pPr>
        <w:spacing w:after="0" w:line="240" w:lineRule="auto"/>
        <w:rPr>
          <w:rFonts w:eastAsia="Times New Roman" w:cs="Times New Roman"/>
          <w:szCs w:val="24"/>
          <w:lang w:val="ru-RU" w:eastAsia="ru-RU"/>
        </w:rPr>
      </w:pPr>
      <w:r w:rsidRPr="00137388">
        <w:rPr>
          <w:rFonts w:eastAsia="Times New Roman" w:cs="Times New Roman"/>
          <w:b/>
          <w:bCs/>
          <w:szCs w:val="24"/>
          <w:lang w:val="ru-RU" w:eastAsia="ru-RU"/>
        </w:rPr>
        <w:t>7.4. «</w:t>
      </w:r>
      <w:proofErr w:type="spellStart"/>
      <w:r w:rsidRPr="00137388">
        <w:rPr>
          <w:rFonts w:eastAsia="Times New Roman" w:cs="Times New Roman"/>
          <w:b/>
          <w:bCs/>
          <w:szCs w:val="24"/>
          <w:lang w:val="ru-RU" w:eastAsia="ru-RU"/>
        </w:rPr>
        <w:t>Балдәурен</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Республикалық</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оқу-сауықтыру</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орталығына</w:t>
      </w:r>
      <w:proofErr w:type="spellEnd"/>
      <w:r w:rsidRPr="00137388">
        <w:rPr>
          <w:rFonts w:eastAsia="Times New Roman" w:cs="Times New Roman"/>
          <w:b/>
          <w:bCs/>
          <w:szCs w:val="24"/>
          <w:lang w:val="ru-RU" w:eastAsia="ru-RU"/>
        </w:rPr>
        <w:t>, «</w:t>
      </w:r>
      <w:proofErr w:type="spellStart"/>
      <w:r w:rsidRPr="00137388">
        <w:rPr>
          <w:rFonts w:eastAsia="Times New Roman" w:cs="Times New Roman"/>
          <w:b/>
          <w:bCs/>
          <w:szCs w:val="24"/>
          <w:lang w:val="ru-RU" w:eastAsia="ru-RU"/>
        </w:rPr>
        <w:t>Бөбек</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ұлттық</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ғылыми-практикалық</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білім</w:t>
      </w:r>
      <w:proofErr w:type="spellEnd"/>
      <w:r w:rsidRPr="00137388">
        <w:rPr>
          <w:rFonts w:eastAsia="Times New Roman" w:cs="Times New Roman"/>
          <w:b/>
          <w:bCs/>
          <w:szCs w:val="24"/>
          <w:lang w:val="ru-RU" w:eastAsia="ru-RU"/>
        </w:rPr>
        <w:t xml:space="preserve"> беру </w:t>
      </w:r>
      <w:proofErr w:type="spellStart"/>
      <w:r w:rsidRPr="00137388">
        <w:rPr>
          <w:rFonts w:eastAsia="Times New Roman" w:cs="Times New Roman"/>
          <w:b/>
          <w:bCs/>
          <w:szCs w:val="24"/>
          <w:lang w:val="ru-RU" w:eastAsia="ru-RU"/>
        </w:rPr>
        <w:t>және</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сауықтыру</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орталығына</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демалысқа</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жіберілетін</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оқушылар</w:t>
      </w:r>
      <w:proofErr w:type="spellEnd"/>
      <w:r w:rsidRPr="00137388">
        <w:rPr>
          <w:rFonts w:eastAsia="Times New Roman" w:cs="Times New Roman"/>
          <w:b/>
          <w:bCs/>
          <w:szCs w:val="24"/>
          <w:lang w:val="ru-RU" w:eastAsia="ru-RU"/>
        </w:rPr>
        <w:t xml:space="preserve"> мен </w:t>
      </w:r>
      <w:proofErr w:type="spellStart"/>
      <w:r w:rsidRPr="00137388">
        <w:rPr>
          <w:rFonts w:eastAsia="Times New Roman" w:cs="Times New Roman"/>
          <w:b/>
          <w:bCs/>
          <w:szCs w:val="24"/>
          <w:lang w:val="ru-RU" w:eastAsia="ru-RU"/>
        </w:rPr>
        <w:t>тәрбиеленушілерді</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іріктеу</w:t>
      </w:r>
      <w:proofErr w:type="spellEnd"/>
    </w:p>
    <w:p w14:paraId="4CE45DA8" w14:textId="77777777" w:rsidR="009A07C4" w:rsidRPr="00137388" w:rsidRDefault="009A07C4" w:rsidP="00946843">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Оқушылар</w:t>
      </w:r>
      <w:proofErr w:type="spellEnd"/>
      <w:r w:rsidRPr="00137388">
        <w:rPr>
          <w:rFonts w:eastAsia="Times New Roman" w:cs="Times New Roman"/>
          <w:szCs w:val="24"/>
          <w:lang w:val="ru-RU" w:eastAsia="ru-RU"/>
        </w:rPr>
        <w:t xml:space="preserve"> мен </w:t>
      </w:r>
      <w:proofErr w:type="spellStart"/>
      <w:r w:rsidRPr="00137388">
        <w:rPr>
          <w:rFonts w:eastAsia="Times New Roman" w:cs="Times New Roman"/>
          <w:szCs w:val="24"/>
          <w:lang w:val="ru-RU" w:eastAsia="ru-RU"/>
        </w:rPr>
        <w:t>тәрбиеленушілерді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демалысқа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жіберу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үшін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іріктеу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тиісті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жолдамалар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орындар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болғанда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уәкілетті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органдар</w:t>
      </w:r>
      <w:proofErr w:type="spellEnd"/>
      <w:r w:rsidRPr="00137388">
        <w:rPr>
          <w:rFonts w:eastAsia="Times New Roman" w:cs="Times New Roman"/>
          <w:szCs w:val="24"/>
          <w:lang w:val="ru-RU" w:eastAsia="ru-RU"/>
        </w:rPr>
        <w:t xml:space="preserve"> мен </w:t>
      </w:r>
      <w:proofErr w:type="spellStart"/>
      <w:r w:rsidRPr="00137388">
        <w:rPr>
          <w:rFonts w:eastAsia="Times New Roman" w:cs="Times New Roman"/>
          <w:szCs w:val="24"/>
          <w:lang w:val="ru-RU" w:eastAsia="ru-RU"/>
        </w:rPr>
        <w:t>ұйымдар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белгілеген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тәртіппен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өлшемдер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бойынша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жүзеге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асырылады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Кәмелетке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толмағанды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жіберу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ата-анасының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өкілінің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келісімімен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көзделген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құжаттар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болғанда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жүзеге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асырылады</w:t>
      </w:r>
      <w:proofErr w:type="spellEnd"/>
      <w:r w:rsidRPr="00137388">
        <w:rPr>
          <w:rFonts w:eastAsia="Times New Roman" w:cs="Times New Roman"/>
          <w:szCs w:val="24"/>
          <w:lang w:val="ru-RU" w:eastAsia="ru-RU"/>
        </w:rPr>
        <w:t>.</w:t>
      </w:r>
    </w:p>
    <w:p w14:paraId="6FE9DACF" w14:textId="77777777" w:rsidR="009A07C4" w:rsidRPr="00137388" w:rsidRDefault="009A07C4" w:rsidP="00946843">
      <w:pPr>
        <w:spacing w:after="0" w:line="240" w:lineRule="auto"/>
        <w:rPr>
          <w:rFonts w:eastAsia="Times New Roman" w:cs="Times New Roman"/>
          <w:szCs w:val="24"/>
          <w:lang w:val="ru-RU" w:eastAsia="ru-RU"/>
        </w:rPr>
      </w:pPr>
      <w:r w:rsidRPr="00137388">
        <w:rPr>
          <w:rFonts w:eastAsia="Times New Roman" w:cs="Times New Roman"/>
          <w:b/>
          <w:bCs/>
          <w:szCs w:val="24"/>
          <w:lang w:val="ru-RU" w:eastAsia="ru-RU"/>
        </w:rPr>
        <w:t xml:space="preserve">7.5. </w:t>
      </w:r>
      <w:proofErr w:type="spellStart"/>
      <w:r w:rsidRPr="00137388">
        <w:rPr>
          <w:rFonts w:eastAsia="Times New Roman" w:cs="Times New Roman"/>
          <w:b/>
          <w:bCs/>
          <w:szCs w:val="24"/>
          <w:lang w:val="ru-RU" w:eastAsia="ru-RU"/>
        </w:rPr>
        <w:t>Білім</w:t>
      </w:r>
      <w:proofErr w:type="spellEnd"/>
      <w:r w:rsidRPr="00137388">
        <w:rPr>
          <w:rFonts w:eastAsia="Times New Roman" w:cs="Times New Roman"/>
          <w:b/>
          <w:bCs/>
          <w:szCs w:val="24"/>
          <w:lang w:val="ru-RU" w:eastAsia="ru-RU"/>
        </w:rPr>
        <w:t xml:space="preserve"> беру </w:t>
      </w:r>
      <w:proofErr w:type="spellStart"/>
      <w:r w:rsidRPr="00137388">
        <w:rPr>
          <w:rFonts w:eastAsia="Times New Roman" w:cs="Times New Roman"/>
          <w:b/>
          <w:bCs/>
          <w:szCs w:val="24"/>
          <w:lang w:val="ru-RU" w:eastAsia="ru-RU"/>
        </w:rPr>
        <w:t>ұйымының</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тәрбиеленушілері</w:t>
      </w:r>
      <w:proofErr w:type="spellEnd"/>
      <w:r w:rsidRPr="00137388">
        <w:rPr>
          <w:rFonts w:eastAsia="Times New Roman" w:cs="Times New Roman"/>
          <w:b/>
          <w:bCs/>
          <w:szCs w:val="24"/>
          <w:lang w:val="ru-RU" w:eastAsia="ru-RU"/>
        </w:rPr>
        <w:t xml:space="preserve"> мен </w:t>
      </w:r>
      <w:proofErr w:type="spellStart"/>
      <w:r w:rsidRPr="00137388">
        <w:rPr>
          <w:rFonts w:eastAsia="Times New Roman" w:cs="Times New Roman"/>
          <w:b/>
          <w:bCs/>
          <w:szCs w:val="24"/>
          <w:lang w:val="ru-RU" w:eastAsia="ru-RU"/>
        </w:rPr>
        <w:t>қызметкерлерінің</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үй-жайлар</w:t>
      </w:r>
      <w:proofErr w:type="spellEnd"/>
      <w:r w:rsidRPr="00137388">
        <w:rPr>
          <w:rFonts w:eastAsia="Times New Roman" w:cs="Times New Roman"/>
          <w:b/>
          <w:bCs/>
          <w:szCs w:val="24"/>
          <w:lang w:val="ru-RU" w:eastAsia="ru-RU"/>
        </w:rPr>
        <w:t xml:space="preserve"> мен </w:t>
      </w:r>
      <w:proofErr w:type="spellStart"/>
      <w:r w:rsidRPr="00137388">
        <w:rPr>
          <w:rFonts w:eastAsia="Times New Roman" w:cs="Times New Roman"/>
          <w:b/>
          <w:bCs/>
          <w:szCs w:val="24"/>
          <w:lang w:val="ru-RU" w:eastAsia="ru-RU"/>
        </w:rPr>
        <w:t>аумақтың</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тазалығын</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сақтауы</w:t>
      </w:r>
      <w:proofErr w:type="spellEnd"/>
    </w:p>
    <w:p w14:paraId="797C1CCC" w14:textId="77777777" w:rsidR="009A07C4" w:rsidRPr="00137388" w:rsidRDefault="009A07C4" w:rsidP="00946843">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Оқушылар</w:t>
      </w:r>
      <w:proofErr w:type="spellEnd"/>
      <w:r w:rsidRPr="00137388">
        <w:rPr>
          <w:rFonts w:eastAsia="Times New Roman" w:cs="Times New Roman"/>
          <w:szCs w:val="24"/>
          <w:lang w:val="ru-RU" w:eastAsia="ru-RU"/>
        </w:rPr>
        <w:t xml:space="preserve"> мен </w:t>
      </w:r>
      <w:proofErr w:type="spellStart"/>
      <w:r w:rsidRPr="00137388">
        <w:rPr>
          <w:rFonts w:eastAsia="Times New Roman" w:cs="Times New Roman"/>
          <w:szCs w:val="24"/>
          <w:lang w:val="ru-RU" w:eastAsia="ru-RU"/>
        </w:rPr>
        <w:t>қызметкерлер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Мектептің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үй-жайларында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аумағында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тазалықты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сақтауға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мүлікке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ұқыпты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қарауға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міндетті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Оқушыларды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аумағында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қоғамдық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пайдалы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еңбекке</w:t>
      </w:r>
      <w:proofErr w:type="spellEnd"/>
      <w:r w:rsidRPr="00137388">
        <w:rPr>
          <w:rFonts w:eastAsia="Times New Roman" w:cs="Times New Roman"/>
          <w:szCs w:val="24"/>
          <w:lang w:val="ru-RU" w:eastAsia="ru-RU"/>
        </w:rPr>
        <w:t xml:space="preserve"> тарту </w:t>
      </w:r>
      <w:proofErr w:type="spellStart"/>
      <w:r w:rsidRPr="00137388">
        <w:rPr>
          <w:rFonts w:eastAsia="Times New Roman" w:cs="Times New Roman"/>
          <w:szCs w:val="24"/>
          <w:lang w:val="ru-RU" w:eastAsia="ru-RU"/>
        </w:rPr>
        <w:t>жасына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денсаулық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жағдайына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қауіпсіздік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талаптарына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сәйкес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рұқсат</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етіледі</w:t>
      </w:r>
      <w:proofErr w:type="spellEnd"/>
      <w:r w:rsidRPr="00137388">
        <w:rPr>
          <w:rFonts w:eastAsia="Times New Roman" w:cs="Times New Roman"/>
          <w:szCs w:val="24"/>
          <w:lang w:val="ru-RU" w:eastAsia="ru-RU"/>
        </w:rPr>
        <w:t>.</w:t>
      </w:r>
    </w:p>
    <w:p w14:paraId="2969CA01" w14:textId="77777777" w:rsidR="009A07C4" w:rsidRPr="00137388" w:rsidRDefault="009A07C4" w:rsidP="00946843">
      <w:pPr>
        <w:spacing w:after="0" w:line="240" w:lineRule="auto"/>
        <w:rPr>
          <w:rFonts w:eastAsia="Times New Roman" w:cs="Times New Roman"/>
          <w:szCs w:val="24"/>
          <w:lang w:val="ru-RU" w:eastAsia="ru-RU"/>
        </w:rPr>
      </w:pPr>
      <w:r w:rsidRPr="00137388">
        <w:rPr>
          <w:rFonts w:eastAsia="Times New Roman" w:cs="Times New Roman"/>
          <w:b/>
          <w:bCs/>
          <w:szCs w:val="24"/>
          <w:lang w:val="ru-RU" w:eastAsia="ru-RU"/>
        </w:rPr>
        <w:t xml:space="preserve">7.6. </w:t>
      </w:r>
      <w:proofErr w:type="spellStart"/>
      <w:r w:rsidRPr="00137388">
        <w:rPr>
          <w:rFonts w:eastAsia="Times New Roman" w:cs="Times New Roman"/>
          <w:b/>
          <w:bCs/>
          <w:szCs w:val="24"/>
          <w:lang w:val="ru-RU" w:eastAsia="ru-RU"/>
        </w:rPr>
        <w:t>Білім</w:t>
      </w:r>
      <w:proofErr w:type="spellEnd"/>
      <w:r w:rsidRPr="00137388">
        <w:rPr>
          <w:rFonts w:eastAsia="Times New Roman" w:cs="Times New Roman"/>
          <w:b/>
          <w:bCs/>
          <w:szCs w:val="24"/>
          <w:lang w:val="ru-RU" w:eastAsia="ru-RU"/>
        </w:rPr>
        <w:t xml:space="preserve"> беру </w:t>
      </w:r>
      <w:proofErr w:type="spellStart"/>
      <w:r w:rsidRPr="00137388">
        <w:rPr>
          <w:rFonts w:eastAsia="Times New Roman" w:cs="Times New Roman"/>
          <w:b/>
          <w:bCs/>
          <w:szCs w:val="24"/>
          <w:lang w:val="ru-RU" w:eastAsia="ru-RU"/>
        </w:rPr>
        <w:t>ұйымының</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дәстүрлерін</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сақтау</w:t>
      </w:r>
      <w:proofErr w:type="spellEnd"/>
    </w:p>
    <w:p w14:paraId="5A7740A2" w14:textId="77777777" w:rsidR="009A07C4" w:rsidRPr="00137388" w:rsidRDefault="009A07C4" w:rsidP="00946843">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беру </w:t>
      </w:r>
      <w:proofErr w:type="spellStart"/>
      <w:r w:rsidRPr="00137388">
        <w:rPr>
          <w:rFonts w:eastAsia="Times New Roman" w:cs="Times New Roman"/>
          <w:szCs w:val="24"/>
          <w:lang w:val="ru-RU" w:eastAsia="ru-RU"/>
        </w:rPr>
        <w:t>үдерісіне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қатысушылар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Мектептің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тәрбиелік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мәні</w:t>
      </w:r>
      <w:proofErr w:type="spellEnd"/>
      <w:r w:rsidRPr="00137388">
        <w:rPr>
          <w:rFonts w:eastAsia="Times New Roman" w:cs="Times New Roman"/>
          <w:szCs w:val="24"/>
          <w:lang w:val="ru-RU" w:eastAsia="ru-RU"/>
        </w:rPr>
        <w:t xml:space="preserve"> бар </w:t>
      </w:r>
      <w:proofErr w:type="spellStart"/>
      <w:r w:rsidRPr="00137388">
        <w:rPr>
          <w:rFonts w:eastAsia="Times New Roman" w:cs="Times New Roman"/>
          <w:szCs w:val="24"/>
          <w:lang w:val="ru-RU" w:eastAsia="ru-RU"/>
        </w:rPr>
        <w:t>дәстүрлерін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сақтауға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Қазақстан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Республикасының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мемлекеттік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рәміздерін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тарихын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өзара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құрмет</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жауапкершілік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қоғамдастығына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ұқыпты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қарау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мәдениетін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құрметтеуге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ықпал</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етеді</w:t>
      </w:r>
      <w:proofErr w:type="spellEnd"/>
      <w:r w:rsidRPr="00137388">
        <w:rPr>
          <w:rFonts w:eastAsia="Times New Roman" w:cs="Times New Roman"/>
          <w:szCs w:val="24"/>
          <w:lang w:val="ru-RU" w:eastAsia="ru-RU"/>
        </w:rPr>
        <w:t>.</w:t>
      </w:r>
    </w:p>
    <w:p w14:paraId="5595AC5F" w14:textId="77777777" w:rsidR="00946843" w:rsidRPr="00137388" w:rsidRDefault="00946843" w:rsidP="00946843">
      <w:pPr>
        <w:spacing w:after="0" w:line="240" w:lineRule="auto"/>
        <w:ind w:firstLine="567"/>
        <w:rPr>
          <w:rFonts w:eastAsia="Times New Roman" w:cs="Times New Roman"/>
          <w:szCs w:val="24"/>
          <w:lang w:val="ru-RU" w:eastAsia="ru-RU"/>
        </w:rPr>
      </w:pPr>
    </w:p>
    <w:p w14:paraId="4EA3BCAF" w14:textId="77777777" w:rsidR="009A07C4" w:rsidRPr="00137388" w:rsidRDefault="009A07C4" w:rsidP="00946843">
      <w:pPr>
        <w:spacing w:after="0" w:line="240" w:lineRule="auto"/>
        <w:jc w:val="center"/>
        <w:rPr>
          <w:rFonts w:eastAsia="Times New Roman" w:cs="Times New Roman"/>
          <w:szCs w:val="24"/>
          <w:lang w:val="ru-RU" w:eastAsia="ru-RU"/>
        </w:rPr>
      </w:pPr>
      <w:r w:rsidRPr="00137388">
        <w:rPr>
          <w:rFonts w:eastAsia="Times New Roman" w:cs="Times New Roman"/>
          <w:b/>
          <w:bCs/>
          <w:szCs w:val="24"/>
          <w:lang w:val="ru-RU" w:eastAsia="ru-RU"/>
        </w:rPr>
        <w:t xml:space="preserve">3-бөлім. </w:t>
      </w:r>
      <w:proofErr w:type="spellStart"/>
      <w:r w:rsidRPr="00137388">
        <w:rPr>
          <w:rFonts w:eastAsia="Times New Roman" w:cs="Times New Roman"/>
          <w:b/>
          <w:bCs/>
          <w:szCs w:val="24"/>
          <w:lang w:val="ru-RU" w:eastAsia="ru-RU"/>
        </w:rPr>
        <w:t>Білім</w:t>
      </w:r>
      <w:proofErr w:type="spellEnd"/>
      <w:r w:rsidRPr="00137388">
        <w:rPr>
          <w:rFonts w:eastAsia="Times New Roman" w:cs="Times New Roman"/>
          <w:b/>
          <w:bCs/>
          <w:szCs w:val="24"/>
          <w:lang w:val="ru-RU" w:eastAsia="ru-RU"/>
        </w:rPr>
        <w:t xml:space="preserve"> беру </w:t>
      </w:r>
      <w:proofErr w:type="spellStart"/>
      <w:r w:rsidRPr="00137388">
        <w:rPr>
          <w:rFonts w:eastAsia="Times New Roman" w:cs="Times New Roman"/>
          <w:b/>
          <w:bCs/>
          <w:szCs w:val="24"/>
          <w:lang w:val="ru-RU" w:eastAsia="ru-RU"/>
        </w:rPr>
        <w:t>үдерісіне</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қатысушылардың</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қосымша</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білім</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беруін</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ұйымдастыру</w:t>
      </w:r>
      <w:proofErr w:type="spellEnd"/>
    </w:p>
    <w:p w14:paraId="7A8A6BC6" w14:textId="77777777" w:rsidR="009A07C4" w:rsidRPr="00137388" w:rsidRDefault="009A07C4" w:rsidP="00946843">
      <w:pPr>
        <w:spacing w:after="0" w:line="240" w:lineRule="auto"/>
        <w:rPr>
          <w:rFonts w:eastAsia="Times New Roman" w:cs="Times New Roman"/>
          <w:szCs w:val="24"/>
          <w:lang w:val="ru-RU" w:eastAsia="ru-RU"/>
        </w:rPr>
      </w:pPr>
      <w:r w:rsidRPr="00137388">
        <w:rPr>
          <w:rFonts w:eastAsia="Times New Roman" w:cs="Times New Roman"/>
          <w:b/>
          <w:bCs/>
          <w:szCs w:val="24"/>
          <w:lang w:val="ru-RU" w:eastAsia="ru-RU"/>
        </w:rPr>
        <w:t xml:space="preserve">8.1. </w:t>
      </w:r>
      <w:proofErr w:type="spellStart"/>
      <w:r w:rsidRPr="00137388">
        <w:rPr>
          <w:rFonts w:eastAsia="Times New Roman" w:cs="Times New Roman"/>
          <w:b/>
          <w:bCs/>
          <w:szCs w:val="24"/>
          <w:lang w:val="ru-RU" w:eastAsia="ru-RU"/>
        </w:rPr>
        <w:t>Үйірмелер</w:t>
      </w:r>
      <w:proofErr w:type="spellEnd"/>
      <w:r w:rsidRPr="00137388">
        <w:rPr>
          <w:rFonts w:eastAsia="Times New Roman" w:cs="Times New Roman"/>
          <w:b/>
          <w:bCs/>
          <w:szCs w:val="24"/>
          <w:lang w:val="ru-RU" w:eastAsia="ru-RU"/>
        </w:rPr>
        <w:t xml:space="preserve"> мен </w:t>
      </w:r>
      <w:proofErr w:type="spellStart"/>
      <w:r w:rsidRPr="00137388">
        <w:rPr>
          <w:rFonts w:eastAsia="Times New Roman" w:cs="Times New Roman"/>
          <w:b/>
          <w:bCs/>
          <w:szCs w:val="24"/>
          <w:lang w:val="ru-RU" w:eastAsia="ru-RU"/>
        </w:rPr>
        <w:t>секциялардың</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сабақтарын</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ұйымдастыру</w:t>
      </w:r>
      <w:proofErr w:type="spellEnd"/>
    </w:p>
    <w:p w14:paraId="2B5581D8" w14:textId="77777777" w:rsidR="009A07C4" w:rsidRPr="00137388" w:rsidRDefault="009A07C4" w:rsidP="00946843">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Үйірмелер</w:t>
      </w:r>
      <w:proofErr w:type="spellEnd"/>
      <w:r w:rsidRPr="00137388">
        <w:rPr>
          <w:rFonts w:eastAsia="Times New Roman" w:cs="Times New Roman"/>
          <w:szCs w:val="24"/>
          <w:lang w:val="ru-RU" w:eastAsia="ru-RU"/>
        </w:rPr>
        <w:t xml:space="preserve"> мен </w:t>
      </w:r>
      <w:proofErr w:type="spellStart"/>
      <w:r w:rsidRPr="00137388">
        <w:rPr>
          <w:rFonts w:eastAsia="Times New Roman" w:cs="Times New Roman"/>
          <w:szCs w:val="24"/>
          <w:lang w:val="ru-RU" w:eastAsia="ru-RU"/>
        </w:rPr>
        <w:t>секциялардың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сабақтары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Мектептің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жұмыс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жоспарына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бекітілген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кестеге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кадрлық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материалдық-техникалық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мүмкіндіктерге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сәйкес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ұйымдастырылады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Оқушылар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белгіленген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сабақ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режимін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қауіпсіздік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талаптарын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сақтауға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міндетті</w:t>
      </w:r>
      <w:proofErr w:type="spellEnd"/>
      <w:r w:rsidRPr="00137388">
        <w:rPr>
          <w:rFonts w:eastAsia="Times New Roman" w:cs="Times New Roman"/>
          <w:szCs w:val="24"/>
          <w:lang w:val="ru-RU" w:eastAsia="ru-RU"/>
        </w:rPr>
        <w:t>.</w:t>
      </w:r>
    </w:p>
    <w:p w14:paraId="0A62F923" w14:textId="77777777" w:rsidR="009A07C4" w:rsidRPr="00137388" w:rsidRDefault="009A07C4" w:rsidP="00946843">
      <w:pPr>
        <w:spacing w:after="0" w:line="240" w:lineRule="auto"/>
        <w:rPr>
          <w:rFonts w:eastAsia="Times New Roman" w:cs="Times New Roman"/>
          <w:szCs w:val="24"/>
          <w:lang w:val="ru-RU" w:eastAsia="ru-RU"/>
        </w:rPr>
      </w:pPr>
      <w:r w:rsidRPr="00137388">
        <w:rPr>
          <w:rFonts w:eastAsia="Times New Roman" w:cs="Times New Roman"/>
          <w:b/>
          <w:bCs/>
          <w:szCs w:val="24"/>
          <w:lang w:val="ru-RU" w:eastAsia="ru-RU"/>
        </w:rPr>
        <w:t xml:space="preserve">8.2. </w:t>
      </w:r>
      <w:proofErr w:type="spellStart"/>
      <w:r w:rsidRPr="00137388">
        <w:rPr>
          <w:rFonts w:eastAsia="Times New Roman" w:cs="Times New Roman"/>
          <w:b/>
          <w:bCs/>
          <w:szCs w:val="24"/>
          <w:lang w:val="ru-RU" w:eastAsia="ru-RU"/>
        </w:rPr>
        <w:t>Бірыңғай</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оқырман</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кеңістігін</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құру</w:t>
      </w:r>
      <w:proofErr w:type="spellEnd"/>
    </w:p>
    <w:p w14:paraId="11FC7A00" w14:textId="77777777" w:rsidR="009A07C4" w:rsidRPr="00137388" w:rsidRDefault="009A07C4" w:rsidP="00946843">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Бірыңғай</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оқырман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кеңістігі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кітапханасының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кабинеттерінің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қызметі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мәдениетін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дамытуға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бағытталған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оқырман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жобалары</w:t>
      </w:r>
      <w:proofErr w:type="spellEnd"/>
      <w:r w:rsidRPr="00137388">
        <w:rPr>
          <w:rFonts w:eastAsia="Times New Roman" w:cs="Times New Roman"/>
          <w:szCs w:val="24"/>
          <w:lang w:val="ru-RU" w:eastAsia="ru-RU"/>
        </w:rPr>
        <w:t xml:space="preserve"> мен </w:t>
      </w:r>
      <w:proofErr w:type="spellStart"/>
      <w:r w:rsidRPr="00137388">
        <w:rPr>
          <w:rFonts w:eastAsia="Times New Roman" w:cs="Times New Roman"/>
          <w:szCs w:val="24"/>
          <w:lang w:val="ru-RU" w:eastAsia="ru-RU"/>
        </w:rPr>
        <w:t>іс-шаралары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арқылы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қалыптасады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Оқушылар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кітапхана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қорына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ұқыпты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қарауға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алынған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материалдарды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уақтылы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қайтаруға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міндетті</w:t>
      </w:r>
      <w:proofErr w:type="spellEnd"/>
      <w:r w:rsidRPr="00137388">
        <w:rPr>
          <w:rFonts w:eastAsia="Times New Roman" w:cs="Times New Roman"/>
          <w:szCs w:val="24"/>
          <w:lang w:val="ru-RU" w:eastAsia="ru-RU"/>
        </w:rPr>
        <w:t>.</w:t>
      </w:r>
    </w:p>
    <w:p w14:paraId="1DE11404" w14:textId="77777777" w:rsidR="009A07C4" w:rsidRPr="00137388" w:rsidRDefault="009A07C4" w:rsidP="00946843">
      <w:pPr>
        <w:spacing w:after="0" w:line="240" w:lineRule="auto"/>
        <w:rPr>
          <w:rFonts w:eastAsia="Times New Roman" w:cs="Times New Roman"/>
          <w:szCs w:val="24"/>
          <w:lang w:val="ru-RU" w:eastAsia="ru-RU"/>
        </w:rPr>
      </w:pPr>
      <w:r w:rsidRPr="00137388">
        <w:rPr>
          <w:rFonts w:eastAsia="Times New Roman" w:cs="Times New Roman"/>
          <w:b/>
          <w:bCs/>
          <w:szCs w:val="24"/>
          <w:lang w:val="ru-RU" w:eastAsia="ru-RU"/>
        </w:rPr>
        <w:t xml:space="preserve">8.3. </w:t>
      </w:r>
      <w:proofErr w:type="spellStart"/>
      <w:r w:rsidRPr="00137388">
        <w:rPr>
          <w:rFonts w:eastAsia="Times New Roman" w:cs="Times New Roman"/>
          <w:b/>
          <w:bCs/>
          <w:szCs w:val="24"/>
          <w:lang w:val="ru-RU" w:eastAsia="ru-RU"/>
        </w:rPr>
        <w:t>Педагогтарды</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республикалық</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және</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халықаралық</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конкурстарға</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іріктеу</w:t>
      </w:r>
      <w:proofErr w:type="spellEnd"/>
    </w:p>
    <w:p w14:paraId="5EC991E7" w14:textId="77777777" w:rsidR="009A07C4" w:rsidRPr="00137388" w:rsidRDefault="009A07C4" w:rsidP="00946843">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Педагогтарды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іріктеу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тиісті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конкурстардың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шарттарына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сәйкес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кәсіби</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жетістіктерін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белгіленген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өлшемдерге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сәйкестігін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педагогтың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қатысуға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келісімін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ескере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отырып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жүзеге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асырылады</w:t>
      </w:r>
      <w:proofErr w:type="spellEnd"/>
      <w:r w:rsidRPr="00137388">
        <w:rPr>
          <w:rFonts w:eastAsia="Times New Roman" w:cs="Times New Roman"/>
          <w:szCs w:val="24"/>
          <w:lang w:val="ru-RU" w:eastAsia="ru-RU"/>
        </w:rPr>
        <w:t>.</w:t>
      </w:r>
    </w:p>
    <w:p w14:paraId="75EF2A73" w14:textId="77777777" w:rsidR="009A07C4" w:rsidRPr="00137388" w:rsidRDefault="009A07C4" w:rsidP="00946843">
      <w:pPr>
        <w:spacing w:after="0" w:line="240" w:lineRule="auto"/>
        <w:rPr>
          <w:rFonts w:eastAsia="Times New Roman" w:cs="Times New Roman"/>
          <w:szCs w:val="24"/>
          <w:lang w:val="ru-RU" w:eastAsia="ru-RU"/>
        </w:rPr>
      </w:pPr>
      <w:r w:rsidRPr="00137388">
        <w:rPr>
          <w:rFonts w:eastAsia="Times New Roman" w:cs="Times New Roman"/>
          <w:b/>
          <w:bCs/>
          <w:szCs w:val="24"/>
          <w:lang w:val="ru-RU" w:eastAsia="ru-RU"/>
        </w:rPr>
        <w:t xml:space="preserve">8.4. </w:t>
      </w:r>
      <w:proofErr w:type="spellStart"/>
      <w:r w:rsidRPr="00137388">
        <w:rPr>
          <w:rFonts w:eastAsia="Times New Roman" w:cs="Times New Roman"/>
          <w:b/>
          <w:bCs/>
          <w:szCs w:val="24"/>
          <w:lang w:val="ru-RU" w:eastAsia="ru-RU"/>
        </w:rPr>
        <w:t>Білім</w:t>
      </w:r>
      <w:proofErr w:type="spellEnd"/>
      <w:r w:rsidRPr="00137388">
        <w:rPr>
          <w:rFonts w:eastAsia="Times New Roman" w:cs="Times New Roman"/>
          <w:b/>
          <w:bCs/>
          <w:szCs w:val="24"/>
          <w:lang w:val="ru-RU" w:eastAsia="ru-RU"/>
        </w:rPr>
        <w:t xml:space="preserve"> беру </w:t>
      </w:r>
      <w:proofErr w:type="spellStart"/>
      <w:r w:rsidRPr="00137388">
        <w:rPr>
          <w:rFonts w:eastAsia="Times New Roman" w:cs="Times New Roman"/>
          <w:b/>
          <w:bCs/>
          <w:szCs w:val="24"/>
          <w:lang w:val="ru-RU" w:eastAsia="ru-RU"/>
        </w:rPr>
        <w:t>ұйымы</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қызметкерлерінің</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біліктілігін</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арттыруды</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ұйымдастыру</w:t>
      </w:r>
      <w:proofErr w:type="spellEnd"/>
    </w:p>
    <w:p w14:paraId="733C6E51" w14:textId="77777777" w:rsidR="009A07C4" w:rsidRPr="00137388" w:rsidRDefault="009A07C4" w:rsidP="00946843">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Қызметкерлердің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біліктілігін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арттыру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Қазақстан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Республикасының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заңнамасына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кәсіби</w:t>
      </w:r>
      <w:proofErr w:type="spellEnd"/>
      <w:r w:rsidRPr="00137388">
        <w:rPr>
          <w:rFonts w:eastAsia="Times New Roman" w:cs="Times New Roman"/>
          <w:szCs w:val="24"/>
          <w:lang w:val="ru-RU" w:eastAsia="ru-RU"/>
        </w:rPr>
        <w:t xml:space="preserve"> даму </w:t>
      </w:r>
      <w:proofErr w:type="spellStart"/>
      <w:r w:rsidRPr="00137388">
        <w:rPr>
          <w:rFonts w:eastAsia="Times New Roman" w:cs="Times New Roman"/>
          <w:szCs w:val="24"/>
          <w:lang w:val="ru-RU" w:eastAsia="ru-RU"/>
        </w:rPr>
        <w:t>жоспарына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Мектептің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қажеттіліктеріне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сәйкес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ұйымдастырылады</w:t>
      </w:r>
      <w:proofErr w:type="spellEnd"/>
      <w:r w:rsidRPr="00137388">
        <w:rPr>
          <w:rFonts w:eastAsia="Times New Roman" w:cs="Times New Roman"/>
          <w:szCs w:val="24"/>
          <w:lang w:val="ru-RU" w:eastAsia="ru-RU"/>
        </w:rPr>
        <w:t>.</w:t>
      </w:r>
    </w:p>
    <w:p w14:paraId="70611308" w14:textId="77777777" w:rsidR="009A07C4" w:rsidRPr="00137388" w:rsidRDefault="009A07C4" w:rsidP="00946843">
      <w:pPr>
        <w:spacing w:after="0" w:line="240" w:lineRule="auto"/>
        <w:rPr>
          <w:rFonts w:eastAsia="Times New Roman" w:cs="Times New Roman"/>
          <w:szCs w:val="24"/>
          <w:lang w:val="ru-RU" w:eastAsia="ru-RU"/>
        </w:rPr>
      </w:pPr>
      <w:r w:rsidRPr="00137388">
        <w:rPr>
          <w:rFonts w:eastAsia="Times New Roman" w:cs="Times New Roman"/>
          <w:b/>
          <w:bCs/>
          <w:szCs w:val="24"/>
          <w:lang w:val="ru-RU" w:eastAsia="ru-RU"/>
        </w:rPr>
        <w:t xml:space="preserve">8.5. </w:t>
      </w:r>
      <w:proofErr w:type="spellStart"/>
      <w:r w:rsidRPr="00137388">
        <w:rPr>
          <w:rFonts w:eastAsia="Times New Roman" w:cs="Times New Roman"/>
          <w:b/>
          <w:bCs/>
          <w:szCs w:val="24"/>
          <w:lang w:val="ru-RU" w:eastAsia="ru-RU"/>
        </w:rPr>
        <w:t>Білім</w:t>
      </w:r>
      <w:proofErr w:type="spellEnd"/>
      <w:r w:rsidRPr="00137388">
        <w:rPr>
          <w:rFonts w:eastAsia="Times New Roman" w:cs="Times New Roman"/>
          <w:b/>
          <w:bCs/>
          <w:szCs w:val="24"/>
          <w:lang w:val="ru-RU" w:eastAsia="ru-RU"/>
        </w:rPr>
        <w:t xml:space="preserve"> беру </w:t>
      </w:r>
      <w:proofErr w:type="spellStart"/>
      <w:r w:rsidRPr="00137388">
        <w:rPr>
          <w:rFonts w:eastAsia="Times New Roman" w:cs="Times New Roman"/>
          <w:b/>
          <w:bCs/>
          <w:szCs w:val="24"/>
          <w:lang w:val="ru-RU" w:eastAsia="ru-RU"/>
        </w:rPr>
        <w:t>үдерісіне</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қатысушылардың</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оқыту</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тағылымдама</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семинарлар</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конференциялар</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олимпиадалар</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конкурстар</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жұмысына</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қатысу</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жөніндегі</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қызметін</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жүзеге</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асыру</w:t>
      </w:r>
      <w:proofErr w:type="spellEnd"/>
    </w:p>
    <w:p w14:paraId="5724129D" w14:textId="77777777" w:rsidR="009A07C4" w:rsidRPr="00137388" w:rsidRDefault="009A07C4" w:rsidP="00946843">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lastRenderedPageBreak/>
        <w:t>Қызметкерлер</w:t>
      </w:r>
      <w:proofErr w:type="spellEnd"/>
      <w:r w:rsidRPr="00137388">
        <w:rPr>
          <w:rFonts w:eastAsia="Times New Roman" w:cs="Times New Roman"/>
          <w:szCs w:val="24"/>
          <w:lang w:val="ru-RU" w:eastAsia="ru-RU"/>
        </w:rPr>
        <w:t xml:space="preserve"> мен </w:t>
      </w:r>
      <w:proofErr w:type="spellStart"/>
      <w:r w:rsidRPr="00137388">
        <w:rPr>
          <w:rFonts w:eastAsia="Times New Roman" w:cs="Times New Roman"/>
          <w:szCs w:val="24"/>
          <w:lang w:val="ru-RU" w:eastAsia="ru-RU"/>
        </w:rPr>
        <w:t>оқушылардың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оқытуға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тағылымдамаға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семинарларға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конференцияларға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олимпиадаларға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конкурстарға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қатысуы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тиісті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іс-шаралардың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шарттарын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қауіпсіздік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талаптарын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қатысушыларды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жіберуді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рәсімдеу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тәртібін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сақтай</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отырып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жүзеге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асырылады</w:t>
      </w:r>
      <w:proofErr w:type="spellEnd"/>
      <w:r w:rsidRPr="00137388">
        <w:rPr>
          <w:rFonts w:eastAsia="Times New Roman" w:cs="Times New Roman"/>
          <w:szCs w:val="24"/>
          <w:lang w:val="ru-RU" w:eastAsia="ru-RU"/>
        </w:rPr>
        <w:t>.</w:t>
      </w:r>
    </w:p>
    <w:p w14:paraId="4CAA8991" w14:textId="77777777" w:rsidR="00946843" w:rsidRPr="00137388" w:rsidRDefault="00946843" w:rsidP="00946843">
      <w:pPr>
        <w:spacing w:after="0" w:line="240" w:lineRule="auto"/>
        <w:ind w:firstLine="567"/>
        <w:rPr>
          <w:rFonts w:eastAsia="Times New Roman" w:cs="Times New Roman"/>
          <w:szCs w:val="24"/>
          <w:lang w:val="ru-RU" w:eastAsia="ru-RU"/>
        </w:rPr>
      </w:pPr>
    </w:p>
    <w:p w14:paraId="5BD93BA9" w14:textId="77777777" w:rsidR="009A07C4" w:rsidRPr="00137388" w:rsidRDefault="009A07C4" w:rsidP="00946843">
      <w:pPr>
        <w:spacing w:after="0" w:line="240" w:lineRule="auto"/>
        <w:jc w:val="center"/>
        <w:rPr>
          <w:rFonts w:eastAsia="Times New Roman" w:cs="Times New Roman"/>
          <w:szCs w:val="24"/>
          <w:lang w:val="ru-RU" w:eastAsia="ru-RU"/>
        </w:rPr>
      </w:pPr>
      <w:r w:rsidRPr="00137388">
        <w:rPr>
          <w:rFonts w:eastAsia="Times New Roman" w:cs="Times New Roman"/>
          <w:b/>
          <w:bCs/>
          <w:szCs w:val="24"/>
          <w:lang w:val="ru-RU" w:eastAsia="ru-RU"/>
        </w:rPr>
        <w:t xml:space="preserve">4-бөлім. </w:t>
      </w:r>
      <w:proofErr w:type="spellStart"/>
      <w:r w:rsidRPr="00137388">
        <w:rPr>
          <w:rFonts w:eastAsia="Times New Roman" w:cs="Times New Roman"/>
          <w:b/>
          <w:bCs/>
          <w:szCs w:val="24"/>
          <w:lang w:val="ru-RU" w:eastAsia="ru-RU"/>
        </w:rPr>
        <w:t>Қауіпсіздікті</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қамтамасыз</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ету</w:t>
      </w:r>
      <w:proofErr w:type="spellEnd"/>
    </w:p>
    <w:p w14:paraId="37D2B3C3" w14:textId="77777777" w:rsidR="009A07C4" w:rsidRPr="00137388" w:rsidRDefault="009A07C4" w:rsidP="00946843">
      <w:pPr>
        <w:spacing w:after="0" w:line="240" w:lineRule="auto"/>
        <w:rPr>
          <w:rFonts w:eastAsia="Times New Roman" w:cs="Times New Roman"/>
          <w:szCs w:val="24"/>
          <w:lang w:val="ru-RU" w:eastAsia="ru-RU"/>
        </w:rPr>
      </w:pPr>
      <w:r w:rsidRPr="00137388">
        <w:rPr>
          <w:rFonts w:eastAsia="Times New Roman" w:cs="Times New Roman"/>
          <w:b/>
          <w:bCs/>
          <w:szCs w:val="24"/>
          <w:lang w:val="ru-RU" w:eastAsia="ru-RU"/>
        </w:rPr>
        <w:t xml:space="preserve">9.1. </w:t>
      </w:r>
      <w:proofErr w:type="spellStart"/>
      <w:r w:rsidRPr="00137388">
        <w:rPr>
          <w:rFonts w:eastAsia="Times New Roman" w:cs="Times New Roman"/>
          <w:b/>
          <w:bCs/>
          <w:szCs w:val="24"/>
          <w:lang w:val="ru-RU" w:eastAsia="ru-RU"/>
        </w:rPr>
        <w:t>Оқушылар</w:t>
      </w:r>
      <w:proofErr w:type="spellEnd"/>
      <w:r w:rsidRPr="00137388">
        <w:rPr>
          <w:rFonts w:eastAsia="Times New Roman" w:cs="Times New Roman"/>
          <w:b/>
          <w:bCs/>
          <w:szCs w:val="24"/>
          <w:lang w:val="ru-RU" w:eastAsia="ru-RU"/>
        </w:rPr>
        <w:t xml:space="preserve"> мен </w:t>
      </w:r>
      <w:proofErr w:type="spellStart"/>
      <w:r w:rsidRPr="00137388">
        <w:rPr>
          <w:rFonts w:eastAsia="Times New Roman" w:cs="Times New Roman"/>
          <w:b/>
          <w:bCs/>
          <w:szCs w:val="24"/>
          <w:lang w:val="ru-RU" w:eastAsia="ru-RU"/>
        </w:rPr>
        <w:t>тәрбиеленушілерге</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медициналық</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қызмет</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көрсетуді</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қамтамасыз</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ету</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және</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медициналық</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пункттің</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жұмысын</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ұйымдастыру</w:t>
      </w:r>
      <w:proofErr w:type="spellEnd"/>
    </w:p>
    <w:p w14:paraId="294712DD" w14:textId="77777777" w:rsidR="009A07C4" w:rsidRPr="00137388" w:rsidRDefault="009A07C4" w:rsidP="00946843">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Оқушыларға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медициналық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қызмет</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көрсету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медициналық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пункттің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кабинеттің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жұмысы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Қазақстан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Республикасының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заңнамасында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белгіленген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тәртіппен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ұйымдастырылады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Өзін-өзі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күрт</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нашарлатқан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немесе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жарақат</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алған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жағдайда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оқушы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бұл</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туралы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педагогқа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немесе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Мектептің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өзге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қызметкеріне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дереу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хабарлауға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міндетті</w:t>
      </w:r>
      <w:proofErr w:type="spellEnd"/>
      <w:r w:rsidRPr="00137388">
        <w:rPr>
          <w:rFonts w:eastAsia="Times New Roman" w:cs="Times New Roman"/>
          <w:szCs w:val="24"/>
          <w:lang w:val="ru-RU" w:eastAsia="ru-RU"/>
        </w:rPr>
        <w:t>.</w:t>
      </w:r>
    </w:p>
    <w:p w14:paraId="26AB65A7" w14:textId="77777777" w:rsidR="009A07C4" w:rsidRPr="00137388" w:rsidRDefault="009A07C4" w:rsidP="00946843">
      <w:pPr>
        <w:spacing w:after="0" w:line="240" w:lineRule="auto"/>
        <w:rPr>
          <w:rFonts w:eastAsia="Times New Roman" w:cs="Times New Roman"/>
          <w:szCs w:val="24"/>
          <w:lang w:val="ru-RU" w:eastAsia="ru-RU"/>
        </w:rPr>
      </w:pPr>
      <w:r w:rsidRPr="00137388">
        <w:rPr>
          <w:rFonts w:eastAsia="Times New Roman" w:cs="Times New Roman"/>
          <w:b/>
          <w:bCs/>
          <w:szCs w:val="24"/>
          <w:lang w:val="ru-RU" w:eastAsia="ru-RU"/>
        </w:rPr>
        <w:t xml:space="preserve">9.2. </w:t>
      </w:r>
      <w:proofErr w:type="spellStart"/>
      <w:r w:rsidRPr="00137388">
        <w:rPr>
          <w:rFonts w:eastAsia="Times New Roman" w:cs="Times New Roman"/>
          <w:b/>
          <w:bCs/>
          <w:szCs w:val="24"/>
          <w:lang w:val="ru-RU" w:eastAsia="ru-RU"/>
        </w:rPr>
        <w:t>Білім</w:t>
      </w:r>
      <w:proofErr w:type="spellEnd"/>
      <w:r w:rsidRPr="00137388">
        <w:rPr>
          <w:rFonts w:eastAsia="Times New Roman" w:cs="Times New Roman"/>
          <w:b/>
          <w:bCs/>
          <w:szCs w:val="24"/>
          <w:lang w:val="ru-RU" w:eastAsia="ru-RU"/>
        </w:rPr>
        <w:t xml:space="preserve"> беру </w:t>
      </w:r>
      <w:proofErr w:type="spellStart"/>
      <w:r w:rsidRPr="00137388">
        <w:rPr>
          <w:rFonts w:eastAsia="Times New Roman" w:cs="Times New Roman"/>
          <w:b/>
          <w:bCs/>
          <w:szCs w:val="24"/>
          <w:lang w:val="ru-RU" w:eastAsia="ru-RU"/>
        </w:rPr>
        <w:t>ұйымының</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асханасы</w:t>
      </w:r>
      <w:proofErr w:type="spellEnd"/>
      <w:r w:rsidRPr="00137388">
        <w:rPr>
          <w:rFonts w:eastAsia="Times New Roman" w:cs="Times New Roman"/>
          <w:b/>
          <w:bCs/>
          <w:szCs w:val="24"/>
          <w:lang w:val="ru-RU" w:eastAsia="ru-RU"/>
        </w:rPr>
        <w:t xml:space="preserve"> мен </w:t>
      </w:r>
      <w:proofErr w:type="spellStart"/>
      <w:r w:rsidRPr="00137388">
        <w:rPr>
          <w:rFonts w:eastAsia="Times New Roman" w:cs="Times New Roman"/>
          <w:b/>
          <w:bCs/>
          <w:szCs w:val="24"/>
          <w:lang w:val="ru-RU" w:eastAsia="ru-RU"/>
        </w:rPr>
        <w:t>буфетінде</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тамақтануды</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ұйымдастыру</w:t>
      </w:r>
      <w:proofErr w:type="spellEnd"/>
    </w:p>
    <w:p w14:paraId="18678872" w14:textId="77777777" w:rsidR="009A07C4" w:rsidRPr="00137388" w:rsidRDefault="009A07C4" w:rsidP="00946843">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Оқушылардың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тамақтануы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санитарлық-эпидемиологиялық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талаптарға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белгіленген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тамақтану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режиміне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сәйкес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ұйымдастырылады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Оқушылар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қызмет</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көрсету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тәртібін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жеке</w:t>
      </w:r>
      <w:proofErr w:type="spellEnd"/>
      <w:r w:rsidRPr="00137388">
        <w:rPr>
          <w:rFonts w:eastAsia="Times New Roman" w:cs="Times New Roman"/>
          <w:szCs w:val="24"/>
          <w:lang w:val="ru-RU" w:eastAsia="ru-RU"/>
        </w:rPr>
        <w:t xml:space="preserve"> гигиена </w:t>
      </w:r>
      <w:proofErr w:type="spellStart"/>
      <w:r w:rsidRPr="00137388">
        <w:rPr>
          <w:rFonts w:eastAsia="Times New Roman" w:cs="Times New Roman"/>
          <w:szCs w:val="24"/>
          <w:lang w:val="ru-RU" w:eastAsia="ru-RU"/>
        </w:rPr>
        <w:t>ережелерін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асхана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қызметкерлері</w:t>
      </w:r>
      <w:proofErr w:type="spellEnd"/>
      <w:r w:rsidRPr="00137388">
        <w:rPr>
          <w:rFonts w:eastAsia="Times New Roman" w:cs="Times New Roman"/>
          <w:szCs w:val="24"/>
          <w:lang w:val="ru-RU" w:eastAsia="ru-RU"/>
        </w:rPr>
        <w:t xml:space="preserve"> мен </w:t>
      </w:r>
      <w:proofErr w:type="spellStart"/>
      <w:r w:rsidRPr="00137388">
        <w:rPr>
          <w:rFonts w:eastAsia="Times New Roman" w:cs="Times New Roman"/>
          <w:szCs w:val="24"/>
          <w:lang w:val="ru-RU" w:eastAsia="ru-RU"/>
        </w:rPr>
        <w:t>кезекші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педагогтардың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талаптарын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сақтайды</w:t>
      </w:r>
      <w:proofErr w:type="spellEnd"/>
      <w:r w:rsidRPr="00137388">
        <w:rPr>
          <w:rFonts w:eastAsia="Times New Roman" w:cs="Times New Roman"/>
          <w:szCs w:val="24"/>
          <w:lang w:val="ru-RU" w:eastAsia="ru-RU"/>
        </w:rPr>
        <w:t>.</w:t>
      </w:r>
    </w:p>
    <w:p w14:paraId="56EA298C" w14:textId="77777777" w:rsidR="009A07C4" w:rsidRPr="00137388" w:rsidRDefault="009A07C4" w:rsidP="00862FF2">
      <w:pPr>
        <w:spacing w:after="0" w:line="240" w:lineRule="auto"/>
        <w:ind w:firstLine="567"/>
        <w:rPr>
          <w:rFonts w:eastAsia="Times New Roman" w:cs="Times New Roman"/>
          <w:szCs w:val="24"/>
          <w:lang w:val="ru-RU" w:eastAsia="ru-RU"/>
        </w:rPr>
      </w:pPr>
      <w:r w:rsidRPr="00137388">
        <w:rPr>
          <w:rFonts w:eastAsia="Times New Roman" w:cs="Times New Roman"/>
          <w:b/>
          <w:bCs/>
          <w:szCs w:val="24"/>
          <w:lang w:val="ru-RU" w:eastAsia="ru-RU"/>
        </w:rPr>
        <w:t xml:space="preserve">9.3. </w:t>
      </w:r>
      <w:proofErr w:type="spellStart"/>
      <w:r w:rsidRPr="00137388">
        <w:rPr>
          <w:rFonts w:eastAsia="Times New Roman" w:cs="Times New Roman"/>
          <w:b/>
          <w:bCs/>
          <w:szCs w:val="24"/>
          <w:lang w:val="ru-RU" w:eastAsia="ru-RU"/>
        </w:rPr>
        <w:t>Оқушылар</w:t>
      </w:r>
      <w:proofErr w:type="spellEnd"/>
      <w:r w:rsidRPr="00137388">
        <w:rPr>
          <w:rFonts w:eastAsia="Times New Roman" w:cs="Times New Roman"/>
          <w:b/>
          <w:bCs/>
          <w:szCs w:val="24"/>
          <w:lang w:val="ru-RU" w:eastAsia="ru-RU"/>
        </w:rPr>
        <w:t xml:space="preserve"> мен </w:t>
      </w:r>
      <w:proofErr w:type="spellStart"/>
      <w:r w:rsidRPr="00137388">
        <w:rPr>
          <w:rFonts w:eastAsia="Times New Roman" w:cs="Times New Roman"/>
          <w:b/>
          <w:bCs/>
          <w:szCs w:val="24"/>
          <w:lang w:val="ru-RU" w:eastAsia="ru-RU"/>
        </w:rPr>
        <w:t>тәрбиеленушілердің</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қауіпсіздігін</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қамтамасыз</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ету</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ғимараттарға</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және</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аумаққа</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өту</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режимі</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бөтен</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адамдардың</w:t>
      </w:r>
      <w:proofErr w:type="spellEnd"/>
      <w:r w:rsidRPr="00137388">
        <w:rPr>
          <w:rFonts w:eastAsia="Times New Roman" w:cs="Times New Roman"/>
          <w:b/>
          <w:bCs/>
          <w:szCs w:val="24"/>
          <w:lang w:val="ru-RU" w:eastAsia="ru-RU"/>
        </w:rPr>
        <w:t xml:space="preserve"> болу </w:t>
      </w:r>
      <w:proofErr w:type="spellStart"/>
      <w:r w:rsidRPr="00137388">
        <w:rPr>
          <w:rFonts w:eastAsia="Times New Roman" w:cs="Times New Roman"/>
          <w:b/>
          <w:bCs/>
          <w:szCs w:val="24"/>
          <w:lang w:val="ru-RU" w:eastAsia="ru-RU"/>
        </w:rPr>
        <w:t>шарттары</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Мектеп</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бойынша</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кезекшілікті</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ұйымдастыру</w:t>
      </w:r>
      <w:proofErr w:type="spellEnd"/>
    </w:p>
    <w:p w14:paraId="7048B92C" w14:textId="77777777" w:rsidR="009A07C4" w:rsidRPr="00137388" w:rsidRDefault="009A07C4" w:rsidP="00862FF2">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Оқушылардың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қызметкерлердің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өзге</w:t>
      </w:r>
      <w:proofErr w:type="spellEnd"/>
      <w:r w:rsidRPr="00137388">
        <w:rPr>
          <w:rFonts w:eastAsia="Times New Roman" w:cs="Times New Roman"/>
          <w:szCs w:val="24"/>
          <w:lang w:val="ru-RU" w:eastAsia="ru-RU"/>
        </w:rPr>
        <w:t xml:space="preserve"> де </w:t>
      </w:r>
      <w:proofErr w:type="spellStart"/>
      <w:r w:rsidRPr="00137388">
        <w:rPr>
          <w:rFonts w:eastAsia="Times New Roman" w:cs="Times New Roman"/>
          <w:szCs w:val="24"/>
          <w:lang w:val="ru-RU" w:eastAsia="ru-RU"/>
        </w:rPr>
        <w:t>келушілердің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ғимаратқа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аумаққа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өту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кіру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тәртібі</w:t>
      </w:r>
      <w:proofErr w:type="spellEnd"/>
      <w:r w:rsidRPr="00137388">
        <w:rPr>
          <w:rFonts w:eastAsia="Times New Roman" w:cs="Times New Roman"/>
          <w:szCs w:val="24"/>
          <w:lang w:val="ru-RU" w:eastAsia="ru-RU"/>
        </w:rPr>
        <w:t>.</w:t>
      </w:r>
    </w:p>
    <w:p w14:paraId="30F4BA9B" w14:textId="77777777" w:rsidR="009A07C4" w:rsidRPr="00137388" w:rsidRDefault="009A07C4" w:rsidP="00862FF2">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ғимаратына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кіру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одан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шығу</w:t>
      </w:r>
      <w:proofErr w:type="spellEnd"/>
      <w:r w:rsidRPr="00137388">
        <w:rPr>
          <w:rFonts w:eastAsia="Times New Roman" w:cs="Times New Roman"/>
          <w:szCs w:val="24"/>
          <w:lang w:val="ru-RU" w:eastAsia="ru-RU"/>
        </w:rPr>
        <w:t xml:space="preserve"> тек 1-қабаттағы </w:t>
      </w:r>
      <w:proofErr w:type="spellStart"/>
      <w:r w:rsidRPr="00137388">
        <w:rPr>
          <w:rFonts w:eastAsia="Times New Roman" w:cs="Times New Roman"/>
          <w:szCs w:val="24"/>
          <w:lang w:val="ru-RU" w:eastAsia="ru-RU"/>
        </w:rPr>
        <w:t>басты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күзет</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бекеті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арқылы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жүзеге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асырылады</w:t>
      </w:r>
      <w:proofErr w:type="spellEnd"/>
      <w:r w:rsidRPr="00137388">
        <w:rPr>
          <w:rFonts w:eastAsia="Times New Roman" w:cs="Times New Roman"/>
          <w:szCs w:val="24"/>
          <w:lang w:val="ru-RU" w:eastAsia="ru-RU"/>
        </w:rPr>
        <w:t>.</w:t>
      </w:r>
    </w:p>
    <w:p w14:paraId="37A79C42" w14:textId="77777777" w:rsidR="009A07C4" w:rsidRPr="00137388" w:rsidRDefault="009A07C4" w:rsidP="00862FF2">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Кіреберістердің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ашылу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жабылу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уақыты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оқушылардың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қауіпсіз</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қолжетімділігін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эвакуациялық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шығуларды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қамтамасыз</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ете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отырып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мектептің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бекітілген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жұмыс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кестесімен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анықталады</w:t>
      </w:r>
      <w:proofErr w:type="spellEnd"/>
      <w:r w:rsidRPr="00137388">
        <w:rPr>
          <w:rFonts w:eastAsia="Times New Roman" w:cs="Times New Roman"/>
          <w:szCs w:val="24"/>
          <w:lang w:val="ru-RU" w:eastAsia="ru-RU"/>
        </w:rPr>
        <w:t>.</w:t>
      </w:r>
    </w:p>
    <w:p w14:paraId="3422628C" w14:textId="77777777" w:rsidR="009A07C4" w:rsidRPr="00137388" w:rsidRDefault="009A07C4" w:rsidP="00862FF2">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Оқушылар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ғимаратына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Алақан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бойынша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сағат</w:t>
      </w:r>
      <w:proofErr w:type="spellEnd"/>
      <w:r w:rsidRPr="00137388">
        <w:rPr>
          <w:rFonts w:eastAsia="Times New Roman" w:cs="Times New Roman"/>
          <w:szCs w:val="24"/>
          <w:lang w:val="ru-RU" w:eastAsia="ru-RU"/>
        </w:rPr>
        <w:t xml:space="preserve"> 8.30-дан </w:t>
      </w:r>
      <w:proofErr w:type="spellStart"/>
      <w:r w:rsidRPr="00137388">
        <w:rPr>
          <w:rFonts w:eastAsia="Times New Roman" w:cs="Times New Roman"/>
          <w:szCs w:val="24"/>
          <w:lang w:val="ru-RU" w:eastAsia="ru-RU"/>
        </w:rPr>
        <w:t>бастап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жіберіледі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Белгіленген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уақыттан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тыс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келген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оқушылар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директорының</w:t>
      </w:r>
      <w:proofErr w:type="spellEnd"/>
      <w:r w:rsidRPr="00137388">
        <w:rPr>
          <w:rFonts w:eastAsia="Times New Roman" w:cs="Times New Roman"/>
          <w:szCs w:val="24"/>
          <w:lang w:val="ru-RU" w:eastAsia="ru-RU"/>
        </w:rPr>
        <w:t xml:space="preserve"> не </w:t>
      </w:r>
      <w:proofErr w:type="spellStart"/>
      <w:r w:rsidRPr="00137388">
        <w:rPr>
          <w:rFonts w:eastAsia="Times New Roman" w:cs="Times New Roman"/>
          <w:szCs w:val="24"/>
          <w:lang w:val="ru-RU" w:eastAsia="ru-RU"/>
        </w:rPr>
        <w:t>мектептің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кезекші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әкімшісінің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рұқсатымен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ғана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жіберіледі</w:t>
      </w:r>
      <w:proofErr w:type="spellEnd"/>
      <w:r w:rsidRPr="00137388">
        <w:rPr>
          <w:rFonts w:eastAsia="Times New Roman" w:cs="Times New Roman"/>
          <w:szCs w:val="24"/>
          <w:lang w:val="ru-RU" w:eastAsia="ru-RU"/>
        </w:rPr>
        <w:t>.</w:t>
      </w:r>
    </w:p>
    <w:p w14:paraId="262B7525" w14:textId="77777777" w:rsidR="009A07C4" w:rsidRPr="00137388" w:rsidRDefault="009A07C4" w:rsidP="00862FF2">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Оқушылардың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ғимаратына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жаппай</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өтуі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сабақ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басталғанға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дейін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олар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аяқталғаннан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кейін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бекітілген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сабақ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кестесіне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сәйкес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жүзеге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асырылады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бойынша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кезекшілік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ережесіне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сәйкес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сағат</w:t>
      </w:r>
      <w:proofErr w:type="spellEnd"/>
      <w:r w:rsidRPr="00137388">
        <w:rPr>
          <w:rFonts w:eastAsia="Times New Roman" w:cs="Times New Roman"/>
          <w:szCs w:val="24"/>
          <w:lang w:val="ru-RU" w:eastAsia="ru-RU"/>
        </w:rPr>
        <w:t xml:space="preserve"> 8.30-дан </w:t>
      </w:r>
      <w:proofErr w:type="spellStart"/>
      <w:r w:rsidRPr="00137388">
        <w:rPr>
          <w:rFonts w:eastAsia="Times New Roman" w:cs="Times New Roman"/>
          <w:szCs w:val="24"/>
          <w:lang w:val="ru-RU" w:eastAsia="ru-RU"/>
        </w:rPr>
        <w:t>бастап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жүзеге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асырылады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осы </w:t>
      </w:r>
      <w:proofErr w:type="spellStart"/>
      <w:r w:rsidRPr="00137388">
        <w:rPr>
          <w:rFonts w:eastAsia="Times New Roman" w:cs="Times New Roman"/>
          <w:szCs w:val="24"/>
          <w:lang w:val="ru-RU" w:eastAsia="ru-RU"/>
        </w:rPr>
        <w:t>педагогтың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сабақтары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аяқталғаннан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кейін</w:t>
      </w:r>
      <w:proofErr w:type="spellEnd"/>
      <w:r w:rsidRPr="00137388">
        <w:rPr>
          <w:rFonts w:eastAsia="Times New Roman" w:cs="Times New Roman"/>
          <w:szCs w:val="24"/>
          <w:lang w:val="ru-RU" w:eastAsia="ru-RU"/>
        </w:rPr>
        <w:t xml:space="preserve"> 20 </w:t>
      </w:r>
      <w:proofErr w:type="spellStart"/>
      <w:r w:rsidRPr="00137388">
        <w:rPr>
          <w:rFonts w:eastAsia="Times New Roman" w:cs="Times New Roman"/>
          <w:szCs w:val="24"/>
          <w:lang w:val="ru-RU" w:eastAsia="ru-RU"/>
        </w:rPr>
        <w:t>минуттан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аспайды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Кезекшілік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кестесі</w:t>
      </w:r>
      <w:proofErr w:type="spellEnd"/>
      <w:r w:rsidRPr="00137388">
        <w:rPr>
          <w:rFonts w:eastAsia="Times New Roman" w:cs="Times New Roman"/>
          <w:szCs w:val="24"/>
          <w:lang w:val="ru-RU" w:eastAsia="ru-RU"/>
        </w:rPr>
        <w:t xml:space="preserve"> жарты </w:t>
      </w:r>
      <w:proofErr w:type="spellStart"/>
      <w:r w:rsidRPr="00137388">
        <w:rPr>
          <w:rFonts w:eastAsia="Times New Roman" w:cs="Times New Roman"/>
          <w:szCs w:val="24"/>
          <w:lang w:val="ru-RU" w:eastAsia="ru-RU"/>
        </w:rPr>
        <w:t>жылға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жасалады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директорымен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бекітіледі</w:t>
      </w:r>
      <w:proofErr w:type="spellEnd"/>
      <w:r w:rsidRPr="00137388">
        <w:rPr>
          <w:rFonts w:eastAsia="Times New Roman" w:cs="Times New Roman"/>
          <w:szCs w:val="24"/>
          <w:lang w:val="ru-RU" w:eastAsia="ru-RU"/>
        </w:rPr>
        <w:t>.</w:t>
      </w:r>
    </w:p>
    <w:p w14:paraId="6C39CF93" w14:textId="77777777" w:rsidR="009A07C4" w:rsidRPr="00137388" w:rsidRDefault="009A07C4" w:rsidP="00862FF2">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қызметкерлері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ғимаратқа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Алақан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бойынша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жіберіледі</w:t>
      </w:r>
      <w:proofErr w:type="spellEnd"/>
      <w:r w:rsidRPr="00137388">
        <w:rPr>
          <w:rFonts w:eastAsia="Times New Roman" w:cs="Times New Roman"/>
          <w:szCs w:val="24"/>
          <w:lang w:val="ru-RU" w:eastAsia="ru-RU"/>
        </w:rPr>
        <w:t>.</w:t>
      </w:r>
    </w:p>
    <w:p w14:paraId="00DD3105" w14:textId="77777777" w:rsidR="009A07C4" w:rsidRPr="00137388" w:rsidRDefault="009A07C4" w:rsidP="00862FF2">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Жұмыс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уақытынан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тыс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мереке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демалыс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күндері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ғимаратына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аумағына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кедергісіз</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жіберіледі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директоры </w:t>
      </w:r>
      <w:proofErr w:type="spellStart"/>
      <w:r w:rsidRPr="00137388">
        <w:rPr>
          <w:rFonts w:eastAsia="Times New Roman" w:cs="Times New Roman"/>
          <w:szCs w:val="24"/>
          <w:lang w:val="ru-RU" w:eastAsia="ru-RU"/>
        </w:rPr>
        <w:t>Меркер</w:t>
      </w:r>
      <w:proofErr w:type="spellEnd"/>
      <w:r w:rsidRPr="00137388">
        <w:rPr>
          <w:rFonts w:eastAsia="Times New Roman" w:cs="Times New Roman"/>
          <w:szCs w:val="24"/>
          <w:lang w:val="ru-RU" w:eastAsia="ru-RU"/>
        </w:rPr>
        <w:t xml:space="preserve"> Н.А., </w:t>
      </w:r>
      <w:proofErr w:type="spellStart"/>
      <w:r w:rsidRPr="00137388">
        <w:rPr>
          <w:rFonts w:eastAsia="Times New Roman" w:cs="Times New Roman"/>
          <w:szCs w:val="24"/>
          <w:lang w:val="ru-RU" w:eastAsia="ru-RU"/>
        </w:rPr>
        <w:t>шаруашылық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меңгерушісі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бұйрығына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сәйкес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тәулік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бойы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келу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құқығы</w:t>
      </w:r>
      <w:proofErr w:type="spellEnd"/>
      <w:r w:rsidRPr="00137388">
        <w:rPr>
          <w:rFonts w:eastAsia="Times New Roman" w:cs="Times New Roman"/>
          <w:szCs w:val="24"/>
          <w:lang w:val="ru-RU" w:eastAsia="ru-RU"/>
        </w:rPr>
        <w:t xml:space="preserve"> бар </w:t>
      </w:r>
      <w:proofErr w:type="spellStart"/>
      <w:r w:rsidRPr="00137388">
        <w:rPr>
          <w:rFonts w:eastAsia="Times New Roman" w:cs="Times New Roman"/>
          <w:szCs w:val="24"/>
          <w:lang w:val="ru-RU" w:eastAsia="ru-RU"/>
        </w:rPr>
        <w:t>өзге</w:t>
      </w:r>
      <w:proofErr w:type="spellEnd"/>
      <w:r w:rsidRPr="00137388">
        <w:rPr>
          <w:rFonts w:eastAsia="Times New Roman" w:cs="Times New Roman"/>
          <w:szCs w:val="24"/>
          <w:lang w:val="ru-RU" w:eastAsia="ru-RU"/>
        </w:rPr>
        <w:t xml:space="preserve"> де </w:t>
      </w:r>
      <w:proofErr w:type="spellStart"/>
      <w:r w:rsidRPr="00137388">
        <w:rPr>
          <w:rFonts w:eastAsia="Times New Roman" w:cs="Times New Roman"/>
          <w:szCs w:val="24"/>
          <w:lang w:val="ru-RU" w:eastAsia="ru-RU"/>
        </w:rPr>
        <w:t>қызметкерлер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Жұмыс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уақытынан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тыс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мереке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демалыс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күндері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мектепте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болуы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жұмыс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сипаты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бойынша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қажетті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өзге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қызметкерлер</w:t>
      </w:r>
      <w:proofErr w:type="spellEnd"/>
      <w:r w:rsidRPr="00137388">
        <w:rPr>
          <w:rFonts w:eastAsia="Times New Roman" w:cs="Times New Roman"/>
          <w:szCs w:val="24"/>
          <w:lang w:val="ru-RU" w:eastAsia="ru-RU"/>
        </w:rPr>
        <w:t xml:space="preserve"> тек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директорымен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куәландырылған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рұқсат</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немесе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жазба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негізінде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ғана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жіберіледі</w:t>
      </w:r>
      <w:proofErr w:type="spellEnd"/>
      <w:r w:rsidRPr="00137388">
        <w:rPr>
          <w:rFonts w:eastAsia="Times New Roman" w:cs="Times New Roman"/>
          <w:szCs w:val="24"/>
          <w:lang w:val="ru-RU" w:eastAsia="ru-RU"/>
        </w:rPr>
        <w:t>.</w:t>
      </w:r>
    </w:p>
    <w:p w14:paraId="40AE2E9C" w14:textId="77777777" w:rsidR="009A07C4" w:rsidRPr="00137388" w:rsidRDefault="009A07C4" w:rsidP="00862FF2">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Ата-аналар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жиналыстарын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мерекелік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іс-шараларды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өткізу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кезінде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сынып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жетекшілері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вахтерге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келушілер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тізімін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береді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Оқушылардың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ата-аналары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өкілдері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қатарындағы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келушілер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жеке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басын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куәландыратын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құжатты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көрсеткенде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ғимаратына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жіберілуі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мүмкін</w:t>
      </w:r>
      <w:proofErr w:type="spellEnd"/>
      <w:r w:rsidRPr="00137388">
        <w:rPr>
          <w:rFonts w:eastAsia="Times New Roman" w:cs="Times New Roman"/>
          <w:szCs w:val="24"/>
          <w:lang w:val="ru-RU" w:eastAsia="ru-RU"/>
        </w:rPr>
        <w:t>.</w:t>
      </w:r>
    </w:p>
    <w:p w14:paraId="753EED70" w14:textId="77777777" w:rsidR="009A07C4" w:rsidRPr="00137388" w:rsidRDefault="009A07C4" w:rsidP="00862FF2">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Оқушылардың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ата-аналары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өкілдері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қатарындағы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келушілер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өз</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балаларын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аумағында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немесе</w:t>
      </w:r>
      <w:proofErr w:type="spellEnd"/>
      <w:r w:rsidRPr="00137388">
        <w:rPr>
          <w:rFonts w:eastAsia="Times New Roman" w:cs="Times New Roman"/>
          <w:szCs w:val="24"/>
          <w:lang w:val="ru-RU" w:eastAsia="ru-RU"/>
        </w:rPr>
        <w:t xml:space="preserve"> 1-қабаттағы </w:t>
      </w:r>
      <w:proofErr w:type="spellStart"/>
      <w:r w:rsidRPr="00137388">
        <w:rPr>
          <w:rFonts w:eastAsia="Times New Roman" w:cs="Times New Roman"/>
          <w:szCs w:val="24"/>
          <w:lang w:val="ru-RU" w:eastAsia="ru-RU"/>
        </w:rPr>
        <w:t>басты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кіреберісте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күтеді</w:t>
      </w:r>
      <w:proofErr w:type="spellEnd"/>
      <w:r w:rsidRPr="00137388">
        <w:rPr>
          <w:rFonts w:eastAsia="Times New Roman" w:cs="Times New Roman"/>
          <w:szCs w:val="24"/>
          <w:lang w:val="ru-RU" w:eastAsia="ru-RU"/>
        </w:rPr>
        <w:t>.</w:t>
      </w:r>
    </w:p>
    <w:p w14:paraId="0A27D408" w14:textId="77777777" w:rsidR="009A07C4" w:rsidRPr="00137388" w:rsidRDefault="009A07C4" w:rsidP="00862FF2">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Сабақтан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тыс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сабақтан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тыс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іс-шараларды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өткізу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үшін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үйірмелер</w:t>
      </w:r>
      <w:proofErr w:type="spellEnd"/>
      <w:r w:rsidRPr="00137388">
        <w:rPr>
          <w:rFonts w:eastAsia="Times New Roman" w:cs="Times New Roman"/>
          <w:szCs w:val="24"/>
          <w:lang w:val="ru-RU" w:eastAsia="ru-RU"/>
        </w:rPr>
        <w:t xml:space="preserve"> мен </w:t>
      </w:r>
      <w:proofErr w:type="spellStart"/>
      <w:r w:rsidRPr="00137388">
        <w:rPr>
          <w:rFonts w:eastAsia="Times New Roman" w:cs="Times New Roman"/>
          <w:szCs w:val="24"/>
          <w:lang w:val="ru-RU" w:eastAsia="ru-RU"/>
        </w:rPr>
        <w:t>басқа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топтардың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мүшелері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сабақ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кестесіне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директорымен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куәландырылған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тізімдерге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сәйкес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мектепке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жіберіледі</w:t>
      </w:r>
      <w:proofErr w:type="spellEnd"/>
      <w:r w:rsidRPr="00137388">
        <w:rPr>
          <w:rFonts w:eastAsia="Times New Roman" w:cs="Times New Roman"/>
          <w:szCs w:val="24"/>
          <w:lang w:val="ru-RU" w:eastAsia="ru-RU"/>
        </w:rPr>
        <w:t>.</w:t>
      </w:r>
    </w:p>
    <w:p w14:paraId="34FDF193" w14:textId="77777777" w:rsidR="009A07C4" w:rsidRPr="00137388" w:rsidRDefault="009A07C4" w:rsidP="00862FF2">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беру </w:t>
      </w:r>
      <w:proofErr w:type="spellStart"/>
      <w:r w:rsidRPr="00137388">
        <w:rPr>
          <w:rFonts w:eastAsia="Times New Roman" w:cs="Times New Roman"/>
          <w:szCs w:val="24"/>
          <w:lang w:val="ru-RU" w:eastAsia="ru-RU"/>
        </w:rPr>
        <w:t>үдерісіне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байланысты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емес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қызметтік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қажеттілік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бойынша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немесе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жаппай</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іс-шаралар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өткізу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кезінде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мектепке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келетін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келушілер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жеке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басын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куәландыратын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құжатты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көрсетіп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директорымен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келісім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бойынша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жіберіледі</w:t>
      </w:r>
      <w:proofErr w:type="spellEnd"/>
      <w:r w:rsidRPr="00137388">
        <w:rPr>
          <w:rFonts w:eastAsia="Times New Roman" w:cs="Times New Roman"/>
          <w:szCs w:val="24"/>
          <w:lang w:val="ru-RU" w:eastAsia="ru-RU"/>
        </w:rPr>
        <w:t>.</w:t>
      </w:r>
    </w:p>
    <w:p w14:paraId="0D2976DD" w14:textId="77777777" w:rsidR="009A07C4" w:rsidRPr="00137388" w:rsidRDefault="009A07C4" w:rsidP="00862FF2">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Тіркеуден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өткісі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келмейтін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немесе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жеке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басын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куәландыратын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құжаты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жоқ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келушілер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Өту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ішкі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объектілік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режимдер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туралы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ережеге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дәлелді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сілтеме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жасап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мектепке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жіберілмейді</w:t>
      </w:r>
      <w:proofErr w:type="spellEnd"/>
      <w:r w:rsidRPr="00137388">
        <w:rPr>
          <w:rFonts w:eastAsia="Times New Roman" w:cs="Times New Roman"/>
          <w:szCs w:val="24"/>
          <w:lang w:val="ru-RU" w:eastAsia="ru-RU"/>
        </w:rPr>
        <w:t>.</w:t>
      </w:r>
    </w:p>
    <w:p w14:paraId="0AC1A354" w14:textId="77777777" w:rsidR="009A07C4" w:rsidRPr="00137388" w:rsidRDefault="009A07C4" w:rsidP="00862FF2">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lastRenderedPageBreak/>
        <w:t>Қажет</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болған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жағдайда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оларға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Өту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ішкі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объектілік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режимдер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туралы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ереженің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көшірмесімен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танысу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мүмкіндігі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беріледі</w:t>
      </w:r>
      <w:proofErr w:type="spellEnd"/>
      <w:r w:rsidRPr="00137388">
        <w:rPr>
          <w:rFonts w:eastAsia="Times New Roman" w:cs="Times New Roman"/>
          <w:szCs w:val="24"/>
          <w:lang w:val="ru-RU" w:eastAsia="ru-RU"/>
        </w:rPr>
        <w:t>.</w:t>
      </w:r>
    </w:p>
    <w:p w14:paraId="41A372FB" w14:textId="77777777" w:rsidR="009A07C4" w:rsidRPr="00137388" w:rsidRDefault="009A07C4" w:rsidP="00862FF2">
      <w:pPr>
        <w:spacing w:after="0" w:line="240" w:lineRule="auto"/>
        <w:rPr>
          <w:rFonts w:eastAsia="Times New Roman" w:cs="Times New Roman"/>
          <w:szCs w:val="24"/>
          <w:lang w:val="ru-RU" w:eastAsia="ru-RU"/>
        </w:rPr>
      </w:pPr>
      <w:proofErr w:type="spellStart"/>
      <w:r w:rsidRPr="00137388">
        <w:rPr>
          <w:rFonts w:eastAsia="Times New Roman" w:cs="Times New Roman"/>
          <w:b/>
          <w:bCs/>
          <w:szCs w:val="24"/>
          <w:lang w:val="ru-RU" w:eastAsia="ru-RU"/>
        </w:rPr>
        <w:t>Мектеп</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аумағына</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өту</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үшін</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жеке</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басын</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куәландыратын</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құжат</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болуы</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мүмкін</w:t>
      </w:r>
      <w:proofErr w:type="spellEnd"/>
      <w:r w:rsidRPr="00137388">
        <w:rPr>
          <w:rFonts w:eastAsia="Times New Roman" w:cs="Times New Roman"/>
          <w:b/>
          <w:bCs/>
          <w:szCs w:val="24"/>
          <w:lang w:val="ru-RU" w:eastAsia="ru-RU"/>
        </w:rPr>
        <w:t>:</w:t>
      </w:r>
      <w:r w:rsidRPr="00137388">
        <w:rPr>
          <w:rFonts w:eastAsia="Times New Roman" w:cs="Times New Roman"/>
          <w:b/>
          <w:bCs/>
          <w:szCs w:val="24"/>
          <w:lang w:val="ru-RU" w:eastAsia="ru-RU"/>
        </w:rPr>
        <w:br/>
      </w:r>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Қазақстан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Республикасы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азаматының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жеке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куәлігі</w:t>
      </w:r>
      <w:proofErr w:type="spellEnd"/>
      <w:r w:rsidRPr="00137388">
        <w:rPr>
          <w:rFonts w:eastAsia="Times New Roman" w:cs="Times New Roman"/>
          <w:szCs w:val="24"/>
          <w:lang w:val="ru-RU" w:eastAsia="ru-RU"/>
        </w:rPr>
        <w:t>;</w:t>
      </w:r>
      <w:r w:rsidRPr="00137388">
        <w:rPr>
          <w:rFonts w:eastAsia="Times New Roman" w:cs="Times New Roman"/>
          <w:szCs w:val="24"/>
          <w:lang w:val="ru-RU" w:eastAsia="ru-RU"/>
        </w:rPr>
        <w:br/>
        <w:t xml:space="preserve">– </w:t>
      </w:r>
      <w:proofErr w:type="spellStart"/>
      <w:r w:rsidRPr="00137388">
        <w:rPr>
          <w:rFonts w:eastAsia="Times New Roman" w:cs="Times New Roman"/>
          <w:szCs w:val="24"/>
          <w:lang w:val="ru-RU" w:eastAsia="ru-RU"/>
        </w:rPr>
        <w:t>Қазақстан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Республикасы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немесе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басқа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мемлекет</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азаматының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паспорты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шетел</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азаматтары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үшін</w:t>
      </w:r>
      <w:proofErr w:type="spellEnd"/>
      <w:r w:rsidRPr="00137388">
        <w:rPr>
          <w:rFonts w:eastAsia="Times New Roman" w:cs="Times New Roman"/>
          <w:szCs w:val="24"/>
          <w:lang w:val="ru-RU" w:eastAsia="ru-RU"/>
        </w:rPr>
        <w:t>);</w:t>
      </w:r>
      <w:r w:rsidRPr="00137388">
        <w:rPr>
          <w:rFonts w:eastAsia="Times New Roman" w:cs="Times New Roman"/>
          <w:szCs w:val="24"/>
          <w:lang w:val="ru-RU" w:eastAsia="ru-RU"/>
        </w:rPr>
        <w:br/>
        <w:t xml:space="preserve">– </w:t>
      </w:r>
      <w:proofErr w:type="spellStart"/>
      <w:r w:rsidRPr="00137388">
        <w:rPr>
          <w:rFonts w:eastAsia="Times New Roman" w:cs="Times New Roman"/>
          <w:szCs w:val="24"/>
          <w:lang w:val="ru-RU" w:eastAsia="ru-RU"/>
        </w:rPr>
        <w:t>құқық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қорғау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арнайы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органдар</w:t>
      </w:r>
      <w:proofErr w:type="spellEnd"/>
      <w:r w:rsidRPr="00137388">
        <w:rPr>
          <w:rFonts w:eastAsia="Times New Roman" w:cs="Times New Roman"/>
          <w:szCs w:val="24"/>
          <w:lang w:val="ru-RU" w:eastAsia="ru-RU"/>
        </w:rPr>
        <w:t xml:space="preserve">, прокуратура </w:t>
      </w:r>
      <w:proofErr w:type="spellStart"/>
      <w:r w:rsidRPr="00137388">
        <w:rPr>
          <w:rFonts w:eastAsia="Times New Roman" w:cs="Times New Roman"/>
          <w:szCs w:val="24"/>
          <w:lang w:val="ru-RU" w:eastAsia="ru-RU"/>
        </w:rPr>
        <w:t>қызметкерлерінің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Қазақстан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Республикасы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Қарулы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Күштері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әскери</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қызметшілерінің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қызметтік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куәлігі</w:t>
      </w:r>
      <w:proofErr w:type="spellEnd"/>
      <w:r w:rsidRPr="00137388">
        <w:rPr>
          <w:rFonts w:eastAsia="Times New Roman" w:cs="Times New Roman"/>
          <w:szCs w:val="24"/>
          <w:lang w:val="ru-RU" w:eastAsia="ru-RU"/>
        </w:rPr>
        <w:t>;</w:t>
      </w:r>
    </w:p>
    <w:p w14:paraId="367EDA21" w14:textId="77777777" w:rsidR="009A07C4" w:rsidRPr="00137388" w:rsidRDefault="009A07C4" w:rsidP="00862FF2">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Мемлекеттік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билік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органдарының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лауазымды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адамдары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қызметтік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құжаттар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немесе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жеке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басын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куәландыратын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құжаттар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негізінде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мектепке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жіберіледі</w:t>
      </w:r>
      <w:proofErr w:type="spellEnd"/>
      <w:r w:rsidRPr="00137388">
        <w:rPr>
          <w:rFonts w:eastAsia="Times New Roman" w:cs="Times New Roman"/>
          <w:szCs w:val="24"/>
          <w:lang w:val="ru-RU" w:eastAsia="ru-RU"/>
        </w:rPr>
        <w:t>.</w:t>
      </w:r>
    </w:p>
    <w:p w14:paraId="3B8300C0" w14:textId="77777777" w:rsidR="009A07C4" w:rsidRPr="00137388" w:rsidRDefault="009A07C4" w:rsidP="00862FF2">
      <w:pPr>
        <w:spacing w:after="0" w:line="240" w:lineRule="auto"/>
        <w:rPr>
          <w:rFonts w:eastAsia="Times New Roman" w:cs="Times New Roman"/>
          <w:szCs w:val="24"/>
          <w:lang w:val="ru-RU" w:eastAsia="ru-RU"/>
        </w:rPr>
      </w:pPr>
      <w:proofErr w:type="spellStart"/>
      <w:r w:rsidRPr="00137388">
        <w:rPr>
          <w:rFonts w:eastAsia="Times New Roman" w:cs="Times New Roman"/>
          <w:b/>
          <w:bCs/>
          <w:szCs w:val="24"/>
          <w:lang w:val="ru-RU" w:eastAsia="ru-RU"/>
        </w:rPr>
        <w:t>Мектепке</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барған</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кезде</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велосипедтерді</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пайдалану</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ережелері</w:t>
      </w:r>
      <w:proofErr w:type="spellEnd"/>
    </w:p>
    <w:p w14:paraId="2BC09AA5" w14:textId="77777777" w:rsidR="009A07C4" w:rsidRPr="00137388" w:rsidRDefault="009A07C4" w:rsidP="00862FF2">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аумағында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арнайы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жабдықталған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күзетілетін</w:t>
      </w:r>
      <w:proofErr w:type="spellEnd"/>
      <w:r w:rsidRPr="00137388">
        <w:rPr>
          <w:rFonts w:eastAsia="Times New Roman" w:cs="Times New Roman"/>
          <w:szCs w:val="24"/>
          <w:lang w:val="ru-RU" w:eastAsia="ru-RU"/>
        </w:rPr>
        <w:t xml:space="preserve"> велосипед </w:t>
      </w:r>
      <w:proofErr w:type="spellStart"/>
      <w:r w:rsidRPr="00137388">
        <w:rPr>
          <w:rFonts w:eastAsia="Times New Roman" w:cs="Times New Roman"/>
          <w:szCs w:val="24"/>
          <w:lang w:val="ru-RU" w:eastAsia="ru-RU"/>
        </w:rPr>
        <w:t>тұрағы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сақтау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орны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болмауына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байланысты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оқушыларға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велосипедпен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аумағына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кіруге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велосипедтерді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ғимаратында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кіреберістерде</w:t>
      </w:r>
      <w:proofErr w:type="spellEnd"/>
      <w:r w:rsidRPr="00137388">
        <w:rPr>
          <w:rFonts w:eastAsia="Times New Roman" w:cs="Times New Roman"/>
          <w:szCs w:val="24"/>
          <w:lang w:val="ru-RU" w:eastAsia="ru-RU"/>
        </w:rPr>
        <w:t xml:space="preserve">, подъезде, </w:t>
      </w:r>
      <w:proofErr w:type="spellStart"/>
      <w:r w:rsidRPr="00137388">
        <w:rPr>
          <w:rFonts w:eastAsia="Times New Roman" w:cs="Times New Roman"/>
          <w:szCs w:val="24"/>
          <w:lang w:val="ru-RU" w:eastAsia="ru-RU"/>
        </w:rPr>
        <w:t>эвакуациялық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шығуларда</w:t>
      </w:r>
      <w:proofErr w:type="spellEnd"/>
      <w:r w:rsidRPr="00137388">
        <w:rPr>
          <w:rFonts w:eastAsia="Times New Roman" w:cs="Times New Roman"/>
          <w:szCs w:val="24"/>
          <w:lang w:val="ru-RU" w:eastAsia="ru-RU"/>
        </w:rPr>
        <w:t xml:space="preserve"> не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аумағының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өзге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орындарында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қалдыруға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жол</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берілмейді</w:t>
      </w:r>
      <w:proofErr w:type="spellEnd"/>
      <w:r w:rsidRPr="00137388">
        <w:rPr>
          <w:rFonts w:eastAsia="Times New Roman" w:cs="Times New Roman"/>
          <w:szCs w:val="24"/>
          <w:lang w:val="ru-RU" w:eastAsia="ru-RU"/>
        </w:rPr>
        <w:t>.</w:t>
      </w:r>
    </w:p>
    <w:p w14:paraId="16F97E11" w14:textId="77777777" w:rsidR="009A07C4" w:rsidRPr="00137388" w:rsidRDefault="009A07C4" w:rsidP="00862FF2">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Ата-аналар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өкілдер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баланың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мектепке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қауіпсіз</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жету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тәсілін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қамтамасыз</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етуі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баланы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велосипедпен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мектепке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жіберіп</w:t>
      </w:r>
      <w:proofErr w:type="spellEnd"/>
      <w:r w:rsidRPr="00137388">
        <w:rPr>
          <w:rFonts w:eastAsia="Times New Roman" w:cs="Times New Roman"/>
          <w:szCs w:val="24"/>
          <w:lang w:val="ru-RU" w:eastAsia="ru-RU"/>
        </w:rPr>
        <w:t xml:space="preserve">, оны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аумағында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қалдыру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мақсатында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жібермеуі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тиіс</w:t>
      </w:r>
      <w:proofErr w:type="spellEnd"/>
      <w:r w:rsidRPr="00137388">
        <w:rPr>
          <w:rFonts w:eastAsia="Times New Roman" w:cs="Times New Roman"/>
          <w:szCs w:val="24"/>
          <w:lang w:val="ru-RU" w:eastAsia="ru-RU"/>
        </w:rPr>
        <w:t>.</w:t>
      </w:r>
    </w:p>
    <w:p w14:paraId="7C6608A5" w14:textId="77777777" w:rsidR="009A07C4" w:rsidRPr="00137388" w:rsidRDefault="009A07C4" w:rsidP="00862FF2">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велосипедтерді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сақтауға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қабылдамайды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оларды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күзетпейді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жеке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бақылау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жасамайды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Оқушы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немесе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ата-ана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өз</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бетінше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қалдырған</w:t>
      </w:r>
      <w:proofErr w:type="spellEnd"/>
      <w:r w:rsidRPr="00137388">
        <w:rPr>
          <w:rFonts w:eastAsia="Times New Roman" w:cs="Times New Roman"/>
          <w:szCs w:val="24"/>
          <w:lang w:val="ru-RU" w:eastAsia="ru-RU"/>
        </w:rPr>
        <w:t xml:space="preserve"> велосипед </w:t>
      </w:r>
      <w:proofErr w:type="spellStart"/>
      <w:r w:rsidRPr="00137388">
        <w:rPr>
          <w:rFonts w:eastAsia="Times New Roman" w:cs="Times New Roman"/>
          <w:szCs w:val="24"/>
          <w:lang w:val="ru-RU" w:eastAsia="ru-RU"/>
        </w:rPr>
        <w:t>мектепке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сақтауға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берілген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есептелмейді</w:t>
      </w:r>
      <w:proofErr w:type="spellEnd"/>
      <w:r w:rsidRPr="00137388">
        <w:rPr>
          <w:rFonts w:eastAsia="Times New Roman" w:cs="Times New Roman"/>
          <w:szCs w:val="24"/>
          <w:lang w:val="ru-RU" w:eastAsia="ru-RU"/>
        </w:rPr>
        <w:t xml:space="preserve">. Егер велосипед </w:t>
      </w:r>
      <w:proofErr w:type="spellStart"/>
      <w:r w:rsidRPr="00137388">
        <w:rPr>
          <w:rFonts w:eastAsia="Times New Roman" w:cs="Times New Roman"/>
          <w:szCs w:val="24"/>
          <w:lang w:val="ru-RU" w:eastAsia="ru-RU"/>
        </w:rPr>
        <w:t>Мектепке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сақтауға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қабылданбаса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сақтау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қатынастары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туындамайды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жауапкершілікке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қатысты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өзге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мәселелер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жағдайлар</w:t>
      </w:r>
      <w:proofErr w:type="spellEnd"/>
      <w:r w:rsidRPr="00137388">
        <w:rPr>
          <w:rFonts w:eastAsia="Times New Roman" w:cs="Times New Roman"/>
          <w:szCs w:val="24"/>
          <w:lang w:val="ru-RU" w:eastAsia="ru-RU"/>
        </w:rPr>
        <w:t xml:space="preserve"> мен </w:t>
      </w:r>
      <w:proofErr w:type="spellStart"/>
      <w:r w:rsidRPr="00137388">
        <w:rPr>
          <w:rFonts w:eastAsia="Times New Roman" w:cs="Times New Roman"/>
          <w:szCs w:val="24"/>
          <w:lang w:val="ru-RU" w:eastAsia="ru-RU"/>
        </w:rPr>
        <w:t>Қазақстан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Республикасының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заңнамасы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ескеріле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отырып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шешіледі</w:t>
      </w:r>
      <w:proofErr w:type="spellEnd"/>
      <w:r w:rsidRPr="00137388">
        <w:rPr>
          <w:rFonts w:eastAsia="Times New Roman" w:cs="Times New Roman"/>
          <w:szCs w:val="24"/>
          <w:lang w:val="ru-RU" w:eastAsia="ru-RU"/>
        </w:rPr>
        <w:t>.</w:t>
      </w:r>
    </w:p>
    <w:p w14:paraId="7166A42A" w14:textId="77777777" w:rsidR="009A07C4" w:rsidRPr="00137388" w:rsidRDefault="009A07C4" w:rsidP="00862FF2">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аумағында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бейнебақылау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камераларының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болуы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велосипедті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сақтауға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қабылдауды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білдірмейді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мүлікті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күзету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қызметі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болып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табылмайды</w:t>
      </w:r>
      <w:proofErr w:type="spellEnd"/>
      <w:r w:rsidRPr="00137388">
        <w:rPr>
          <w:rFonts w:eastAsia="Times New Roman" w:cs="Times New Roman"/>
          <w:szCs w:val="24"/>
          <w:lang w:val="ru-RU" w:eastAsia="ru-RU"/>
        </w:rPr>
        <w:t>.</w:t>
      </w:r>
    </w:p>
    <w:p w14:paraId="09B4D3C6" w14:textId="77777777" w:rsidR="009A07C4" w:rsidRPr="00137388" w:rsidRDefault="009A07C4" w:rsidP="00862FF2">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Ата-аналар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өкілдер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балаларды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мектепке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қауіпсіз</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жету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ережелерімен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таныстырады</w:t>
      </w:r>
      <w:proofErr w:type="spellEnd"/>
      <w:r w:rsidRPr="00137388">
        <w:rPr>
          <w:rFonts w:eastAsia="Times New Roman" w:cs="Times New Roman"/>
          <w:szCs w:val="24"/>
          <w:lang w:val="ru-RU" w:eastAsia="ru-RU"/>
        </w:rPr>
        <w:t>.</w:t>
      </w:r>
    </w:p>
    <w:p w14:paraId="792D17C9" w14:textId="77777777" w:rsidR="009A07C4" w:rsidRPr="00137388" w:rsidRDefault="009A07C4" w:rsidP="00C90D28">
      <w:pPr>
        <w:spacing w:after="0" w:line="240" w:lineRule="auto"/>
        <w:rPr>
          <w:rFonts w:eastAsia="Times New Roman" w:cs="Times New Roman"/>
          <w:szCs w:val="24"/>
          <w:lang w:val="ru-RU" w:eastAsia="ru-RU"/>
        </w:rPr>
      </w:pPr>
      <w:r w:rsidRPr="00137388">
        <w:rPr>
          <w:rFonts w:eastAsia="Times New Roman" w:cs="Times New Roman"/>
          <w:b/>
          <w:bCs/>
          <w:szCs w:val="24"/>
          <w:lang w:val="ru-RU" w:eastAsia="ru-RU"/>
        </w:rPr>
        <w:t xml:space="preserve">9.4. </w:t>
      </w:r>
      <w:proofErr w:type="spellStart"/>
      <w:r w:rsidRPr="00137388">
        <w:rPr>
          <w:rFonts w:eastAsia="Times New Roman" w:cs="Times New Roman"/>
          <w:b/>
          <w:bCs/>
          <w:szCs w:val="24"/>
          <w:lang w:val="ru-RU" w:eastAsia="ru-RU"/>
        </w:rPr>
        <w:t>Техникалық</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қауіпсіздік</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өндірістік</w:t>
      </w:r>
      <w:proofErr w:type="spellEnd"/>
      <w:r w:rsidRPr="00137388">
        <w:rPr>
          <w:rFonts w:eastAsia="Times New Roman" w:cs="Times New Roman"/>
          <w:b/>
          <w:bCs/>
          <w:szCs w:val="24"/>
          <w:lang w:val="ru-RU" w:eastAsia="ru-RU"/>
        </w:rPr>
        <w:t xml:space="preserve"> санитария </w:t>
      </w:r>
      <w:proofErr w:type="spellStart"/>
      <w:r w:rsidRPr="00137388">
        <w:rPr>
          <w:rFonts w:eastAsia="Times New Roman" w:cs="Times New Roman"/>
          <w:b/>
          <w:bCs/>
          <w:szCs w:val="24"/>
          <w:lang w:val="ru-RU" w:eastAsia="ru-RU"/>
        </w:rPr>
        <w:t>және</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еңбек</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гигиенасы</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өртке</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қарсы</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қауіпсіздік</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техникасы</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еңбекті</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қорғау</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талаптарының</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нұсқаулықтары</w:t>
      </w:r>
      <w:proofErr w:type="spellEnd"/>
      <w:r w:rsidRPr="00137388">
        <w:rPr>
          <w:rFonts w:eastAsia="Times New Roman" w:cs="Times New Roman"/>
          <w:b/>
          <w:bCs/>
          <w:szCs w:val="24"/>
          <w:lang w:val="ru-RU" w:eastAsia="ru-RU"/>
        </w:rPr>
        <w:t xml:space="preserve"> мен </w:t>
      </w:r>
      <w:proofErr w:type="spellStart"/>
      <w:r w:rsidRPr="00137388">
        <w:rPr>
          <w:rFonts w:eastAsia="Times New Roman" w:cs="Times New Roman"/>
          <w:b/>
          <w:bCs/>
          <w:szCs w:val="24"/>
          <w:lang w:val="ru-RU" w:eastAsia="ru-RU"/>
        </w:rPr>
        <w:t>ережелерін</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сақтауды</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бақылауды</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жүзеге</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асыру</w:t>
      </w:r>
      <w:proofErr w:type="spellEnd"/>
    </w:p>
    <w:p w14:paraId="51F67773" w14:textId="77777777" w:rsidR="009A07C4" w:rsidRPr="00137388" w:rsidRDefault="009A07C4" w:rsidP="00C90D28">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әкімшілігі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техникалық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қауіпсіздік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өндірістік</w:t>
      </w:r>
      <w:proofErr w:type="spellEnd"/>
      <w:r w:rsidRPr="00137388">
        <w:rPr>
          <w:rFonts w:eastAsia="Times New Roman" w:cs="Times New Roman"/>
          <w:szCs w:val="24"/>
          <w:lang w:val="ru-RU" w:eastAsia="ru-RU"/>
        </w:rPr>
        <w:t xml:space="preserve"> санитария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еңбек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гигиенасы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өрт</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қауіпсіздігі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еңбекті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қорғау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талаптарын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сақтауды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бақылауды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ұйымдастырады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Қызметкерлер</w:t>
      </w:r>
      <w:proofErr w:type="spellEnd"/>
      <w:r w:rsidRPr="00137388">
        <w:rPr>
          <w:rFonts w:eastAsia="Times New Roman" w:cs="Times New Roman"/>
          <w:szCs w:val="24"/>
          <w:lang w:val="ru-RU" w:eastAsia="ru-RU"/>
        </w:rPr>
        <w:t xml:space="preserve"> мен </w:t>
      </w:r>
      <w:proofErr w:type="spellStart"/>
      <w:r w:rsidRPr="00137388">
        <w:rPr>
          <w:rFonts w:eastAsia="Times New Roman" w:cs="Times New Roman"/>
          <w:szCs w:val="24"/>
          <w:lang w:val="ru-RU" w:eastAsia="ru-RU"/>
        </w:rPr>
        <w:t>оқушылар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қауіпсіздік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нұсқаулықтарын</w:t>
      </w:r>
      <w:proofErr w:type="spellEnd"/>
      <w:r w:rsidRPr="00137388">
        <w:rPr>
          <w:rFonts w:eastAsia="Times New Roman" w:cs="Times New Roman"/>
          <w:szCs w:val="24"/>
          <w:lang w:val="ru-RU" w:eastAsia="ru-RU"/>
        </w:rPr>
        <w:t xml:space="preserve">, эвакуация </w:t>
      </w:r>
      <w:proofErr w:type="spellStart"/>
      <w:r w:rsidRPr="00137388">
        <w:rPr>
          <w:rFonts w:eastAsia="Times New Roman" w:cs="Times New Roman"/>
          <w:szCs w:val="24"/>
          <w:lang w:val="ru-RU" w:eastAsia="ru-RU"/>
        </w:rPr>
        <w:t>талаптарын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жауапты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қызметкерлердің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нұсқауларын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орындауға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міндетті</w:t>
      </w:r>
      <w:proofErr w:type="spellEnd"/>
      <w:r w:rsidRPr="00137388">
        <w:rPr>
          <w:rFonts w:eastAsia="Times New Roman" w:cs="Times New Roman"/>
          <w:szCs w:val="24"/>
          <w:lang w:val="ru-RU" w:eastAsia="ru-RU"/>
        </w:rPr>
        <w:t>.</w:t>
      </w:r>
    </w:p>
    <w:p w14:paraId="7E98FC09" w14:textId="77777777" w:rsidR="00862FF2" w:rsidRPr="00137388" w:rsidRDefault="00862FF2" w:rsidP="00C90D28">
      <w:pPr>
        <w:spacing w:after="0" w:line="240" w:lineRule="auto"/>
        <w:rPr>
          <w:rFonts w:eastAsia="Times New Roman" w:cs="Times New Roman"/>
          <w:b/>
          <w:bCs/>
          <w:szCs w:val="24"/>
          <w:lang w:val="ru-RU" w:eastAsia="ru-RU"/>
        </w:rPr>
      </w:pPr>
    </w:p>
    <w:p w14:paraId="05F60A6B" w14:textId="3A418506" w:rsidR="009A07C4" w:rsidRPr="00137388" w:rsidRDefault="009A07C4" w:rsidP="00C90D28">
      <w:pPr>
        <w:spacing w:after="0" w:line="240" w:lineRule="auto"/>
        <w:jc w:val="center"/>
        <w:rPr>
          <w:rFonts w:eastAsia="Times New Roman" w:cs="Times New Roman"/>
          <w:szCs w:val="24"/>
          <w:lang w:val="ru-RU" w:eastAsia="ru-RU"/>
        </w:rPr>
      </w:pPr>
      <w:r w:rsidRPr="00137388">
        <w:rPr>
          <w:rFonts w:eastAsia="Times New Roman" w:cs="Times New Roman"/>
          <w:b/>
          <w:bCs/>
          <w:szCs w:val="24"/>
          <w:lang w:val="ru-RU" w:eastAsia="ru-RU"/>
        </w:rPr>
        <w:t xml:space="preserve">5-бөлім. </w:t>
      </w:r>
      <w:proofErr w:type="spellStart"/>
      <w:r w:rsidRPr="00137388">
        <w:rPr>
          <w:rFonts w:eastAsia="Times New Roman" w:cs="Times New Roman"/>
          <w:b/>
          <w:bCs/>
          <w:szCs w:val="24"/>
          <w:lang w:val="ru-RU" w:eastAsia="ru-RU"/>
        </w:rPr>
        <w:t>Білім</w:t>
      </w:r>
      <w:proofErr w:type="spellEnd"/>
      <w:r w:rsidRPr="00137388">
        <w:rPr>
          <w:rFonts w:eastAsia="Times New Roman" w:cs="Times New Roman"/>
          <w:b/>
          <w:bCs/>
          <w:szCs w:val="24"/>
          <w:lang w:val="ru-RU" w:eastAsia="ru-RU"/>
        </w:rPr>
        <w:t xml:space="preserve"> беру </w:t>
      </w:r>
      <w:proofErr w:type="spellStart"/>
      <w:r w:rsidRPr="00137388">
        <w:rPr>
          <w:rFonts w:eastAsia="Times New Roman" w:cs="Times New Roman"/>
          <w:b/>
          <w:bCs/>
          <w:szCs w:val="24"/>
          <w:lang w:val="ru-RU" w:eastAsia="ru-RU"/>
        </w:rPr>
        <w:t>үдерісіне</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қатысушылардың</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өзара</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іс-қимылы</w:t>
      </w:r>
      <w:proofErr w:type="spellEnd"/>
    </w:p>
    <w:p w14:paraId="4AFA6324" w14:textId="77777777" w:rsidR="009A07C4" w:rsidRPr="00137388" w:rsidRDefault="009A07C4" w:rsidP="00C90D28">
      <w:pPr>
        <w:spacing w:after="0" w:line="240" w:lineRule="auto"/>
        <w:rPr>
          <w:rFonts w:eastAsia="Times New Roman" w:cs="Times New Roman"/>
          <w:szCs w:val="24"/>
          <w:lang w:val="ru-RU" w:eastAsia="ru-RU"/>
        </w:rPr>
      </w:pPr>
      <w:r w:rsidRPr="00137388">
        <w:rPr>
          <w:rFonts w:eastAsia="Times New Roman" w:cs="Times New Roman"/>
          <w:b/>
          <w:bCs/>
          <w:szCs w:val="24"/>
          <w:lang w:val="ru-RU" w:eastAsia="ru-RU"/>
        </w:rPr>
        <w:t xml:space="preserve">10.1. </w:t>
      </w:r>
      <w:proofErr w:type="spellStart"/>
      <w:r w:rsidRPr="00137388">
        <w:rPr>
          <w:rFonts w:eastAsia="Times New Roman" w:cs="Times New Roman"/>
          <w:b/>
          <w:bCs/>
          <w:szCs w:val="24"/>
          <w:lang w:val="ru-RU" w:eastAsia="ru-RU"/>
        </w:rPr>
        <w:t>Педагогтардың</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тәлімгерлігін</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ұйымдастыру</w:t>
      </w:r>
      <w:proofErr w:type="spellEnd"/>
    </w:p>
    <w:p w14:paraId="02BA45BB" w14:textId="77777777" w:rsidR="009A07C4" w:rsidRPr="00137388" w:rsidRDefault="009A07C4" w:rsidP="00C90D28">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Педагогтардың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тәлімгерлігі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Қазақстан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Республикасының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заңнамасына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Жарғысына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жергілікті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актілерге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сәйкес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ұйымдастырылады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Тәлімгерлік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педагогтардың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кәсіби</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бейімделуіне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әдістемелік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қолдауға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кәсіби</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құзыреттерін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дамытуға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бағытталған</w:t>
      </w:r>
      <w:proofErr w:type="spellEnd"/>
      <w:r w:rsidRPr="00137388">
        <w:rPr>
          <w:rFonts w:eastAsia="Times New Roman" w:cs="Times New Roman"/>
          <w:szCs w:val="24"/>
          <w:lang w:val="ru-RU" w:eastAsia="ru-RU"/>
        </w:rPr>
        <w:t>.</w:t>
      </w:r>
    </w:p>
    <w:p w14:paraId="3F11CEC1" w14:textId="77777777" w:rsidR="009A07C4" w:rsidRPr="00137388" w:rsidRDefault="009A07C4" w:rsidP="00C90D28">
      <w:pPr>
        <w:spacing w:after="0" w:line="240" w:lineRule="auto"/>
        <w:rPr>
          <w:rFonts w:eastAsia="Times New Roman" w:cs="Times New Roman"/>
          <w:szCs w:val="24"/>
          <w:lang w:val="ru-RU" w:eastAsia="ru-RU"/>
        </w:rPr>
      </w:pPr>
      <w:r w:rsidRPr="00137388">
        <w:rPr>
          <w:rFonts w:eastAsia="Times New Roman" w:cs="Times New Roman"/>
          <w:b/>
          <w:bCs/>
          <w:szCs w:val="24"/>
          <w:lang w:val="ru-RU" w:eastAsia="ru-RU"/>
        </w:rPr>
        <w:t xml:space="preserve">10.2. </w:t>
      </w:r>
      <w:proofErr w:type="spellStart"/>
      <w:r w:rsidRPr="00137388">
        <w:rPr>
          <w:rFonts w:eastAsia="Times New Roman" w:cs="Times New Roman"/>
          <w:b/>
          <w:bCs/>
          <w:szCs w:val="24"/>
          <w:lang w:val="ru-RU" w:eastAsia="ru-RU"/>
        </w:rPr>
        <w:t>Білім</w:t>
      </w:r>
      <w:proofErr w:type="spellEnd"/>
      <w:r w:rsidRPr="00137388">
        <w:rPr>
          <w:rFonts w:eastAsia="Times New Roman" w:cs="Times New Roman"/>
          <w:b/>
          <w:bCs/>
          <w:szCs w:val="24"/>
          <w:lang w:val="ru-RU" w:eastAsia="ru-RU"/>
        </w:rPr>
        <w:t xml:space="preserve"> беру </w:t>
      </w:r>
      <w:proofErr w:type="spellStart"/>
      <w:r w:rsidRPr="00137388">
        <w:rPr>
          <w:rFonts w:eastAsia="Times New Roman" w:cs="Times New Roman"/>
          <w:b/>
          <w:bCs/>
          <w:szCs w:val="24"/>
          <w:lang w:val="ru-RU" w:eastAsia="ru-RU"/>
        </w:rPr>
        <w:t>үдерісіне</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қатысушыларды</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ынталандыру</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жүйесі</w:t>
      </w:r>
      <w:proofErr w:type="spellEnd"/>
    </w:p>
    <w:p w14:paraId="2935A852" w14:textId="77777777" w:rsidR="009A07C4" w:rsidRPr="00137388" w:rsidRDefault="009A07C4" w:rsidP="00C90D28">
      <w:pPr>
        <w:spacing w:after="0" w:line="240" w:lineRule="auto"/>
        <w:rPr>
          <w:rFonts w:eastAsia="Times New Roman" w:cs="Times New Roman"/>
          <w:szCs w:val="24"/>
          <w:lang w:val="ru-RU" w:eastAsia="ru-RU"/>
        </w:rPr>
      </w:pPr>
      <w:proofErr w:type="spellStart"/>
      <w:r w:rsidRPr="00137388">
        <w:rPr>
          <w:rFonts w:eastAsia="Times New Roman" w:cs="Times New Roman"/>
          <w:szCs w:val="24"/>
          <w:lang w:val="ru-RU" w:eastAsia="ru-RU"/>
        </w:rPr>
        <w:t>Оқушыларды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ынталандыру</w:t>
      </w:r>
      <w:proofErr w:type="spellEnd"/>
      <w:r w:rsidRPr="00137388">
        <w:rPr>
          <w:rFonts w:eastAsia="Times New Roman" w:cs="Times New Roman"/>
          <w:szCs w:val="24"/>
          <w:lang w:val="ru-RU" w:eastAsia="ru-RU"/>
        </w:rPr>
        <w:t>.</w:t>
      </w:r>
    </w:p>
    <w:p w14:paraId="0A8712FB" w14:textId="77777777" w:rsidR="009A07C4" w:rsidRPr="00137388" w:rsidRDefault="009A07C4" w:rsidP="00C90D28">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Оқу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қызметіндегі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жоғары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нәтижелер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шығармашылықтағы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спорттағы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жетістіктер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қоғамдық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өмірге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белсенді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қатысу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үшін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оқушылары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ынталандырулар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алады</w:t>
      </w:r>
      <w:proofErr w:type="spellEnd"/>
      <w:r w:rsidRPr="00137388">
        <w:rPr>
          <w:rFonts w:eastAsia="Times New Roman" w:cs="Times New Roman"/>
          <w:szCs w:val="24"/>
          <w:lang w:val="ru-RU" w:eastAsia="ru-RU"/>
        </w:rPr>
        <w:t>.</w:t>
      </w:r>
    </w:p>
    <w:p w14:paraId="7AEFDBB4" w14:textId="77777777" w:rsidR="009A07C4" w:rsidRPr="00137388" w:rsidRDefault="009A07C4" w:rsidP="00C90D28">
      <w:pPr>
        <w:spacing w:after="0" w:line="240" w:lineRule="auto"/>
        <w:rPr>
          <w:rFonts w:eastAsia="Times New Roman" w:cs="Times New Roman"/>
          <w:b/>
          <w:bCs/>
          <w:szCs w:val="24"/>
          <w:lang w:val="ru-RU" w:eastAsia="ru-RU"/>
        </w:rPr>
      </w:pPr>
      <w:proofErr w:type="spellStart"/>
      <w:r w:rsidRPr="00137388">
        <w:rPr>
          <w:rFonts w:eastAsia="Times New Roman" w:cs="Times New Roman"/>
          <w:b/>
          <w:bCs/>
          <w:szCs w:val="24"/>
          <w:lang w:val="ru-RU" w:eastAsia="ru-RU"/>
        </w:rPr>
        <w:t>Ынталандыру</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түрлері</w:t>
      </w:r>
      <w:proofErr w:type="spellEnd"/>
      <w:r w:rsidRPr="00137388">
        <w:rPr>
          <w:rFonts w:eastAsia="Times New Roman" w:cs="Times New Roman"/>
          <w:b/>
          <w:bCs/>
          <w:szCs w:val="24"/>
          <w:lang w:val="ru-RU" w:eastAsia="ru-RU"/>
        </w:rPr>
        <w:t>:</w:t>
      </w:r>
    </w:p>
    <w:p w14:paraId="5ECC9541" w14:textId="77777777" w:rsidR="009A07C4" w:rsidRPr="00137388" w:rsidRDefault="009A07C4" w:rsidP="00C90D28">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алғыс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жариялау</w:t>
      </w:r>
      <w:proofErr w:type="spellEnd"/>
      <w:r w:rsidRPr="00137388">
        <w:rPr>
          <w:rFonts w:eastAsia="Times New Roman" w:cs="Times New Roman"/>
          <w:szCs w:val="24"/>
          <w:lang w:val="ru-RU" w:eastAsia="ru-RU"/>
        </w:rPr>
        <w:t>;</w:t>
      </w:r>
    </w:p>
    <w:p w14:paraId="6986CB08" w14:textId="77777777" w:rsidR="009A07C4" w:rsidRPr="00137388" w:rsidRDefault="009A07C4" w:rsidP="00C90D28">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құрмет</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грамотасымен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мақтау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парағымен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марапаттау</w:t>
      </w:r>
      <w:proofErr w:type="spellEnd"/>
      <w:r w:rsidRPr="00137388">
        <w:rPr>
          <w:rFonts w:eastAsia="Times New Roman" w:cs="Times New Roman"/>
          <w:szCs w:val="24"/>
          <w:lang w:val="ru-RU" w:eastAsia="ru-RU"/>
        </w:rPr>
        <w:t>;</w:t>
      </w:r>
    </w:p>
    <w:p w14:paraId="7327EBBD" w14:textId="77777777" w:rsidR="009A07C4" w:rsidRPr="00137388" w:rsidRDefault="009A07C4" w:rsidP="00C90D28">
      <w:pPr>
        <w:spacing w:after="0" w:line="240" w:lineRule="auto"/>
        <w:ind w:firstLine="567"/>
        <w:rPr>
          <w:rFonts w:eastAsia="Times New Roman" w:cs="Times New Roman"/>
          <w:szCs w:val="24"/>
          <w:lang w:val="ru-RU" w:eastAsia="ru-RU"/>
        </w:rPr>
      </w:pPr>
      <w:r w:rsidRPr="00137388">
        <w:rPr>
          <w:rFonts w:eastAsia="Times New Roman" w:cs="Times New Roman"/>
          <w:szCs w:val="24"/>
          <w:lang w:val="ru-RU" w:eastAsia="ru-RU"/>
        </w:rPr>
        <w:t>«</w:t>
      </w:r>
      <w:proofErr w:type="spellStart"/>
      <w:r w:rsidRPr="00137388">
        <w:rPr>
          <w:rFonts w:eastAsia="Times New Roman" w:cs="Times New Roman"/>
          <w:szCs w:val="24"/>
          <w:lang w:val="ru-RU" w:eastAsia="ru-RU"/>
        </w:rPr>
        <w:t>Жыл</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оқушысы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атағын</w:t>
      </w:r>
      <w:proofErr w:type="spellEnd"/>
      <w:r w:rsidRPr="00137388">
        <w:rPr>
          <w:rFonts w:eastAsia="Times New Roman" w:cs="Times New Roman"/>
          <w:szCs w:val="24"/>
          <w:lang w:val="ru-RU" w:eastAsia="ru-RU"/>
        </w:rPr>
        <w:t xml:space="preserve"> беру;</w:t>
      </w:r>
    </w:p>
    <w:p w14:paraId="5D8B98D6" w14:textId="77777777" w:rsidR="009A07C4" w:rsidRPr="00137388" w:rsidRDefault="009A07C4" w:rsidP="00C90D28">
      <w:pPr>
        <w:spacing w:after="0" w:line="240" w:lineRule="auto"/>
        <w:ind w:firstLine="567"/>
        <w:rPr>
          <w:rFonts w:eastAsia="Times New Roman" w:cs="Times New Roman"/>
          <w:szCs w:val="24"/>
          <w:lang w:val="ru-RU" w:eastAsia="ru-RU"/>
        </w:rPr>
      </w:pPr>
      <w:r w:rsidRPr="00137388">
        <w:rPr>
          <w:rFonts w:eastAsia="Times New Roman" w:cs="Times New Roman"/>
          <w:szCs w:val="24"/>
          <w:lang w:val="ru-RU" w:eastAsia="ru-RU"/>
        </w:rPr>
        <w:t>«</w:t>
      </w:r>
      <w:proofErr w:type="spellStart"/>
      <w:r w:rsidRPr="00137388">
        <w:rPr>
          <w:rFonts w:eastAsia="Times New Roman" w:cs="Times New Roman"/>
          <w:szCs w:val="24"/>
          <w:lang w:val="ru-RU" w:eastAsia="ru-RU"/>
        </w:rPr>
        <w:t>Жыл</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сыныбы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атағын</w:t>
      </w:r>
      <w:proofErr w:type="spellEnd"/>
      <w:r w:rsidRPr="00137388">
        <w:rPr>
          <w:rFonts w:eastAsia="Times New Roman" w:cs="Times New Roman"/>
          <w:szCs w:val="24"/>
          <w:lang w:val="ru-RU" w:eastAsia="ru-RU"/>
        </w:rPr>
        <w:t xml:space="preserve"> беру;</w:t>
      </w:r>
    </w:p>
    <w:p w14:paraId="4F73283A" w14:textId="77777777" w:rsidR="009A07C4" w:rsidRPr="00137388" w:rsidRDefault="009A07C4" w:rsidP="00C90D28">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ынталандыру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туралы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ақпаратты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мектептің</w:t>
      </w:r>
      <w:proofErr w:type="spellEnd"/>
      <w:r w:rsidRPr="00137388">
        <w:rPr>
          <w:rFonts w:eastAsia="Times New Roman" w:cs="Times New Roman"/>
          <w:szCs w:val="24"/>
          <w:lang w:val="ru-RU" w:eastAsia="ru-RU"/>
        </w:rPr>
        <w:t xml:space="preserve"> интернет-</w:t>
      </w:r>
      <w:proofErr w:type="spellStart"/>
      <w:r w:rsidRPr="00137388">
        <w:rPr>
          <w:rFonts w:eastAsia="Times New Roman" w:cs="Times New Roman"/>
          <w:szCs w:val="24"/>
          <w:lang w:val="ru-RU" w:eastAsia="ru-RU"/>
        </w:rPr>
        <w:t>ресурсында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бұқаралық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ақпарат</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құралдарында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жариялау</w:t>
      </w:r>
      <w:proofErr w:type="spellEnd"/>
      <w:r w:rsidRPr="00137388">
        <w:rPr>
          <w:rFonts w:eastAsia="Times New Roman" w:cs="Times New Roman"/>
          <w:szCs w:val="24"/>
          <w:lang w:val="ru-RU" w:eastAsia="ru-RU"/>
        </w:rPr>
        <w:t>;</w:t>
      </w:r>
    </w:p>
    <w:p w14:paraId="0FDB14C9" w14:textId="77777777" w:rsidR="009A07C4" w:rsidRPr="00137388" w:rsidRDefault="009A07C4" w:rsidP="00C90D28">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құрмет</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кітабына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жазу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w:t>
      </w:r>
      <w:proofErr w:type="spellStart"/>
      <w:r w:rsidRPr="00137388">
        <w:rPr>
          <w:rFonts w:eastAsia="Times New Roman" w:cs="Times New Roman"/>
          <w:szCs w:val="24"/>
          <w:lang w:val="ru-RU" w:eastAsia="ru-RU"/>
        </w:rPr>
        <w:t>немесе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оқушының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фотосуретін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құрмет</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тақтасында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жариялау</w:t>
      </w:r>
      <w:proofErr w:type="spellEnd"/>
      <w:r w:rsidRPr="00137388">
        <w:rPr>
          <w:rFonts w:eastAsia="Times New Roman" w:cs="Times New Roman"/>
          <w:szCs w:val="24"/>
          <w:lang w:val="ru-RU" w:eastAsia="ru-RU"/>
        </w:rPr>
        <w:t>.</w:t>
      </w:r>
    </w:p>
    <w:p w14:paraId="62B92315" w14:textId="77777777" w:rsidR="009A07C4" w:rsidRPr="00137388" w:rsidRDefault="009A07C4" w:rsidP="00C90D28">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оқушыларын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ынталандыру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мәселелерін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комиссиясы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үйлестіреді</w:t>
      </w:r>
      <w:proofErr w:type="spellEnd"/>
      <w:r w:rsidRPr="00137388">
        <w:rPr>
          <w:rFonts w:eastAsia="Times New Roman" w:cs="Times New Roman"/>
          <w:szCs w:val="24"/>
          <w:lang w:val="ru-RU" w:eastAsia="ru-RU"/>
        </w:rPr>
        <w:t>.</w:t>
      </w:r>
    </w:p>
    <w:p w14:paraId="7383C214" w14:textId="77777777" w:rsidR="009A07C4" w:rsidRPr="00137388" w:rsidRDefault="009A07C4" w:rsidP="00C90D28">
      <w:pPr>
        <w:spacing w:after="0" w:line="240" w:lineRule="auto"/>
        <w:ind w:firstLine="567"/>
        <w:rPr>
          <w:rFonts w:eastAsia="Times New Roman" w:cs="Times New Roman"/>
          <w:szCs w:val="24"/>
          <w:lang w:val="ru-RU" w:eastAsia="ru-RU"/>
        </w:rPr>
      </w:pPr>
      <w:r w:rsidRPr="00137388">
        <w:rPr>
          <w:rFonts w:eastAsia="Times New Roman" w:cs="Times New Roman"/>
          <w:szCs w:val="24"/>
          <w:lang w:val="ru-RU" w:eastAsia="ru-RU"/>
        </w:rPr>
        <w:t>«</w:t>
      </w:r>
      <w:proofErr w:type="spellStart"/>
      <w:r w:rsidRPr="00137388">
        <w:rPr>
          <w:rFonts w:eastAsia="Times New Roman" w:cs="Times New Roman"/>
          <w:szCs w:val="24"/>
          <w:lang w:val="ru-RU" w:eastAsia="ru-RU"/>
        </w:rPr>
        <w:t>Жыл</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оқушысы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атағын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беруге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кандидаттар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мектептің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Педагогикалық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кеңесінде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талқылануы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тиіс</w:t>
      </w:r>
      <w:proofErr w:type="spellEnd"/>
      <w:r w:rsidRPr="00137388">
        <w:rPr>
          <w:rFonts w:eastAsia="Times New Roman" w:cs="Times New Roman"/>
          <w:szCs w:val="24"/>
          <w:lang w:val="ru-RU" w:eastAsia="ru-RU"/>
        </w:rPr>
        <w:t>.</w:t>
      </w:r>
    </w:p>
    <w:p w14:paraId="20B97739" w14:textId="77777777" w:rsidR="009A07C4" w:rsidRPr="00137388" w:rsidRDefault="009A07C4" w:rsidP="00C90D28">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lastRenderedPageBreak/>
        <w:t>Жария</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ынталандыру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сыныпта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жиналыстары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педагогикалық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кеңестер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кезінде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ұйымдастырылуы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мүмкін</w:t>
      </w:r>
      <w:proofErr w:type="spellEnd"/>
      <w:r w:rsidRPr="00137388">
        <w:rPr>
          <w:rFonts w:eastAsia="Times New Roman" w:cs="Times New Roman"/>
          <w:szCs w:val="24"/>
          <w:lang w:val="ru-RU" w:eastAsia="ru-RU"/>
        </w:rPr>
        <w:t>.</w:t>
      </w:r>
    </w:p>
    <w:p w14:paraId="061F8639" w14:textId="77777777" w:rsidR="009A07C4" w:rsidRPr="00137388" w:rsidRDefault="009A07C4" w:rsidP="00C90D28">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директоры осы </w:t>
      </w:r>
      <w:proofErr w:type="spellStart"/>
      <w:r w:rsidRPr="00137388">
        <w:rPr>
          <w:rFonts w:eastAsia="Times New Roman" w:cs="Times New Roman"/>
          <w:szCs w:val="24"/>
          <w:lang w:val="ru-RU" w:eastAsia="ru-RU"/>
        </w:rPr>
        <w:t>Ережелерде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көзделмеген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өзге</w:t>
      </w:r>
      <w:proofErr w:type="spellEnd"/>
      <w:r w:rsidRPr="00137388">
        <w:rPr>
          <w:rFonts w:eastAsia="Times New Roman" w:cs="Times New Roman"/>
          <w:szCs w:val="24"/>
          <w:lang w:val="ru-RU" w:eastAsia="ru-RU"/>
        </w:rPr>
        <w:t xml:space="preserve"> де </w:t>
      </w:r>
      <w:proofErr w:type="spellStart"/>
      <w:r w:rsidRPr="00137388">
        <w:rPr>
          <w:rFonts w:eastAsia="Times New Roman" w:cs="Times New Roman"/>
          <w:szCs w:val="24"/>
          <w:lang w:val="ru-RU" w:eastAsia="ru-RU"/>
        </w:rPr>
        <w:t>ынталандыру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түрлерін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белгілей</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алады</w:t>
      </w:r>
      <w:proofErr w:type="spellEnd"/>
      <w:r w:rsidRPr="00137388">
        <w:rPr>
          <w:rFonts w:eastAsia="Times New Roman" w:cs="Times New Roman"/>
          <w:szCs w:val="24"/>
          <w:lang w:val="ru-RU" w:eastAsia="ru-RU"/>
        </w:rPr>
        <w:t>.</w:t>
      </w:r>
    </w:p>
    <w:p w14:paraId="026CFB3F" w14:textId="77777777" w:rsidR="009A07C4" w:rsidRPr="00137388" w:rsidRDefault="009A07C4" w:rsidP="00C90D28">
      <w:pPr>
        <w:spacing w:after="0" w:line="240" w:lineRule="auto"/>
        <w:ind w:firstLine="567"/>
        <w:rPr>
          <w:rFonts w:eastAsia="Times New Roman" w:cs="Times New Roman"/>
          <w:szCs w:val="24"/>
          <w:lang w:val="ru-RU" w:eastAsia="ru-RU"/>
        </w:rPr>
      </w:pPr>
      <w:r w:rsidRPr="00137388">
        <w:rPr>
          <w:rFonts w:eastAsia="Times New Roman" w:cs="Times New Roman"/>
          <w:szCs w:val="24"/>
          <w:lang w:val="ru-RU" w:eastAsia="ru-RU"/>
        </w:rPr>
        <w:t>Жеке (</w:t>
      </w:r>
      <w:proofErr w:type="spellStart"/>
      <w:r w:rsidRPr="00137388">
        <w:rPr>
          <w:rFonts w:eastAsia="Times New Roman" w:cs="Times New Roman"/>
          <w:szCs w:val="24"/>
          <w:lang w:val="ru-RU" w:eastAsia="ru-RU"/>
        </w:rPr>
        <w:t>жеке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жалпы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ұжымдық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сипаттағы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ынталандыруларға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сондай-ақ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оқушыға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бірнеше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ынталандыру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түрін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мезгілде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қолдануға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жол</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беріледі</w:t>
      </w:r>
      <w:proofErr w:type="spellEnd"/>
      <w:r w:rsidRPr="00137388">
        <w:rPr>
          <w:rFonts w:eastAsia="Times New Roman" w:cs="Times New Roman"/>
          <w:szCs w:val="24"/>
          <w:lang w:val="ru-RU" w:eastAsia="ru-RU"/>
        </w:rPr>
        <w:t>.</w:t>
      </w:r>
    </w:p>
    <w:p w14:paraId="29EF5EC1" w14:textId="77777777" w:rsidR="009A07C4" w:rsidRPr="00137388" w:rsidRDefault="009A07C4" w:rsidP="00C90D28">
      <w:pPr>
        <w:spacing w:after="0" w:line="240" w:lineRule="auto"/>
        <w:rPr>
          <w:rFonts w:eastAsia="Times New Roman" w:cs="Times New Roman"/>
          <w:szCs w:val="24"/>
          <w:lang w:val="ru-RU" w:eastAsia="ru-RU"/>
        </w:rPr>
      </w:pPr>
      <w:r w:rsidRPr="00137388">
        <w:rPr>
          <w:rFonts w:eastAsia="Times New Roman" w:cs="Times New Roman"/>
          <w:b/>
          <w:bCs/>
          <w:szCs w:val="24"/>
          <w:lang w:val="ru-RU" w:eastAsia="ru-RU"/>
        </w:rPr>
        <w:t xml:space="preserve">10.3. </w:t>
      </w:r>
      <w:proofErr w:type="spellStart"/>
      <w:r w:rsidRPr="00137388">
        <w:rPr>
          <w:rFonts w:eastAsia="Times New Roman" w:cs="Times New Roman"/>
          <w:b/>
          <w:bCs/>
          <w:szCs w:val="24"/>
          <w:lang w:val="ru-RU" w:eastAsia="ru-RU"/>
        </w:rPr>
        <w:t>Білім</w:t>
      </w:r>
      <w:proofErr w:type="spellEnd"/>
      <w:r w:rsidRPr="00137388">
        <w:rPr>
          <w:rFonts w:eastAsia="Times New Roman" w:cs="Times New Roman"/>
          <w:b/>
          <w:bCs/>
          <w:szCs w:val="24"/>
          <w:lang w:val="ru-RU" w:eastAsia="ru-RU"/>
        </w:rPr>
        <w:t xml:space="preserve"> беру </w:t>
      </w:r>
      <w:proofErr w:type="spellStart"/>
      <w:r w:rsidRPr="00137388">
        <w:rPr>
          <w:rFonts w:eastAsia="Times New Roman" w:cs="Times New Roman"/>
          <w:b/>
          <w:bCs/>
          <w:szCs w:val="24"/>
          <w:lang w:val="ru-RU" w:eastAsia="ru-RU"/>
        </w:rPr>
        <w:t>ұйымы</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әкімшілігі</w:t>
      </w:r>
      <w:proofErr w:type="spellEnd"/>
      <w:r w:rsidRPr="00137388">
        <w:rPr>
          <w:rFonts w:eastAsia="Times New Roman" w:cs="Times New Roman"/>
          <w:b/>
          <w:bCs/>
          <w:szCs w:val="24"/>
          <w:lang w:val="ru-RU" w:eastAsia="ru-RU"/>
        </w:rPr>
        <w:t xml:space="preserve"> мен </w:t>
      </w:r>
      <w:proofErr w:type="spellStart"/>
      <w:r w:rsidRPr="00137388">
        <w:rPr>
          <w:rFonts w:eastAsia="Times New Roman" w:cs="Times New Roman"/>
          <w:b/>
          <w:bCs/>
          <w:szCs w:val="24"/>
          <w:lang w:val="ru-RU" w:eastAsia="ru-RU"/>
        </w:rPr>
        <w:t>педагогтардың</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оқушылармен</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тәрбиеленушілермен</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ата-аналармен</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және</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өзге</w:t>
      </w:r>
      <w:proofErr w:type="spellEnd"/>
      <w:r w:rsidRPr="00137388">
        <w:rPr>
          <w:rFonts w:eastAsia="Times New Roman" w:cs="Times New Roman"/>
          <w:b/>
          <w:bCs/>
          <w:szCs w:val="24"/>
          <w:lang w:val="ru-RU" w:eastAsia="ru-RU"/>
        </w:rPr>
        <w:t xml:space="preserve"> де </w:t>
      </w:r>
      <w:proofErr w:type="spellStart"/>
      <w:r w:rsidRPr="00137388">
        <w:rPr>
          <w:rFonts w:eastAsia="Times New Roman" w:cs="Times New Roman"/>
          <w:b/>
          <w:bCs/>
          <w:szCs w:val="24"/>
          <w:lang w:val="ru-RU" w:eastAsia="ru-RU"/>
        </w:rPr>
        <w:t>заңды</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өкілдермен</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өзара</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іс-қимылы</w:t>
      </w:r>
      <w:proofErr w:type="spellEnd"/>
    </w:p>
    <w:p w14:paraId="5F12D4CD" w14:textId="77777777" w:rsidR="009A07C4" w:rsidRPr="00137388" w:rsidRDefault="009A07C4" w:rsidP="00C90D28">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Оқушылардың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өкілдерімен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өзара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іс-қимылды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ұйымдастыру</w:t>
      </w:r>
      <w:proofErr w:type="spellEnd"/>
      <w:r w:rsidRPr="00137388">
        <w:rPr>
          <w:rFonts w:eastAsia="Times New Roman" w:cs="Times New Roman"/>
          <w:szCs w:val="24"/>
          <w:lang w:val="ru-RU" w:eastAsia="ru-RU"/>
        </w:rPr>
        <w:t>.</w:t>
      </w:r>
    </w:p>
    <w:p w14:paraId="707AA046" w14:textId="77777777" w:rsidR="009A07C4" w:rsidRPr="00137388" w:rsidRDefault="009A07C4" w:rsidP="00C90D28">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әкімшілігінің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педагогикалық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қызметкерлерінің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оқушылардың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өкілдерімен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өзара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іс-қимылын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ұйымдастырудың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міндеттері</w:t>
      </w:r>
      <w:proofErr w:type="spellEnd"/>
      <w:r w:rsidRPr="00137388">
        <w:rPr>
          <w:rFonts w:eastAsia="Times New Roman" w:cs="Times New Roman"/>
          <w:szCs w:val="24"/>
          <w:lang w:val="ru-RU" w:eastAsia="ru-RU"/>
        </w:rPr>
        <w:t>:</w:t>
      </w:r>
    </w:p>
    <w:p w14:paraId="2B639B89" w14:textId="77777777" w:rsidR="009A07C4" w:rsidRPr="00137388" w:rsidRDefault="009A07C4" w:rsidP="00C90D28">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заңды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өкілдерді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өзін-өзі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басқару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органдары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ата-аналар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комитеті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қамқоршылық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кеңесі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ынталандыру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тәртіптік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комиссиялар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т.б</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арқылы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беру </w:t>
      </w:r>
      <w:proofErr w:type="spellStart"/>
      <w:r w:rsidRPr="00137388">
        <w:rPr>
          <w:rFonts w:eastAsia="Times New Roman" w:cs="Times New Roman"/>
          <w:szCs w:val="24"/>
          <w:lang w:val="ru-RU" w:eastAsia="ru-RU"/>
        </w:rPr>
        <w:t>үдерісіне</w:t>
      </w:r>
      <w:proofErr w:type="spellEnd"/>
      <w:r w:rsidRPr="00137388">
        <w:rPr>
          <w:rFonts w:eastAsia="Times New Roman" w:cs="Times New Roman"/>
          <w:szCs w:val="24"/>
          <w:lang w:val="ru-RU" w:eastAsia="ru-RU"/>
        </w:rPr>
        <w:t xml:space="preserve"> тарту;</w:t>
      </w:r>
    </w:p>
    <w:p w14:paraId="2752A539" w14:textId="77777777" w:rsidR="009A07C4" w:rsidRPr="00137388" w:rsidRDefault="009A07C4" w:rsidP="00C90D28">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заңды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өкілдерді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оқушыларды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тәрбиелеудегі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педагогикалық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білімдер</w:t>
      </w:r>
      <w:proofErr w:type="spellEnd"/>
      <w:r w:rsidRPr="00137388">
        <w:rPr>
          <w:rFonts w:eastAsia="Times New Roman" w:cs="Times New Roman"/>
          <w:szCs w:val="24"/>
          <w:lang w:val="ru-RU" w:eastAsia="ru-RU"/>
        </w:rPr>
        <w:t xml:space="preserve"> мен </w:t>
      </w:r>
      <w:proofErr w:type="spellStart"/>
      <w:r w:rsidRPr="00137388">
        <w:rPr>
          <w:rFonts w:eastAsia="Times New Roman" w:cs="Times New Roman"/>
          <w:szCs w:val="24"/>
          <w:lang w:val="ru-RU" w:eastAsia="ru-RU"/>
        </w:rPr>
        <w:t>дағдылар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туралы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ағарту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ата-аналар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мектебі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балалар</w:t>
      </w:r>
      <w:proofErr w:type="spellEnd"/>
      <w:r w:rsidRPr="00137388">
        <w:rPr>
          <w:rFonts w:eastAsia="Times New Roman" w:cs="Times New Roman"/>
          <w:szCs w:val="24"/>
          <w:lang w:val="ru-RU" w:eastAsia="ru-RU"/>
        </w:rPr>
        <w:t xml:space="preserve"> мен </w:t>
      </w:r>
      <w:proofErr w:type="spellStart"/>
      <w:r w:rsidRPr="00137388">
        <w:rPr>
          <w:rFonts w:eastAsia="Times New Roman" w:cs="Times New Roman"/>
          <w:szCs w:val="24"/>
          <w:lang w:val="ru-RU" w:eastAsia="ru-RU"/>
        </w:rPr>
        <w:t>ересектер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арасындағы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қарым-қатынастың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психологиялық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аспектілері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туралы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бейнематериалдар</w:t>
      </w:r>
      <w:proofErr w:type="spellEnd"/>
      <w:r w:rsidRPr="00137388">
        <w:rPr>
          <w:rFonts w:eastAsia="Times New Roman" w:cs="Times New Roman"/>
          <w:szCs w:val="24"/>
          <w:lang w:val="ru-RU" w:eastAsia="ru-RU"/>
        </w:rPr>
        <w:t>);</w:t>
      </w:r>
    </w:p>
    <w:p w14:paraId="28993601" w14:textId="77777777" w:rsidR="009A07C4" w:rsidRPr="00137388" w:rsidRDefault="009A07C4" w:rsidP="00C90D28">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заңды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өкілдердің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белсенді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ұстанымын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қалыптастыру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ішінде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мерекелік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спорттық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демалыс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кәсіптік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бағдар</w:t>
      </w:r>
      <w:proofErr w:type="spellEnd"/>
      <w:r w:rsidRPr="00137388">
        <w:rPr>
          <w:rFonts w:eastAsia="Times New Roman" w:cs="Times New Roman"/>
          <w:szCs w:val="24"/>
          <w:lang w:val="ru-RU" w:eastAsia="ru-RU"/>
        </w:rPr>
        <w:t xml:space="preserve"> беру </w:t>
      </w:r>
      <w:proofErr w:type="spellStart"/>
      <w:r w:rsidRPr="00137388">
        <w:rPr>
          <w:rFonts w:eastAsia="Times New Roman" w:cs="Times New Roman"/>
          <w:szCs w:val="24"/>
          <w:lang w:val="ru-RU" w:eastAsia="ru-RU"/>
        </w:rPr>
        <w:t>іс-шараларына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қатысу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арқылы</w:t>
      </w:r>
      <w:proofErr w:type="spellEnd"/>
      <w:r w:rsidRPr="00137388">
        <w:rPr>
          <w:rFonts w:eastAsia="Times New Roman" w:cs="Times New Roman"/>
          <w:szCs w:val="24"/>
          <w:lang w:val="ru-RU" w:eastAsia="ru-RU"/>
        </w:rPr>
        <w:t>.</w:t>
      </w:r>
    </w:p>
    <w:p w14:paraId="18B983FB" w14:textId="77777777" w:rsidR="009A07C4" w:rsidRPr="00137388" w:rsidRDefault="009A07C4" w:rsidP="00C90D28">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әкімшілігінің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педагогикалық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қызметкерлерінің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оқушылардың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өкілдерімен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өзара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іс-қимылын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ұйымдастыру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мыналарды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көздейді</w:t>
      </w:r>
      <w:proofErr w:type="spellEnd"/>
      <w:r w:rsidRPr="00137388">
        <w:rPr>
          <w:rFonts w:eastAsia="Times New Roman" w:cs="Times New Roman"/>
          <w:szCs w:val="24"/>
          <w:lang w:val="ru-RU" w:eastAsia="ru-RU"/>
        </w:rPr>
        <w:t>:</w:t>
      </w:r>
    </w:p>
    <w:p w14:paraId="2008EFD4" w14:textId="77777777" w:rsidR="009A07C4" w:rsidRPr="00137388" w:rsidRDefault="009A07C4" w:rsidP="00C90D28">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оқушыларды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тәрбиелеу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бойынша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мүмкіндіктерін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анықтау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мақсатында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отбасын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зерттеу</w:t>
      </w:r>
      <w:proofErr w:type="spellEnd"/>
      <w:r w:rsidRPr="00137388">
        <w:rPr>
          <w:rFonts w:eastAsia="Times New Roman" w:cs="Times New Roman"/>
          <w:szCs w:val="24"/>
          <w:lang w:val="ru-RU" w:eastAsia="ru-RU"/>
        </w:rPr>
        <w:t>;</w:t>
      </w:r>
    </w:p>
    <w:p w14:paraId="11E561F9" w14:textId="77777777" w:rsidR="009A07C4" w:rsidRPr="00137388" w:rsidRDefault="009A07C4" w:rsidP="00C90D28">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заңды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өкілдерге</w:t>
      </w:r>
      <w:proofErr w:type="spellEnd"/>
      <w:r w:rsidRPr="00137388">
        <w:rPr>
          <w:rFonts w:eastAsia="Times New Roman" w:cs="Times New Roman"/>
          <w:szCs w:val="24"/>
          <w:lang w:val="ru-RU" w:eastAsia="ru-RU"/>
        </w:rPr>
        <w:t xml:space="preserve"> бала-</w:t>
      </w:r>
      <w:proofErr w:type="spellStart"/>
      <w:r w:rsidRPr="00137388">
        <w:rPr>
          <w:rFonts w:eastAsia="Times New Roman" w:cs="Times New Roman"/>
          <w:szCs w:val="24"/>
          <w:lang w:val="ru-RU" w:eastAsia="ru-RU"/>
        </w:rPr>
        <w:t>ата</w:t>
      </w:r>
      <w:proofErr w:type="spellEnd"/>
      <w:r w:rsidRPr="00137388">
        <w:rPr>
          <w:rFonts w:eastAsia="Times New Roman" w:cs="Times New Roman"/>
          <w:szCs w:val="24"/>
          <w:lang w:val="ru-RU" w:eastAsia="ru-RU"/>
        </w:rPr>
        <w:t>-</w:t>
      </w:r>
      <w:proofErr w:type="spellStart"/>
      <w:r w:rsidRPr="00137388">
        <w:rPr>
          <w:rFonts w:eastAsia="Times New Roman" w:cs="Times New Roman"/>
          <w:szCs w:val="24"/>
          <w:lang w:val="ru-RU" w:eastAsia="ru-RU"/>
        </w:rPr>
        <w:t>ана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қатынастарын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жақсарту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оқушының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отбасындағы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әл-ауқаты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туралы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кеңес</w:t>
      </w:r>
      <w:proofErr w:type="spellEnd"/>
      <w:r w:rsidRPr="00137388">
        <w:rPr>
          <w:rFonts w:eastAsia="Times New Roman" w:cs="Times New Roman"/>
          <w:szCs w:val="24"/>
          <w:lang w:val="ru-RU" w:eastAsia="ru-RU"/>
        </w:rPr>
        <w:t xml:space="preserve"> беру.</w:t>
      </w:r>
    </w:p>
    <w:p w14:paraId="27EC4BA6" w14:textId="77777777" w:rsidR="009A07C4" w:rsidRPr="00137388" w:rsidRDefault="009A07C4" w:rsidP="00C90D28">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әкімшілігі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педагогикалық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қызметкерлері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өкілдерді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олардың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балаларының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мінез-құлқы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туралы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хабардар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етуге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теріс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мінез-құлықты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түзету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қайталануын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болдырмау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мақсатында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бірлескен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шаралар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қабылдауға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міндетті</w:t>
      </w:r>
      <w:proofErr w:type="spellEnd"/>
      <w:r w:rsidRPr="00137388">
        <w:rPr>
          <w:rFonts w:eastAsia="Times New Roman" w:cs="Times New Roman"/>
          <w:szCs w:val="24"/>
          <w:lang w:val="ru-RU" w:eastAsia="ru-RU"/>
        </w:rPr>
        <w:t>.</w:t>
      </w:r>
    </w:p>
    <w:p w14:paraId="2F1EF001" w14:textId="77777777" w:rsidR="009A07C4" w:rsidRPr="00137388" w:rsidRDefault="009A07C4" w:rsidP="00C90D28">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Оқушылардың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өкілдерімен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консультативтік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әңгімелесулерді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өкілдері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жүргізеді</w:t>
      </w:r>
      <w:proofErr w:type="spellEnd"/>
      <w:r w:rsidRPr="00137388">
        <w:rPr>
          <w:rFonts w:eastAsia="Times New Roman" w:cs="Times New Roman"/>
          <w:szCs w:val="24"/>
          <w:lang w:val="ru-RU" w:eastAsia="ru-RU"/>
        </w:rPr>
        <w:t>.</w:t>
      </w:r>
    </w:p>
    <w:p w14:paraId="50EA21E4" w14:textId="77777777" w:rsidR="009A07C4" w:rsidRPr="00137388" w:rsidRDefault="009A07C4" w:rsidP="00C90D28">
      <w:pPr>
        <w:spacing w:after="0" w:line="240" w:lineRule="auto"/>
        <w:rPr>
          <w:rFonts w:eastAsia="Times New Roman" w:cs="Times New Roman"/>
          <w:szCs w:val="24"/>
          <w:lang w:val="ru-RU" w:eastAsia="ru-RU"/>
        </w:rPr>
      </w:pPr>
      <w:proofErr w:type="spellStart"/>
      <w:r w:rsidRPr="00137388">
        <w:rPr>
          <w:rFonts w:eastAsia="Times New Roman" w:cs="Times New Roman"/>
          <w:szCs w:val="24"/>
          <w:lang w:val="ru-RU" w:eastAsia="ru-RU"/>
        </w:rPr>
        <w:t>Оқушылардың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өкілдерінің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құқықтары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міндеттері</w:t>
      </w:r>
      <w:proofErr w:type="spellEnd"/>
      <w:r w:rsidRPr="00137388">
        <w:rPr>
          <w:rFonts w:eastAsia="Times New Roman" w:cs="Times New Roman"/>
          <w:szCs w:val="24"/>
          <w:lang w:val="ru-RU" w:eastAsia="ru-RU"/>
        </w:rPr>
        <w:t>.</w:t>
      </w:r>
    </w:p>
    <w:p w14:paraId="41230544" w14:textId="77777777" w:rsidR="009A07C4" w:rsidRPr="00137388" w:rsidRDefault="009A07C4" w:rsidP="00C90D28">
      <w:pPr>
        <w:spacing w:after="0" w:line="240" w:lineRule="auto"/>
        <w:rPr>
          <w:rFonts w:eastAsia="Times New Roman" w:cs="Times New Roman"/>
          <w:b/>
          <w:bCs/>
          <w:szCs w:val="24"/>
          <w:lang w:val="ru-RU" w:eastAsia="ru-RU"/>
        </w:rPr>
      </w:pPr>
      <w:proofErr w:type="spellStart"/>
      <w:r w:rsidRPr="00137388">
        <w:rPr>
          <w:rFonts w:eastAsia="Times New Roman" w:cs="Times New Roman"/>
          <w:b/>
          <w:bCs/>
          <w:szCs w:val="24"/>
          <w:lang w:val="ru-RU" w:eastAsia="ru-RU"/>
        </w:rPr>
        <w:t>Заңды</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өкілдердің</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құқығы</w:t>
      </w:r>
      <w:proofErr w:type="spellEnd"/>
      <w:r w:rsidRPr="00137388">
        <w:rPr>
          <w:rFonts w:eastAsia="Times New Roman" w:cs="Times New Roman"/>
          <w:b/>
          <w:bCs/>
          <w:szCs w:val="24"/>
          <w:lang w:val="ru-RU" w:eastAsia="ru-RU"/>
        </w:rPr>
        <w:t xml:space="preserve"> бар:</w:t>
      </w:r>
    </w:p>
    <w:p w14:paraId="778DC895" w14:textId="77777777" w:rsidR="009A07C4" w:rsidRPr="00137388" w:rsidRDefault="009A07C4" w:rsidP="00C90D28">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өзін-өзі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басқару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органдарының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беру </w:t>
      </w:r>
      <w:proofErr w:type="spellStart"/>
      <w:r w:rsidRPr="00137388">
        <w:rPr>
          <w:rFonts w:eastAsia="Times New Roman" w:cs="Times New Roman"/>
          <w:szCs w:val="24"/>
          <w:lang w:val="ru-RU" w:eastAsia="ru-RU"/>
        </w:rPr>
        <w:t>үдерісінің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жұмысына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қатысуға</w:t>
      </w:r>
      <w:proofErr w:type="spellEnd"/>
      <w:r w:rsidRPr="00137388">
        <w:rPr>
          <w:rFonts w:eastAsia="Times New Roman" w:cs="Times New Roman"/>
          <w:szCs w:val="24"/>
          <w:lang w:val="ru-RU" w:eastAsia="ru-RU"/>
        </w:rPr>
        <w:t>;</w:t>
      </w:r>
    </w:p>
    <w:p w14:paraId="1554F5E4" w14:textId="77777777" w:rsidR="009A07C4" w:rsidRPr="00137388" w:rsidRDefault="009A07C4" w:rsidP="00C90D28">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жұмысын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жақсарту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туралы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ұсыныстар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енгізуге</w:t>
      </w:r>
      <w:proofErr w:type="spellEnd"/>
      <w:r w:rsidRPr="00137388">
        <w:rPr>
          <w:rFonts w:eastAsia="Times New Roman" w:cs="Times New Roman"/>
          <w:szCs w:val="24"/>
          <w:lang w:val="ru-RU" w:eastAsia="ru-RU"/>
        </w:rPr>
        <w:t>;</w:t>
      </w:r>
    </w:p>
    <w:p w14:paraId="7769E5BF" w14:textId="77777777" w:rsidR="009A07C4" w:rsidRPr="00137388" w:rsidRDefault="009A07C4" w:rsidP="00C90D28">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оқушының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үлгерімі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мінез-құлқы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жағдайлары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туралы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ақпарат</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алуға</w:t>
      </w:r>
      <w:proofErr w:type="spellEnd"/>
      <w:r w:rsidRPr="00137388">
        <w:rPr>
          <w:rFonts w:eastAsia="Times New Roman" w:cs="Times New Roman"/>
          <w:szCs w:val="24"/>
          <w:lang w:val="ru-RU" w:eastAsia="ru-RU"/>
        </w:rPr>
        <w:t>;</w:t>
      </w:r>
    </w:p>
    <w:p w14:paraId="349FB9E3" w14:textId="77777777" w:rsidR="009A07C4" w:rsidRPr="00137388" w:rsidRDefault="009A07C4" w:rsidP="00C90D28">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оқушының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мүдделері</w:t>
      </w:r>
      <w:proofErr w:type="spellEnd"/>
      <w:r w:rsidRPr="00137388">
        <w:rPr>
          <w:rFonts w:eastAsia="Times New Roman" w:cs="Times New Roman"/>
          <w:szCs w:val="24"/>
          <w:lang w:val="ru-RU" w:eastAsia="ru-RU"/>
        </w:rPr>
        <w:t xml:space="preserve"> мен </w:t>
      </w:r>
      <w:proofErr w:type="spellStart"/>
      <w:r w:rsidRPr="00137388">
        <w:rPr>
          <w:rFonts w:eastAsia="Times New Roman" w:cs="Times New Roman"/>
          <w:szCs w:val="24"/>
          <w:lang w:val="ru-RU" w:eastAsia="ru-RU"/>
        </w:rPr>
        <w:t>құқықтарын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қорғауға</w:t>
      </w:r>
      <w:proofErr w:type="spellEnd"/>
      <w:r w:rsidRPr="00137388">
        <w:rPr>
          <w:rFonts w:eastAsia="Times New Roman" w:cs="Times New Roman"/>
          <w:szCs w:val="24"/>
          <w:lang w:val="ru-RU" w:eastAsia="ru-RU"/>
        </w:rPr>
        <w:t>;</w:t>
      </w:r>
    </w:p>
    <w:p w14:paraId="6EAB09B6" w14:textId="77777777" w:rsidR="009A07C4" w:rsidRPr="00137388" w:rsidRDefault="009A07C4" w:rsidP="00C90D28">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оқушыны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басқа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мектепке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ауыстыруға</w:t>
      </w:r>
      <w:proofErr w:type="spellEnd"/>
      <w:r w:rsidRPr="00137388">
        <w:rPr>
          <w:rFonts w:eastAsia="Times New Roman" w:cs="Times New Roman"/>
          <w:szCs w:val="24"/>
          <w:lang w:val="ru-RU" w:eastAsia="ru-RU"/>
        </w:rPr>
        <w:t>;</w:t>
      </w:r>
    </w:p>
    <w:p w14:paraId="32A07990" w14:textId="77777777" w:rsidR="009A07C4" w:rsidRPr="00137388" w:rsidRDefault="009A07C4" w:rsidP="00C90D28">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оқушылар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үшін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шарттық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негізде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қосымша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беру </w:t>
      </w:r>
      <w:proofErr w:type="spellStart"/>
      <w:r w:rsidRPr="00137388">
        <w:rPr>
          <w:rFonts w:eastAsia="Times New Roman" w:cs="Times New Roman"/>
          <w:szCs w:val="24"/>
          <w:lang w:val="ru-RU" w:eastAsia="ru-RU"/>
        </w:rPr>
        <w:t>қызметтерін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алуға</w:t>
      </w:r>
      <w:proofErr w:type="spellEnd"/>
      <w:r w:rsidRPr="00137388">
        <w:rPr>
          <w:rFonts w:eastAsia="Times New Roman" w:cs="Times New Roman"/>
          <w:szCs w:val="24"/>
          <w:lang w:val="ru-RU" w:eastAsia="ru-RU"/>
        </w:rPr>
        <w:t>.</w:t>
      </w:r>
    </w:p>
    <w:p w14:paraId="51645943" w14:textId="77777777" w:rsidR="009A07C4" w:rsidRPr="00137388" w:rsidRDefault="009A07C4" w:rsidP="00C90D28">
      <w:pPr>
        <w:spacing w:after="0" w:line="240" w:lineRule="auto"/>
        <w:rPr>
          <w:rFonts w:eastAsia="Times New Roman" w:cs="Times New Roman"/>
          <w:b/>
          <w:bCs/>
          <w:szCs w:val="24"/>
          <w:lang w:val="ru-RU" w:eastAsia="ru-RU"/>
        </w:rPr>
      </w:pPr>
      <w:proofErr w:type="spellStart"/>
      <w:r w:rsidRPr="00137388">
        <w:rPr>
          <w:rFonts w:eastAsia="Times New Roman" w:cs="Times New Roman"/>
          <w:b/>
          <w:bCs/>
          <w:szCs w:val="24"/>
          <w:lang w:val="ru-RU" w:eastAsia="ru-RU"/>
        </w:rPr>
        <w:t>Заңды</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өкілдер</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міндетті</w:t>
      </w:r>
      <w:proofErr w:type="spellEnd"/>
      <w:r w:rsidRPr="00137388">
        <w:rPr>
          <w:rFonts w:eastAsia="Times New Roman" w:cs="Times New Roman"/>
          <w:b/>
          <w:bCs/>
          <w:szCs w:val="24"/>
          <w:lang w:val="ru-RU" w:eastAsia="ru-RU"/>
        </w:rPr>
        <w:t>:</w:t>
      </w:r>
    </w:p>
    <w:p w14:paraId="11C131EA" w14:textId="77777777" w:rsidR="009A07C4" w:rsidRPr="00137388" w:rsidRDefault="009A07C4" w:rsidP="00C90D28">
      <w:pPr>
        <w:spacing w:after="0" w:line="240" w:lineRule="auto"/>
        <w:ind w:firstLine="567"/>
        <w:rPr>
          <w:rFonts w:eastAsia="Times New Roman" w:cs="Times New Roman"/>
          <w:szCs w:val="24"/>
          <w:lang w:val="ru-RU" w:eastAsia="ru-RU"/>
        </w:rPr>
      </w:pPr>
      <w:r w:rsidRPr="00137388">
        <w:rPr>
          <w:rFonts w:eastAsia="Times New Roman" w:cs="Times New Roman"/>
          <w:szCs w:val="24"/>
          <w:lang w:val="ru-RU" w:eastAsia="ru-RU"/>
        </w:rPr>
        <w:t xml:space="preserve">осы </w:t>
      </w:r>
      <w:proofErr w:type="spellStart"/>
      <w:r w:rsidRPr="00137388">
        <w:rPr>
          <w:rFonts w:eastAsia="Times New Roman" w:cs="Times New Roman"/>
          <w:szCs w:val="24"/>
          <w:lang w:val="ru-RU" w:eastAsia="ru-RU"/>
        </w:rPr>
        <w:t>Ережелерді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сақтауға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ережесінде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белгіленген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талаптарды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орындауға</w:t>
      </w:r>
      <w:proofErr w:type="spellEnd"/>
      <w:r w:rsidRPr="00137388">
        <w:rPr>
          <w:rFonts w:eastAsia="Times New Roman" w:cs="Times New Roman"/>
          <w:szCs w:val="24"/>
          <w:lang w:val="ru-RU" w:eastAsia="ru-RU"/>
        </w:rPr>
        <w:t>;</w:t>
      </w:r>
    </w:p>
    <w:p w14:paraId="3BA497EE" w14:textId="77777777" w:rsidR="009A07C4" w:rsidRPr="00137388" w:rsidRDefault="009A07C4" w:rsidP="00C90D28">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мектепке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оқушыны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оқыту</w:t>
      </w:r>
      <w:proofErr w:type="spellEnd"/>
      <w:r w:rsidRPr="00137388">
        <w:rPr>
          <w:rFonts w:eastAsia="Times New Roman" w:cs="Times New Roman"/>
          <w:szCs w:val="24"/>
          <w:lang w:val="ru-RU" w:eastAsia="ru-RU"/>
        </w:rPr>
        <w:t xml:space="preserve"> мен </w:t>
      </w:r>
      <w:proofErr w:type="spellStart"/>
      <w:r w:rsidRPr="00137388">
        <w:rPr>
          <w:rFonts w:eastAsia="Times New Roman" w:cs="Times New Roman"/>
          <w:szCs w:val="24"/>
          <w:lang w:val="ru-RU" w:eastAsia="ru-RU"/>
        </w:rPr>
        <w:t>тәрбиелеуде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жәрдемдесуге</w:t>
      </w:r>
      <w:proofErr w:type="spellEnd"/>
      <w:r w:rsidRPr="00137388">
        <w:rPr>
          <w:rFonts w:eastAsia="Times New Roman" w:cs="Times New Roman"/>
          <w:szCs w:val="24"/>
          <w:lang w:val="ru-RU" w:eastAsia="ru-RU"/>
        </w:rPr>
        <w:t>;</w:t>
      </w:r>
    </w:p>
    <w:p w14:paraId="34654899" w14:textId="77777777" w:rsidR="009A07C4" w:rsidRPr="00137388" w:rsidRDefault="009A07C4" w:rsidP="00C90D28">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оқушының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денсаулығы</w:t>
      </w:r>
      <w:proofErr w:type="spellEnd"/>
      <w:r w:rsidRPr="00137388">
        <w:rPr>
          <w:rFonts w:eastAsia="Times New Roman" w:cs="Times New Roman"/>
          <w:szCs w:val="24"/>
          <w:lang w:val="ru-RU" w:eastAsia="ru-RU"/>
        </w:rPr>
        <w:t xml:space="preserve"> мен </w:t>
      </w:r>
      <w:proofErr w:type="spellStart"/>
      <w:r w:rsidRPr="00137388">
        <w:rPr>
          <w:rFonts w:eastAsia="Times New Roman" w:cs="Times New Roman"/>
          <w:szCs w:val="24"/>
          <w:lang w:val="ru-RU" w:eastAsia="ru-RU"/>
        </w:rPr>
        <w:t>қауіпсіздігіне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қамқорлық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жасауға</w:t>
      </w:r>
      <w:proofErr w:type="spellEnd"/>
      <w:r w:rsidRPr="00137388">
        <w:rPr>
          <w:rFonts w:eastAsia="Times New Roman" w:cs="Times New Roman"/>
          <w:szCs w:val="24"/>
          <w:lang w:val="ru-RU" w:eastAsia="ru-RU"/>
        </w:rPr>
        <w:t xml:space="preserve">, оны </w:t>
      </w:r>
      <w:proofErr w:type="spellStart"/>
      <w:r w:rsidRPr="00137388">
        <w:rPr>
          <w:rFonts w:eastAsia="Times New Roman" w:cs="Times New Roman"/>
          <w:szCs w:val="24"/>
          <w:lang w:val="ru-RU" w:eastAsia="ru-RU"/>
        </w:rPr>
        <w:t>зиянды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әдеттерден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сақтауға</w:t>
      </w:r>
      <w:proofErr w:type="spellEnd"/>
      <w:r w:rsidRPr="00137388">
        <w:rPr>
          <w:rFonts w:eastAsia="Times New Roman" w:cs="Times New Roman"/>
          <w:szCs w:val="24"/>
          <w:lang w:val="ru-RU" w:eastAsia="ru-RU"/>
        </w:rPr>
        <w:t>;</w:t>
      </w:r>
    </w:p>
    <w:p w14:paraId="2C9EE5D5" w14:textId="77777777" w:rsidR="009A07C4" w:rsidRPr="00137388" w:rsidRDefault="009A07C4" w:rsidP="00C90D28">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оқушыға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өмір</w:t>
      </w:r>
      <w:proofErr w:type="spellEnd"/>
      <w:r w:rsidRPr="00137388">
        <w:rPr>
          <w:rFonts w:eastAsia="Times New Roman" w:cs="Times New Roman"/>
          <w:szCs w:val="24"/>
          <w:lang w:val="ru-RU" w:eastAsia="ru-RU"/>
        </w:rPr>
        <w:t xml:space="preserve"> мен </w:t>
      </w:r>
      <w:proofErr w:type="spellStart"/>
      <w:r w:rsidRPr="00137388">
        <w:rPr>
          <w:rFonts w:eastAsia="Times New Roman" w:cs="Times New Roman"/>
          <w:szCs w:val="24"/>
          <w:lang w:val="ru-RU" w:eastAsia="ru-RU"/>
        </w:rPr>
        <w:t>оқу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үшін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қауіпсіз</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жағдайлар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жасауға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зияткерлік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дене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мүмкіндіктерін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дамытуды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адамгершілік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қалыптасуын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қамтамасыз</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етуге</w:t>
      </w:r>
      <w:proofErr w:type="spellEnd"/>
      <w:r w:rsidRPr="00137388">
        <w:rPr>
          <w:rFonts w:eastAsia="Times New Roman" w:cs="Times New Roman"/>
          <w:szCs w:val="24"/>
          <w:lang w:val="ru-RU" w:eastAsia="ru-RU"/>
        </w:rPr>
        <w:t>;</w:t>
      </w:r>
    </w:p>
    <w:p w14:paraId="66E3E475" w14:textId="77777777" w:rsidR="009A07C4" w:rsidRPr="00137388" w:rsidRDefault="009A07C4" w:rsidP="00C90D28">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сабақ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кестесін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оқушының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аптасының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әр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күніндегі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жүктемесін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білуге</w:t>
      </w:r>
      <w:proofErr w:type="spellEnd"/>
      <w:r w:rsidRPr="00137388">
        <w:rPr>
          <w:rFonts w:eastAsia="Times New Roman" w:cs="Times New Roman"/>
          <w:szCs w:val="24"/>
          <w:lang w:val="ru-RU" w:eastAsia="ru-RU"/>
        </w:rPr>
        <w:t>;</w:t>
      </w:r>
    </w:p>
    <w:p w14:paraId="4FC052AA" w14:textId="77777777" w:rsidR="009A07C4" w:rsidRPr="00137388" w:rsidRDefault="009A07C4" w:rsidP="00C90D28">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оқушының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мектепке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уақтылы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келуін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қамтамасыз</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етуге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сабақ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басталғанға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дейін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кемінде</w:t>
      </w:r>
      <w:proofErr w:type="spellEnd"/>
      <w:r w:rsidRPr="00137388">
        <w:rPr>
          <w:rFonts w:eastAsia="Times New Roman" w:cs="Times New Roman"/>
          <w:szCs w:val="24"/>
          <w:lang w:val="ru-RU" w:eastAsia="ru-RU"/>
        </w:rPr>
        <w:t xml:space="preserve"> 15 минут </w:t>
      </w:r>
      <w:proofErr w:type="spellStart"/>
      <w:r w:rsidRPr="00137388">
        <w:rPr>
          <w:rFonts w:eastAsia="Times New Roman" w:cs="Times New Roman"/>
          <w:szCs w:val="24"/>
          <w:lang w:val="ru-RU" w:eastAsia="ru-RU"/>
        </w:rPr>
        <w:t>бұрын</w:t>
      </w:r>
      <w:proofErr w:type="spellEnd"/>
      <w:r w:rsidRPr="00137388">
        <w:rPr>
          <w:rFonts w:eastAsia="Times New Roman" w:cs="Times New Roman"/>
          <w:szCs w:val="24"/>
          <w:lang w:val="ru-RU" w:eastAsia="ru-RU"/>
        </w:rPr>
        <w:t>;</w:t>
      </w:r>
    </w:p>
    <w:p w14:paraId="20302EC2" w14:textId="77777777" w:rsidR="009A07C4" w:rsidRPr="00137388" w:rsidRDefault="009A07C4" w:rsidP="00C90D28">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оқушының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мектепке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үдерісіне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қатысы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жоқ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заттарды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әкелмеуін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қадағалауға</w:t>
      </w:r>
      <w:proofErr w:type="spellEnd"/>
      <w:r w:rsidRPr="00137388">
        <w:rPr>
          <w:rFonts w:eastAsia="Times New Roman" w:cs="Times New Roman"/>
          <w:szCs w:val="24"/>
          <w:lang w:val="ru-RU" w:eastAsia="ru-RU"/>
        </w:rPr>
        <w:t>;</w:t>
      </w:r>
    </w:p>
    <w:p w14:paraId="737E8AA3" w14:textId="77777777" w:rsidR="009A07C4" w:rsidRPr="00137388" w:rsidRDefault="009A07C4" w:rsidP="00C90D28">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сабақ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кезінде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оқушыны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ұялы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телефондар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арқылы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қоңырау</w:t>
      </w:r>
      <w:proofErr w:type="spellEnd"/>
      <w:r w:rsidRPr="00137388">
        <w:rPr>
          <w:rFonts w:eastAsia="Times New Roman" w:cs="Times New Roman"/>
          <w:szCs w:val="24"/>
          <w:lang w:val="ru-RU" w:eastAsia="ru-RU"/>
        </w:rPr>
        <w:t xml:space="preserve"> шалу </w:t>
      </w:r>
      <w:proofErr w:type="spellStart"/>
      <w:r w:rsidRPr="00137388">
        <w:rPr>
          <w:rFonts w:eastAsia="Times New Roman" w:cs="Times New Roman"/>
          <w:szCs w:val="24"/>
          <w:lang w:val="ru-RU" w:eastAsia="ru-RU"/>
        </w:rPr>
        <w:t>арқылы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мазаламауға</w:t>
      </w:r>
      <w:proofErr w:type="spellEnd"/>
      <w:r w:rsidRPr="00137388">
        <w:rPr>
          <w:rFonts w:eastAsia="Times New Roman" w:cs="Times New Roman"/>
          <w:szCs w:val="24"/>
          <w:lang w:val="ru-RU" w:eastAsia="ru-RU"/>
        </w:rPr>
        <w:t>;</w:t>
      </w:r>
    </w:p>
    <w:p w14:paraId="589977F7" w14:textId="77777777" w:rsidR="009A07C4" w:rsidRPr="00137388" w:rsidRDefault="009A07C4" w:rsidP="00C90D28">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оқушының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мектептегі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сабақтарға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қатысуын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қамтамасыз</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етуге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сабақтарды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себепті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себептермен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жіберіп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алған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жағдайда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растайтын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құжаттарды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ұсынуға</w:t>
      </w:r>
      <w:proofErr w:type="spellEnd"/>
      <w:r w:rsidRPr="00137388">
        <w:rPr>
          <w:rFonts w:eastAsia="Times New Roman" w:cs="Times New Roman"/>
          <w:szCs w:val="24"/>
          <w:lang w:val="ru-RU" w:eastAsia="ru-RU"/>
        </w:rPr>
        <w:t>;</w:t>
      </w:r>
    </w:p>
    <w:p w14:paraId="129C162D" w14:textId="77777777" w:rsidR="009A07C4" w:rsidRPr="00137388" w:rsidRDefault="009A07C4" w:rsidP="00C90D28">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жіберілген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күндерде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оқушының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бағдарламалық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материалын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өтуін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бақылауды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жүзеге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асыруға</w:t>
      </w:r>
      <w:proofErr w:type="spellEnd"/>
      <w:r w:rsidRPr="00137388">
        <w:rPr>
          <w:rFonts w:eastAsia="Times New Roman" w:cs="Times New Roman"/>
          <w:szCs w:val="24"/>
          <w:lang w:val="ru-RU" w:eastAsia="ru-RU"/>
        </w:rPr>
        <w:t>;</w:t>
      </w:r>
    </w:p>
    <w:p w14:paraId="090B6EDA" w14:textId="77777777" w:rsidR="009A07C4" w:rsidRPr="00137388" w:rsidRDefault="009A07C4" w:rsidP="00C90D28">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ата-аналар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жиналыстарына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қатысуға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күнделікті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w:t>
      </w:r>
      <w:proofErr w:type="spellStart"/>
      <w:r w:rsidRPr="00137388">
        <w:rPr>
          <w:rFonts w:eastAsia="Times New Roman" w:cs="Times New Roman"/>
          <w:szCs w:val="24"/>
          <w:lang w:val="ru-RU" w:eastAsia="ru-RU"/>
        </w:rPr>
        <w:t>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қарауға</w:t>
      </w:r>
      <w:proofErr w:type="spellEnd"/>
      <w:r w:rsidRPr="00137388">
        <w:rPr>
          <w:rFonts w:eastAsia="Times New Roman" w:cs="Times New Roman"/>
          <w:szCs w:val="24"/>
          <w:lang w:val="ru-RU" w:eastAsia="ru-RU"/>
        </w:rPr>
        <w:t>;</w:t>
      </w:r>
    </w:p>
    <w:p w14:paraId="16A86502" w14:textId="77777777" w:rsidR="009A07C4" w:rsidRPr="00137388" w:rsidRDefault="009A07C4" w:rsidP="00C90D28">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оқушының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сынып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жетекшісімен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байланысты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қолдауға</w:t>
      </w:r>
      <w:proofErr w:type="spellEnd"/>
      <w:r w:rsidRPr="00137388">
        <w:rPr>
          <w:rFonts w:eastAsia="Times New Roman" w:cs="Times New Roman"/>
          <w:szCs w:val="24"/>
          <w:lang w:val="ru-RU" w:eastAsia="ru-RU"/>
        </w:rPr>
        <w:t>.</w:t>
      </w:r>
      <w:r w:rsidRPr="00137388">
        <w:rPr>
          <w:rFonts w:eastAsia="Times New Roman" w:cs="Times New Roman"/>
          <w:szCs w:val="24"/>
          <w:lang w:val="ru-RU" w:eastAsia="ru-RU"/>
        </w:rPr>
        <w:br/>
      </w:r>
      <w:proofErr w:type="spellStart"/>
      <w:r w:rsidRPr="00137388">
        <w:rPr>
          <w:rFonts w:eastAsia="Times New Roman" w:cs="Times New Roman"/>
          <w:szCs w:val="24"/>
          <w:lang w:val="ru-RU" w:eastAsia="ru-RU"/>
        </w:rPr>
        <w:t>Электрондық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пошта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ұялы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байланыс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арқылы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сынып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жетекшісімен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қарым-қатынас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жасау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кезінде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оқушыға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қатысты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ақпаратты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алғанын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жауап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жіберу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арқылы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растауға</w:t>
      </w:r>
      <w:proofErr w:type="spellEnd"/>
      <w:r w:rsidRPr="00137388">
        <w:rPr>
          <w:rFonts w:eastAsia="Times New Roman" w:cs="Times New Roman"/>
          <w:szCs w:val="24"/>
          <w:lang w:val="ru-RU" w:eastAsia="ru-RU"/>
        </w:rPr>
        <w:t>;</w:t>
      </w:r>
    </w:p>
    <w:p w14:paraId="5537BFF6" w14:textId="77777777" w:rsidR="009A07C4" w:rsidRPr="00137388" w:rsidRDefault="009A07C4" w:rsidP="00C90D28">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lastRenderedPageBreak/>
        <w:t>педагогикалық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қызметкерлермен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сынып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жетекшілерімен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алдын</w:t>
      </w:r>
      <w:proofErr w:type="spellEnd"/>
      <w:r w:rsidRPr="00137388">
        <w:rPr>
          <w:rFonts w:eastAsia="Times New Roman" w:cs="Times New Roman"/>
          <w:szCs w:val="24"/>
          <w:lang w:val="ru-RU" w:eastAsia="ru-RU"/>
        </w:rPr>
        <w:t xml:space="preserve"> ала </w:t>
      </w:r>
      <w:proofErr w:type="spellStart"/>
      <w:r w:rsidRPr="00137388">
        <w:rPr>
          <w:rFonts w:eastAsia="Times New Roman" w:cs="Times New Roman"/>
          <w:szCs w:val="24"/>
          <w:lang w:val="ru-RU" w:eastAsia="ru-RU"/>
        </w:rPr>
        <w:t>келісім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бойынша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сабақтан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тыс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уақытта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кездесуге</w:t>
      </w:r>
      <w:proofErr w:type="spellEnd"/>
      <w:r w:rsidRPr="00137388">
        <w:rPr>
          <w:rFonts w:eastAsia="Times New Roman" w:cs="Times New Roman"/>
          <w:szCs w:val="24"/>
          <w:lang w:val="ru-RU" w:eastAsia="ru-RU"/>
        </w:rPr>
        <w:t>;</w:t>
      </w:r>
    </w:p>
    <w:p w14:paraId="56CC3016" w14:textId="77777777" w:rsidR="009A07C4" w:rsidRPr="00137388" w:rsidRDefault="009A07C4" w:rsidP="00C90D28">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дәстүрлері</w:t>
      </w:r>
      <w:proofErr w:type="spellEnd"/>
      <w:r w:rsidRPr="00137388">
        <w:rPr>
          <w:rFonts w:eastAsia="Times New Roman" w:cs="Times New Roman"/>
          <w:szCs w:val="24"/>
          <w:lang w:val="ru-RU" w:eastAsia="ru-RU"/>
        </w:rPr>
        <w:t xml:space="preserve"> мен </w:t>
      </w:r>
      <w:proofErr w:type="spellStart"/>
      <w:r w:rsidRPr="00137388">
        <w:rPr>
          <w:rFonts w:eastAsia="Times New Roman" w:cs="Times New Roman"/>
          <w:szCs w:val="24"/>
          <w:lang w:val="ru-RU" w:eastAsia="ru-RU"/>
        </w:rPr>
        <w:t>беделін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қолдауға</w:t>
      </w:r>
      <w:proofErr w:type="spellEnd"/>
      <w:r w:rsidRPr="00137388">
        <w:rPr>
          <w:rFonts w:eastAsia="Times New Roman" w:cs="Times New Roman"/>
          <w:szCs w:val="24"/>
          <w:lang w:val="ru-RU" w:eastAsia="ru-RU"/>
        </w:rPr>
        <w:t>;</w:t>
      </w:r>
    </w:p>
    <w:p w14:paraId="725D8F29" w14:textId="77777777" w:rsidR="009A07C4" w:rsidRPr="00137388" w:rsidRDefault="009A07C4" w:rsidP="00C90D28">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педагогикалық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басқа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қызметкерлерінің</w:t>
      </w:r>
      <w:proofErr w:type="spellEnd"/>
      <w:r w:rsidRPr="00137388">
        <w:rPr>
          <w:rFonts w:eastAsia="Times New Roman" w:cs="Times New Roman"/>
          <w:szCs w:val="24"/>
          <w:lang w:val="ru-RU" w:eastAsia="ru-RU"/>
        </w:rPr>
        <w:t xml:space="preserve"> ар-</w:t>
      </w:r>
      <w:proofErr w:type="spellStart"/>
      <w:r w:rsidRPr="00137388">
        <w:rPr>
          <w:rFonts w:eastAsia="Times New Roman" w:cs="Times New Roman"/>
          <w:szCs w:val="24"/>
          <w:lang w:val="ru-RU" w:eastAsia="ru-RU"/>
        </w:rPr>
        <w:t>намысы</w:t>
      </w:r>
      <w:proofErr w:type="spellEnd"/>
      <w:r w:rsidRPr="00137388">
        <w:rPr>
          <w:rFonts w:eastAsia="Times New Roman" w:cs="Times New Roman"/>
          <w:szCs w:val="24"/>
          <w:lang w:val="ru-RU" w:eastAsia="ru-RU"/>
        </w:rPr>
        <w:t xml:space="preserve"> мен </w:t>
      </w:r>
      <w:proofErr w:type="spellStart"/>
      <w:r w:rsidRPr="00137388">
        <w:rPr>
          <w:rFonts w:eastAsia="Times New Roman" w:cs="Times New Roman"/>
          <w:szCs w:val="24"/>
          <w:lang w:val="ru-RU" w:eastAsia="ru-RU"/>
        </w:rPr>
        <w:t>қадір-қасиетін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құрметтеуге</w:t>
      </w:r>
      <w:proofErr w:type="spellEnd"/>
      <w:r w:rsidRPr="00137388">
        <w:rPr>
          <w:rFonts w:eastAsia="Times New Roman" w:cs="Times New Roman"/>
          <w:szCs w:val="24"/>
          <w:lang w:val="ru-RU" w:eastAsia="ru-RU"/>
        </w:rPr>
        <w:t>;</w:t>
      </w:r>
    </w:p>
    <w:p w14:paraId="0A4A0990" w14:textId="77777777" w:rsidR="009A07C4" w:rsidRPr="00137388" w:rsidRDefault="009A07C4" w:rsidP="00C90D28">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оқушының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іс-әрекетінен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туындаған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мектепке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қоғамдастығы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мүшелеріне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өзге</w:t>
      </w:r>
      <w:proofErr w:type="spellEnd"/>
      <w:r w:rsidRPr="00137388">
        <w:rPr>
          <w:rFonts w:eastAsia="Times New Roman" w:cs="Times New Roman"/>
          <w:szCs w:val="24"/>
          <w:lang w:val="ru-RU" w:eastAsia="ru-RU"/>
        </w:rPr>
        <w:t xml:space="preserve"> де </w:t>
      </w:r>
      <w:proofErr w:type="spellStart"/>
      <w:r w:rsidRPr="00137388">
        <w:rPr>
          <w:rFonts w:eastAsia="Times New Roman" w:cs="Times New Roman"/>
          <w:szCs w:val="24"/>
          <w:lang w:val="ru-RU" w:eastAsia="ru-RU"/>
        </w:rPr>
        <w:t>жеке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тұлғаларға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келтірілген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зиянды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өтеуге</w:t>
      </w:r>
      <w:proofErr w:type="spellEnd"/>
      <w:r w:rsidRPr="00137388">
        <w:rPr>
          <w:rFonts w:eastAsia="Times New Roman" w:cs="Times New Roman"/>
          <w:szCs w:val="24"/>
          <w:lang w:val="ru-RU" w:eastAsia="ru-RU"/>
        </w:rPr>
        <w:t>;</w:t>
      </w:r>
    </w:p>
    <w:p w14:paraId="555DA1EB" w14:textId="77777777" w:rsidR="009A07C4" w:rsidRPr="00137388" w:rsidRDefault="009A07C4" w:rsidP="00C90D28">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мектепке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іргелес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аумақта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жол</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қозғалысы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ережелерін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сақтауға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аумағына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кіреберіс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жанында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машиналарды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тұраққа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қоймауға</w:t>
      </w:r>
      <w:proofErr w:type="spellEnd"/>
      <w:r w:rsidRPr="00137388">
        <w:rPr>
          <w:rFonts w:eastAsia="Times New Roman" w:cs="Times New Roman"/>
          <w:szCs w:val="24"/>
          <w:lang w:val="ru-RU" w:eastAsia="ru-RU"/>
        </w:rPr>
        <w:t>.</w:t>
      </w:r>
    </w:p>
    <w:p w14:paraId="04198E97" w14:textId="77777777" w:rsidR="009A07C4" w:rsidRPr="00137388" w:rsidRDefault="009A07C4" w:rsidP="00C90D28">
      <w:pPr>
        <w:spacing w:after="0" w:line="240" w:lineRule="auto"/>
        <w:rPr>
          <w:rFonts w:eastAsia="Times New Roman" w:cs="Times New Roman"/>
          <w:b/>
          <w:bCs/>
          <w:szCs w:val="24"/>
          <w:lang w:val="ru-RU" w:eastAsia="ru-RU"/>
        </w:rPr>
      </w:pPr>
      <w:proofErr w:type="spellStart"/>
      <w:r w:rsidRPr="00137388">
        <w:rPr>
          <w:rFonts w:eastAsia="Times New Roman" w:cs="Times New Roman"/>
          <w:b/>
          <w:bCs/>
          <w:szCs w:val="24"/>
          <w:lang w:val="ru-RU" w:eastAsia="ru-RU"/>
        </w:rPr>
        <w:t>Оқушылардың</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мектеп</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әкімшілігіне</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өз</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бетінше</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немесе</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заңды</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өкілдері</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арқылы</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жүгінуге</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құқығы</w:t>
      </w:r>
      <w:proofErr w:type="spellEnd"/>
      <w:r w:rsidRPr="00137388">
        <w:rPr>
          <w:rFonts w:eastAsia="Times New Roman" w:cs="Times New Roman"/>
          <w:b/>
          <w:bCs/>
          <w:szCs w:val="24"/>
          <w:lang w:val="ru-RU" w:eastAsia="ru-RU"/>
        </w:rPr>
        <w:t xml:space="preserve"> бар:</w:t>
      </w:r>
    </w:p>
    <w:p w14:paraId="5863C7C0" w14:textId="77777777" w:rsidR="00C90D28" w:rsidRPr="00137388" w:rsidRDefault="009A07C4" w:rsidP="00C90D28">
      <w:pPr>
        <w:tabs>
          <w:tab w:val="left" w:pos="709"/>
        </w:tabs>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беру </w:t>
      </w:r>
      <w:proofErr w:type="spellStart"/>
      <w:r w:rsidRPr="00137388">
        <w:rPr>
          <w:rFonts w:eastAsia="Times New Roman" w:cs="Times New Roman"/>
          <w:szCs w:val="24"/>
          <w:lang w:val="ru-RU" w:eastAsia="ru-RU"/>
        </w:rPr>
        <w:t>үдерісін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жетілдіру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оқыту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сапасы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кітапхананы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асхананы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медициналық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қызмет</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қызметтерін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мектептің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басқа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құрылымдық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бөлімшелерін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пайдалану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тәртібі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оқушылардың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қауіпсіздігін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қамтамасыз</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ету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оқушылардың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мүдделерін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қозғайтын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кез</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келген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басқа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мәселелер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бойынша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өтініштермен</w:t>
      </w:r>
      <w:proofErr w:type="spellEnd"/>
      <w:r w:rsidRPr="00137388">
        <w:rPr>
          <w:rFonts w:eastAsia="Times New Roman" w:cs="Times New Roman"/>
          <w:szCs w:val="24"/>
          <w:lang w:val="ru-RU" w:eastAsia="ru-RU"/>
        </w:rPr>
        <w:t>.</w:t>
      </w:r>
    </w:p>
    <w:p w14:paraId="3B8D24BA" w14:textId="4658D157" w:rsidR="009A07C4" w:rsidRPr="00137388" w:rsidRDefault="009A07C4" w:rsidP="00C90D28">
      <w:pPr>
        <w:tabs>
          <w:tab w:val="left" w:pos="709"/>
        </w:tabs>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Оқушылардың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олардың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өкілдерінің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өтініштері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заңнамада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көзделген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тәртіппен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қаралады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Оқушының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өтініші</w:t>
      </w:r>
      <w:proofErr w:type="spellEnd"/>
      <w:r w:rsidRPr="00137388">
        <w:rPr>
          <w:rFonts w:eastAsia="Times New Roman" w:cs="Times New Roman"/>
          <w:szCs w:val="24"/>
          <w:lang w:val="ru-RU" w:eastAsia="ru-RU"/>
        </w:rPr>
        <w:t xml:space="preserve"> тек </w:t>
      </w:r>
      <w:proofErr w:type="spellStart"/>
      <w:r w:rsidRPr="00137388">
        <w:rPr>
          <w:rFonts w:eastAsia="Times New Roman" w:cs="Times New Roman"/>
          <w:szCs w:val="24"/>
          <w:lang w:val="ru-RU" w:eastAsia="ru-RU"/>
        </w:rPr>
        <w:t>заңды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өкілінің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мәселенің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мәнін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нақты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фактілермен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баяндаған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өтінішінің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болмауына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байланысты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ғана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қабылданбауы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мүмкін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емес</w:t>
      </w:r>
      <w:proofErr w:type="spellEnd"/>
      <w:r w:rsidRPr="00137388">
        <w:rPr>
          <w:rFonts w:eastAsia="Times New Roman" w:cs="Times New Roman"/>
          <w:szCs w:val="24"/>
          <w:lang w:val="ru-RU" w:eastAsia="ru-RU"/>
        </w:rPr>
        <w:t>.</w:t>
      </w:r>
    </w:p>
    <w:p w14:paraId="30C6C3AB" w14:textId="77777777" w:rsidR="009A07C4" w:rsidRPr="00137388" w:rsidRDefault="009A07C4" w:rsidP="00C90D28">
      <w:pPr>
        <w:spacing w:after="0" w:line="240" w:lineRule="auto"/>
        <w:rPr>
          <w:rFonts w:eastAsia="Times New Roman" w:cs="Times New Roman"/>
          <w:b/>
          <w:bCs/>
          <w:szCs w:val="24"/>
          <w:lang w:val="ru-RU" w:eastAsia="ru-RU"/>
        </w:rPr>
      </w:pPr>
      <w:proofErr w:type="spellStart"/>
      <w:r w:rsidRPr="00137388">
        <w:rPr>
          <w:rFonts w:eastAsia="Times New Roman" w:cs="Times New Roman"/>
          <w:b/>
          <w:bCs/>
          <w:szCs w:val="24"/>
          <w:lang w:val="ru-RU" w:eastAsia="ru-RU"/>
        </w:rPr>
        <w:t>Оқушылардың</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құқығы</w:t>
      </w:r>
      <w:proofErr w:type="spellEnd"/>
      <w:r w:rsidRPr="00137388">
        <w:rPr>
          <w:rFonts w:eastAsia="Times New Roman" w:cs="Times New Roman"/>
          <w:b/>
          <w:bCs/>
          <w:szCs w:val="24"/>
          <w:lang w:val="ru-RU" w:eastAsia="ru-RU"/>
        </w:rPr>
        <w:t xml:space="preserve"> бар:</w:t>
      </w:r>
    </w:p>
    <w:p w14:paraId="544D57A1" w14:textId="77777777" w:rsidR="009A07C4" w:rsidRPr="00137388" w:rsidRDefault="009A07C4" w:rsidP="00C90D28">
      <w:pPr>
        <w:tabs>
          <w:tab w:val="left" w:pos="709"/>
        </w:tabs>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Өз</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адамдық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қадір-қасиетін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құрметтеуге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физикалық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психикалық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зорлықтың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барлық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нысандарынан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жеке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тұлғаны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қорлаудан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қорғауға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өмір</w:t>
      </w:r>
      <w:proofErr w:type="spellEnd"/>
      <w:r w:rsidRPr="00137388">
        <w:rPr>
          <w:rFonts w:eastAsia="Times New Roman" w:cs="Times New Roman"/>
          <w:szCs w:val="24"/>
          <w:lang w:val="ru-RU" w:eastAsia="ru-RU"/>
        </w:rPr>
        <w:t xml:space="preserve"> мен </w:t>
      </w:r>
      <w:proofErr w:type="spellStart"/>
      <w:r w:rsidRPr="00137388">
        <w:rPr>
          <w:rFonts w:eastAsia="Times New Roman" w:cs="Times New Roman"/>
          <w:szCs w:val="24"/>
          <w:lang w:val="ru-RU" w:eastAsia="ru-RU"/>
        </w:rPr>
        <w:t>денсаулықты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қорғауға</w:t>
      </w:r>
      <w:proofErr w:type="spellEnd"/>
      <w:r w:rsidRPr="00137388">
        <w:rPr>
          <w:rFonts w:eastAsia="Times New Roman" w:cs="Times New Roman"/>
          <w:szCs w:val="24"/>
          <w:lang w:val="ru-RU" w:eastAsia="ru-RU"/>
        </w:rPr>
        <w:t>.</w:t>
      </w:r>
    </w:p>
    <w:p w14:paraId="36279388" w14:textId="77777777" w:rsidR="009A07C4" w:rsidRPr="00137388" w:rsidRDefault="009A07C4" w:rsidP="00C90D28">
      <w:pPr>
        <w:tabs>
          <w:tab w:val="left" w:pos="709"/>
        </w:tabs>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өз</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қызметін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жүзеге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асырған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кезде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денсаулыққа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зиян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келтірмейтін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оқушылардың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өзін-өзі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нашарлатпайтын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қолайлы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қоршаған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ортаға</w:t>
      </w:r>
      <w:proofErr w:type="spellEnd"/>
      <w:r w:rsidRPr="00137388">
        <w:rPr>
          <w:rFonts w:eastAsia="Times New Roman" w:cs="Times New Roman"/>
          <w:szCs w:val="24"/>
          <w:lang w:val="ru-RU" w:eastAsia="ru-RU"/>
        </w:rPr>
        <w:t>.</w:t>
      </w:r>
    </w:p>
    <w:p w14:paraId="27538C4B" w14:textId="77777777" w:rsidR="009A07C4" w:rsidRPr="00137388" w:rsidRDefault="009A07C4" w:rsidP="00C90D28">
      <w:pPr>
        <w:tabs>
          <w:tab w:val="left" w:pos="709"/>
        </w:tabs>
        <w:spacing w:after="0" w:line="240" w:lineRule="auto"/>
        <w:ind w:firstLine="567"/>
        <w:rPr>
          <w:rFonts w:eastAsia="Times New Roman" w:cs="Times New Roman"/>
          <w:szCs w:val="24"/>
          <w:lang w:val="ru-RU" w:eastAsia="ru-RU"/>
        </w:rPr>
      </w:pPr>
      <w:r w:rsidRPr="00137388">
        <w:rPr>
          <w:rFonts w:eastAsia="Times New Roman" w:cs="Times New Roman"/>
          <w:szCs w:val="24"/>
          <w:lang w:val="ru-RU" w:eastAsia="ru-RU"/>
        </w:rPr>
        <w:t>Ар-</w:t>
      </w:r>
      <w:proofErr w:type="spellStart"/>
      <w:r w:rsidRPr="00137388">
        <w:rPr>
          <w:rFonts w:eastAsia="Times New Roman" w:cs="Times New Roman"/>
          <w:szCs w:val="24"/>
          <w:lang w:val="ru-RU" w:eastAsia="ru-RU"/>
        </w:rPr>
        <w:t>ождан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ақпарат</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бостандығына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өз</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көзқарастары</w:t>
      </w:r>
      <w:proofErr w:type="spellEnd"/>
      <w:r w:rsidRPr="00137388">
        <w:rPr>
          <w:rFonts w:eastAsia="Times New Roman" w:cs="Times New Roman"/>
          <w:szCs w:val="24"/>
          <w:lang w:val="ru-RU" w:eastAsia="ru-RU"/>
        </w:rPr>
        <w:t xml:space="preserve"> мен </w:t>
      </w:r>
      <w:proofErr w:type="spellStart"/>
      <w:r w:rsidRPr="00137388">
        <w:rPr>
          <w:rFonts w:eastAsia="Times New Roman" w:cs="Times New Roman"/>
          <w:szCs w:val="24"/>
          <w:lang w:val="ru-RU" w:eastAsia="ru-RU"/>
        </w:rPr>
        <w:t>сенімдерін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еркін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білдіруге</w:t>
      </w:r>
      <w:proofErr w:type="spellEnd"/>
      <w:r w:rsidRPr="00137388">
        <w:rPr>
          <w:rFonts w:eastAsia="Times New Roman" w:cs="Times New Roman"/>
          <w:szCs w:val="24"/>
          <w:lang w:val="ru-RU" w:eastAsia="ru-RU"/>
        </w:rPr>
        <w:t>.</w:t>
      </w:r>
    </w:p>
    <w:p w14:paraId="4B39E273" w14:textId="77777777" w:rsidR="009A07C4" w:rsidRPr="00137388" w:rsidRDefault="009A07C4" w:rsidP="00C90D28">
      <w:pPr>
        <w:tabs>
          <w:tab w:val="left" w:pos="709"/>
        </w:tabs>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Денсаулыққа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адамгершілік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рухани</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дамуға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зиян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келтіретін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ақпараттан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насихаттан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үгіттен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қорғауға</w:t>
      </w:r>
      <w:proofErr w:type="spellEnd"/>
      <w:r w:rsidRPr="00137388">
        <w:rPr>
          <w:rFonts w:eastAsia="Times New Roman" w:cs="Times New Roman"/>
          <w:szCs w:val="24"/>
          <w:lang w:val="ru-RU" w:eastAsia="ru-RU"/>
        </w:rPr>
        <w:t>.</w:t>
      </w:r>
    </w:p>
    <w:p w14:paraId="06B14161" w14:textId="77777777" w:rsidR="009A07C4" w:rsidRPr="00137388" w:rsidRDefault="009A07C4" w:rsidP="00C90D28">
      <w:pPr>
        <w:tabs>
          <w:tab w:val="left" w:pos="709"/>
        </w:tabs>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Шығармашылық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қабілеттері</w:t>
      </w:r>
      <w:proofErr w:type="spellEnd"/>
      <w:r w:rsidRPr="00137388">
        <w:rPr>
          <w:rFonts w:eastAsia="Times New Roman" w:cs="Times New Roman"/>
          <w:szCs w:val="24"/>
          <w:lang w:val="ru-RU" w:eastAsia="ru-RU"/>
        </w:rPr>
        <w:t xml:space="preserve"> мен </w:t>
      </w:r>
      <w:proofErr w:type="spellStart"/>
      <w:r w:rsidRPr="00137388">
        <w:rPr>
          <w:rFonts w:eastAsia="Times New Roman" w:cs="Times New Roman"/>
          <w:szCs w:val="24"/>
          <w:lang w:val="ru-RU" w:eastAsia="ru-RU"/>
        </w:rPr>
        <w:t>мүдделерін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дамытуға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ішінде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конкурстарға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олимпиадаларға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көрмелерге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байқауларға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дене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шынықтыру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іс-шараларына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спорттық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іс-шараларға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ішінде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ресми</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спорттық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жарыстарға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басқа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жаппай</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іс-шараларға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қатысуға</w:t>
      </w:r>
      <w:proofErr w:type="spellEnd"/>
      <w:r w:rsidRPr="00137388">
        <w:rPr>
          <w:rFonts w:eastAsia="Times New Roman" w:cs="Times New Roman"/>
          <w:szCs w:val="24"/>
          <w:lang w:val="ru-RU" w:eastAsia="ru-RU"/>
        </w:rPr>
        <w:t>.</w:t>
      </w:r>
    </w:p>
    <w:p w14:paraId="5925D36B" w14:textId="77777777" w:rsidR="009A07C4" w:rsidRPr="00137388" w:rsidRDefault="009A07C4" w:rsidP="00C90D28">
      <w:pPr>
        <w:tabs>
          <w:tab w:val="left" w:pos="709"/>
        </w:tabs>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Мектепте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өткізілетін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беру </w:t>
      </w:r>
      <w:proofErr w:type="spellStart"/>
      <w:r w:rsidRPr="00137388">
        <w:rPr>
          <w:rFonts w:eastAsia="Times New Roman" w:cs="Times New Roman"/>
          <w:szCs w:val="24"/>
          <w:lang w:val="ru-RU" w:eastAsia="ru-RU"/>
        </w:rPr>
        <w:t>бағдарламасында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көзделмеген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іс-шараларға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өз</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таңдауы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бойынша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қатысуға</w:t>
      </w:r>
      <w:proofErr w:type="spellEnd"/>
      <w:r w:rsidRPr="00137388">
        <w:rPr>
          <w:rFonts w:eastAsia="Times New Roman" w:cs="Times New Roman"/>
          <w:szCs w:val="24"/>
          <w:lang w:val="ru-RU" w:eastAsia="ru-RU"/>
        </w:rPr>
        <w:t>.</w:t>
      </w:r>
    </w:p>
    <w:p w14:paraId="1B2C9E05" w14:textId="77777777" w:rsidR="009A07C4" w:rsidRPr="00137388" w:rsidRDefault="009A07C4" w:rsidP="00C90D28">
      <w:pPr>
        <w:tabs>
          <w:tab w:val="left" w:pos="709"/>
        </w:tabs>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Мектепте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педагогтардың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жетекшілігімен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жүзеге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асырылатын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оқу-зерттеу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жобалық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инновациялық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қызметке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қатысуға</w:t>
      </w:r>
      <w:proofErr w:type="spellEnd"/>
      <w:r w:rsidRPr="00137388">
        <w:rPr>
          <w:rFonts w:eastAsia="Times New Roman" w:cs="Times New Roman"/>
          <w:szCs w:val="24"/>
          <w:lang w:val="ru-RU" w:eastAsia="ru-RU"/>
        </w:rPr>
        <w:t>.</w:t>
      </w:r>
    </w:p>
    <w:p w14:paraId="19B6D9BF" w14:textId="77777777" w:rsidR="009A07C4" w:rsidRPr="00137388" w:rsidRDefault="009A07C4" w:rsidP="00C90D28">
      <w:pPr>
        <w:tabs>
          <w:tab w:val="left" w:pos="709"/>
        </w:tabs>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Әлеуметтік-педагогикалық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психологиялық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көмек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тегін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психологиялық-медициналық-педагогикалық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түзету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алуға</w:t>
      </w:r>
      <w:proofErr w:type="spellEnd"/>
      <w:r w:rsidRPr="00137388">
        <w:rPr>
          <w:rFonts w:eastAsia="Times New Roman" w:cs="Times New Roman"/>
          <w:szCs w:val="24"/>
          <w:lang w:val="ru-RU" w:eastAsia="ru-RU"/>
        </w:rPr>
        <w:t>.</w:t>
      </w:r>
    </w:p>
    <w:p w14:paraId="16CC2325" w14:textId="77777777" w:rsidR="009A07C4" w:rsidRPr="00137388" w:rsidRDefault="009A07C4" w:rsidP="00C90D28">
      <w:pPr>
        <w:tabs>
          <w:tab w:val="left" w:pos="709"/>
        </w:tabs>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Ғылымның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техниканың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технологиялардың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мәдениеттің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қазіргі</w:t>
      </w:r>
      <w:proofErr w:type="spellEnd"/>
      <w:r w:rsidRPr="00137388">
        <w:rPr>
          <w:rFonts w:eastAsia="Times New Roman" w:cs="Times New Roman"/>
          <w:szCs w:val="24"/>
          <w:lang w:val="ru-RU" w:eastAsia="ru-RU"/>
        </w:rPr>
        <w:t xml:space="preserve"> даму </w:t>
      </w:r>
      <w:proofErr w:type="spellStart"/>
      <w:r w:rsidRPr="00137388">
        <w:rPr>
          <w:rFonts w:eastAsia="Times New Roman" w:cs="Times New Roman"/>
          <w:szCs w:val="24"/>
          <w:lang w:val="ru-RU" w:eastAsia="ru-RU"/>
        </w:rPr>
        <w:t>деңгейіне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сәйкес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дағдылар</w:t>
      </w:r>
      <w:proofErr w:type="spellEnd"/>
      <w:r w:rsidRPr="00137388">
        <w:rPr>
          <w:rFonts w:eastAsia="Times New Roman" w:cs="Times New Roman"/>
          <w:szCs w:val="24"/>
          <w:lang w:val="ru-RU" w:eastAsia="ru-RU"/>
        </w:rPr>
        <w:t xml:space="preserve"> мен </w:t>
      </w:r>
      <w:proofErr w:type="spellStart"/>
      <w:r w:rsidRPr="00137388">
        <w:rPr>
          <w:rFonts w:eastAsia="Times New Roman" w:cs="Times New Roman"/>
          <w:szCs w:val="24"/>
          <w:lang w:val="ru-RU" w:eastAsia="ru-RU"/>
        </w:rPr>
        <w:t>іскерліктер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алуға</w:t>
      </w:r>
      <w:proofErr w:type="spellEnd"/>
      <w:r w:rsidRPr="00137388">
        <w:rPr>
          <w:rFonts w:eastAsia="Times New Roman" w:cs="Times New Roman"/>
          <w:szCs w:val="24"/>
          <w:lang w:val="ru-RU" w:eastAsia="ru-RU"/>
        </w:rPr>
        <w:t>.</w:t>
      </w:r>
    </w:p>
    <w:p w14:paraId="306D031B" w14:textId="77777777" w:rsidR="009A07C4" w:rsidRPr="00137388" w:rsidRDefault="009A07C4" w:rsidP="00C90D28">
      <w:pPr>
        <w:tabs>
          <w:tab w:val="left" w:pos="709"/>
        </w:tabs>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Кәсіптік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бағдар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алуға</w:t>
      </w:r>
      <w:proofErr w:type="spellEnd"/>
      <w:r w:rsidRPr="00137388">
        <w:rPr>
          <w:rFonts w:eastAsia="Times New Roman" w:cs="Times New Roman"/>
          <w:szCs w:val="24"/>
          <w:lang w:val="ru-RU" w:eastAsia="ru-RU"/>
        </w:rPr>
        <w:t>.</w:t>
      </w:r>
    </w:p>
    <w:p w14:paraId="611CF348" w14:textId="77777777" w:rsidR="009A07C4" w:rsidRPr="00137388" w:rsidRDefault="009A07C4" w:rsidP="00C90D28">
      <w:pPr>
        <w:tabs>
          <w:tab w:val="left" w:pos="709"/>
        </w:tabs>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Негізгі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жалпы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алғаннан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кейін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ұсынған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тізімнен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факультативтік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элективтік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пәндерін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курстарды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пәндерді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модульдерді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таңдауға</w:t>
      </w:r>
      <w:proofErr w:type="spellEnd"/>
      <w:r w:rsidRPr="00137388">
        <w:rPr>
          <w:rFonts w:eastAsia="Times New Roman" w:cs="Times New Roman"/>
          <w:szCs w:val="24"/>
          <w:lang w:val="ru-RU" w:eastAsia="ru-RU"/>
        </w:rPr>
        <w:t>.</w:t>
      </w:r>
    </w:p>
    <w:p w14:paraId="2EADEE25" w14:textId="77777777" w:rsidR="009A07C4" w:rsidRPr="00137388" w:rsidRDefault="009A07C4" w:rsidP="00C90D28">
      <w:pPr>
        <w:tabs>
          <w:tab w:val="left" w:pos="709"/>
        </w:tabs>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Игерілетін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беру </w:t>
      </w:r>
      <w:proofErr w:type="spellStart"/>
      <w:r w:rsidRPr="00137388">
        <w:rPr>
          <w:rFonts w:eastAsia="Times New Roman" w:cs="Times New Roman"/>
          <w:szCs w:val="24"/>
          <w:lang w:val="ru-RU" w:eastAsia="ru-RU"/>
        </w:rPr>
        <w:t>бағдарламасы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бойынша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пәндерімен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курстармен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пәндермен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модульдермен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қатар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мектепте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оқытылатын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кез</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келген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басқа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пәндерін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курстарды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пәндерді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модульдерді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белгіленген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тәртіппен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игеруге</w:t>
      </w:r>
      <w:proofErr w:type="spellEnd"/>
      <w:r w:rsidRPr="00137388">
        <w:rPr>
          <w:rFonts w:eastAsia="Times New Roman" w:cs="Times New Roman"/>
          <w:szCs w:val="24"/>
          <w:lang w:val="ru-RU" w:eastAsia="ru-RU"/>
        </w:rPr>
        <w:t>.</w:t>
      </w:r>
    </w:p>
    <w:p w14:paraId="6195C4E0" w14:textId="77777777" w:rsidR="009A07C4" w:rsidRPr="00137388" w:rsidRDefault="009A07C4" w:rsidP="00C90D28">
      <w:pPr>
        <w:tabs>
          <w:tab w:val="left" w:pos="709"/>
        </w:tabs>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туралы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заңнамаға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күнтізбелік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графигіне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сәйкес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каникулдарға</w:t>
      </w:r>
      <w:proofErr w:type="spellEnd"/>
      <w:r w:rsidRPr="00137388">
        <w:rPr>
          <w:rFonts w:eastAsia="Times New Roman" w:cs="Times New Roman"/>
          <w:szCs w:val="24"/>
          <w:lang w:val="ru-RU" w:eastAsia="ru-RU"/>
        </w:rPr>
        <w:t>.</w:t>
      </w:r>
    </w:p>
    <w:p w14:paraId="49AEB17F" w14:textId="77777777" w:rsidR="009A07C4" w:rsidRPr="00137388" w:rsidRDefault="009A07C4" w:rsidP="00C90D28">
      <w:pPr>
        <w:tabs>
          <w:tab w:val="left" w:pos="709"/>
        </w:tabs>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Мектептің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кітапханалық-ақпараттық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ресурстарын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өндірістік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ғылыми</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базасын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тегін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пайдалануға</w:t>
      </w:r>
      <w:proofErr w:type="spellEnd"/>
      <w:r w:rsidRPr="00137388">
        <w:rPr>
          <w:rFonts w:eastAsia="Times New Roman" w:cs="Times New Roman"/>
          <w:szCs w:val="24"/>
          <w:lang w:val="ru-RU" w:eastAsia="ru-RU"/>
        </w:rPr>
        <w:t>.</w:t>
      </w:r>
    </w:p>
    <w:p w14:paraId="4DDC3319" w14:textId="77777777" w:rsidR="009A07C4" w:rsidRPr="00137388" w:rsidRDefault="009A07C4" w:rsidP="00C90D28">
      <w:pPr>
        <w:tabs>
          <w:tab w:val="left" w:pos="709"/>
        </w:tabs>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Мектептің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емдеу-сауықтыру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инфрақұрылымын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мәдениет</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объектілерін</w:t>
      </w:r>
      <w:proofErr w:type="spellEnd"/>
      <w:r w:rsidRPr="00137388">
        <w:rPr>
          <w:rFonts w:eastAsia="Times New Roman" w:cs="Times New Roman"/>
          <w:szCs w:val="24"/>
          <w:lang w:val="ru-RU" w:eastAsia="ru-RU"/>
        </w:rPr>
        <w:t xml:space="preserve">, спорт </w:t>
      </w:r>
      <w:proofErr w:type="spellStart"/>
      <w:r w:rsidRPr="00137388">
        <w:rPr>
          <w:rFonts w:eastAsia="Times New Roman" w:cs="Times New Roman"/>
          <w:szCs w:val="24"/>
          <w:lang w:val="ru-RU" w:eastAsia="ru-RU"/>
        </w:rPr>
        <w:t>объектілерін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тегін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пайдалануға</w:t>
      </w:r>
      <w:proofErr w:type="spellEnd"/>
      <w:r w:rsidRPr="00137388">
        <w:rPr>
          <w:rFonts w:eastAsia="Times New Roman" w:cs="Times New Roman"/>
          <w:szCs w:val="24"/>
          <w:lang w:val="ru-RU" w:eastAsia="ru-RU"/>
        </w:rPr>
        <w:t>.</w:t>
      </w:r>
    </w:p>
    <w:p w14:paraId="13A11762" w14:textId="77777777" w:rsidR="009A07C4" w:rsidRPr="00137388" w:rsidRDefault="009A07C4" w:rsidP="00C90D28">
      <w:pPr>
        <w:tabs>
          <w:tab w:val="left" w:pos="709"/>
        </w:tabs>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Мектептің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жергілікті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актілерінде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белгіленген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тәртіппен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ынталандыруға</w:t>
      </w:r>
      <w:proofErr w:type="spellEnd"/>
      <w:r w:rsidRPr="00137388">
        <w:rPr>
          <w:rFonts w:eastAsia="Times New Roman" w:cs="Times New Roman"/>
          <w:szCs w:val="24"/>
          <w:lang w:val="ru-RU" w:eastAsia="ru-RU"/>
        </w:rPr>
        <w:t>.</w:t>
      </w:r>
    </w:p>
    <w:p w14:paraId="260AC127" w14:textId="77777777" w:rsidR="009A07C4" w:rsidRPr="00137388" w:rsidRDefault="009A07C4" w:rsidP="00C90D28">
      <w:pPr>
        <w:tabs>
          <w:tab w:val="left" w:pos="709"/>
        </w:tabs>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Заңнамада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белгіленген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тәртіппен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ауысуға</w:t>
      </w:r>
      <w:proofErr w:type="spellEnd"/>
      <w:r w:rsidRPr="00137388">
        <w:rPr>
          <w:rFonts w:eastAsia="Times New Roman" w:cs="Times New Roman"/>
          <w:szCs w:val="24"/>
          <w:lang w:val="ru-RU" w:eastAsia="ru-RU"/>
        </w:rPr>
        <w:t>.</w:t>
      </w:r>
    </w:p>
    <w:p w14:paraId="05A0B1A4" w14:textId="77777777" w:rsidR="009A07C4" w:rsidRPr="00137388" w:rsidRDefault="009A07C4" w:rsidP="00C90D28">
      <w:pPr>
        <w:tabs>
          <w:tab w:val="left" w:pos="709"/>
        </w:tabs>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Мектепті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басқаруға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жергілікті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актілерде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белгіленген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тәртіппен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қатысуға</w:t>
      </w:r>
      <w:proofErr w:type="spellEnd"/>
      <w:r w:rsidRPr="00137388">
        <w:rPr>
          <w:rFonts w:eastAsia="Times New Roman" w:cs="Times New Roman"/>
          <w:szCs w:val="24"/>
          <w:lang w:val="ru-RU" w:eastAsia="ru-RU"/>
        </w:rPr>
        <w:t>.</w:t>
      </w:r>
    </w:p>
    <w:p w14:paraId="00CB8419" w14:textId="77777777" w:rsidR="009A07C4" w:rsidRPr="00137388" w:rsidRDefault="009A07C4" w:rsidP="00C90D28">
      <w:pPr>
        <w:spacing w:after="0" w:line="240" w:lineRule="auto"/>
        <w:rPr>
          <w:rFonts w:eastAsia="Times New Roman" w:cs="Times New Roman"/>
          <w:szCs w:val="24"/>
          <w:lang w:val="ru-RU" w:eastAsia="ru-RU"/>
        </w:rPr>
      </w:pPr>
      <w:proofErr w:type="spellStart"/>
      <w:r w:rsidRPr="00137388">
        <w:rPr>
          <w:rFonts w:eastAsia="Times New Roman" w:cs="Times New Roman"/>
          <w:b/>
          <w:bCs/>
          <w:szCs w:val="24"/>
          <w:lang w:val="ru-RU" w:eastAsia="ru-RU"/>
        </w:rPr>
        <w:t>Оқушылардың</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міндеттері</w:t>
      </w:r>
      <w:proofErr w:type="spellEnd"/>
      <w:r w:rsidRPr="00137388">
        <w:rPr>
          <w:rFonts w:eastAsia="Times New Roman" w:cs="Times New Roman"/>
          <w:b/>
          <w:bCs/>
          <w:szCs w:val="24"/>
          <w:lang w:val="ru-RU" w:eastAsia="ru-RU"/>
        </w:rPr>
        <w:t xml:space="preserve"> мен </w:t>
      </w:r>
      <w:proofErr w:type="spellStart"/>
      <w:r w:rsidRPr="00137388">
        <w:rPr>
          <w:rFonts w:eastAsia="Times New Roman" w:cs="Times New Roman"/>
          <w:b/>
          <w:bCs/>
          <w:szCs w:val="24"/>
          <w:lang w:val="ru-RU" w:eastAsia="ru-RU"/>
        </w:rPr>
        <w:t>жауапкершілігі</w:t>
      </w:r>
      <w:proofErr w:type="spellEnd"/>
      <w:r w:rsidRPr="00137388">
        <w:rPr>
          <w:rFonts w:eastAsia="Times New Roman" w:cs="Times New Roman"/>
          <w:b/>
          <w:bCs/>
          <w:szCs w:val="24"/>
          <w:lang w:val="ru-RU" w:eastAsia="ru-RU"/>
        </w:rPr>
        <w:t>.</w:t>
      </w:r>
    </w:p>
    <w:p w14:paraId="1A976A4F" w14:textId="77777777" w:rsidR="009A07C4" w:rsidRPr="00137388" w:rsidRDefault="009A07C4" w:rsidP="00C90D28">
      <w:pPr>
        <w:spacing w:after="0" w:line="240" w:lineRule="auto"/>
        <w:rPr>
          <w:rFonts w:eastAsia="Times New Roman" w:cs="Times New Roman"/>
          <w:b/>
          <w:bCs/>
          <w:szCs w:val="24"/>
          <w:lang w:val="ru-RU" w:eastAsia="ru-RU"/>
        </w:rPr>
      </w:pPr>
      <w:proofErr w:type="spellStart"/>
      <w:r w:rsidRPr="00137388">
        <w:rPr>
          <w:rFonts w:eastAsia="Times New Roman" w:cs="Times New Roman"/>
          <w:b/>
          <w:bCs/>
          <w:szCs w:val="24"/>
          <w:lang w:val="ru-RU" w:eastAsia="ru-RU"/>
        </w:rPr>
        <w:t>Оқушылар</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міндетті</w:t>
      </w:r>
      <w:proofErr w:type="spellEnd"/>
      <w:r w:rsidRPr="00137388">
        <w:rPr>
          <w:rFonts w:eastAsia="Times New Roman" w:cs="Times New Roman"/>
          <w:b/>
          <w:bCs/>
          <w:szCs w:val="24"/>
          <w:lang w:val="ru-RU" w:eastAsia="ru-RU"/>
        </w:rPr>
        <w:t>:</w:t>
      </w:r>
    </w:p>
    <w:p w14:paraId="3DD60728" w14:textId="77777777" w:rsidR="009A07C4" w:rsidRPr="00137388" w:rsidRDefault="009A07C4" w:rsidP="00C90D28">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lastRenderedPageBreak/>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жарғысын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басқару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органдарының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шешімдерін</w:t>
      </w:r>
      <w:proofErr w:type="spellEnd"/>
      <w:r w:rsidRPr="00137388">
        <w:rPr>
          <w:rFonts w:eastAsia="Times New Roman" w:cs="Times New Roman"/>
          <w:szCs w:val="24"/>
          <w:lang w:val="ru-RU" w:eastAsia="ru-RU"/>
        </w:rPr>
        <w:t xml:space="preserve">, осы </w:t>
      </w:r>
      <w:proofErr w:type="spellStart"/>
      <w:r w:rsidRPr="00137388">
        <w:rPr>
          <w:rFonts w:eastAsia="Times New Roman" w:cs="Times New Roman"/>
          <w:szCs w:val="24"/>
          <w:lang w:val="ru-RU" w:eastAsia="ru-RU"/>
        </w:rPr>
        <w:t>Ережелерді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мектептің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ішкі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жергілікті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актілерін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ішінде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сабақтарындағы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тәртіп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талаптарын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мектептегі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мінез-құлық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ережелерін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сақтауға</w:t>
      </w:r>
      <w:proofErr w:type="spellEnd"/>
      <w:r w:rsidRPr="00137388">
        <w:rPr>
          <w:rFonts w:eastAsia="Times New Roman" w:cs="Times New Roman"/>
          <w:szCs w:val="24"/>
          <w:lang w:val="ru-RU" w:eastAsia="ru-RU"/>
        </w:rPr>
        <w:t>.</w:t>
      </w:r>
    </w:p>
    <w:p w14:paraId="56DD602F" w14:textId="77777777" w:rsidR="009A07C4" w:rsidRPr="00137388" w:rsidRDefault="009A07C4" w:rsidP="00C90D28">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Өрт</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қауіпсіздігі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ережелерінің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талаптарын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беру </w:t>
      </w:r>
      <w:proofErr w:type="spellStart"/>
      <w:r w:rsidRPr="00137388">
        <w:rPr>
          <w:rFonts w:eastAsia="Times New Roman" w:cs="Times New Roman"/>
          <w:szCs w:val="24"/>
          <w:lang w:val="ru-RU" w:eastAsia="ru-RU"/>
        </w:rPr>
        <w:t>үдерісінің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өзге</w:t>
      </w:r>
      <w:proofErr w:type="spellEnd"/>
      <w:r w:rsidRPr="00137388">
        <w:rPr>
          <w:rFonts w:eastAsia="Times New Roman" w:cs="Times New Roman"/>
          <w:szCs w:val="24"/>
          <w:lang w:val="ru-RU" w:eastAsia="ru-RU"/>
        </w:rPr>
        <w:t xml:space="preserve"> де </w:t>
      </w:r>
      <w:proofErr w:type="spellStart"/>
      <w:r w:rsidRPr="00137388">
        <w:rPr>
          <w:rFonts w:eastAsia="Times New Roman" w:cs="Times New Roman"/>
          <w:szCs w:val="24"/>
          <w:lang w:val="ru-RU" w:eastAsia="ru-RU"/>
        </w:rPr>
        <w:t>қауіпсіздік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талаптарын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сақтауға</w:t>
      </w:r>
      <w:proofErr w:type="spellEnd"/>
      <w:r w:rsidRPr="00137388">
        <w:rPr>
          <w:rFonts w:eastAsia="Times New Roman" w:cs="Times New Roman"/>
          <w:szCs w:val="24"/>
          <w:lang w:val="ru-RU" w:eastAsia="ru-RU"/>
        </w:rPr>
        <w:t>.</w:t>
      </w:r>
    </w:p>
    <w:p w14:paraId="05BFDAB9" w14:textId="77777777" w:rsidR="009A07C4" w:rsidRPr="00137388" w:rsidRDefault="009A07C4" w:rsidP="00C90D28">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Әкімшіліктің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педагогтардың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қызметкерлердің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күзет</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қызметкерлерінің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талаптары</w:t>
      </w:r>
      <w:proofErr w:type="spellEnd"/>
      <w:r w:rsidRPr="00137388">
        <w:rPr>
          <w:rFonts w:eastAsia="Times New Roman" w:cs="Times New Roman"/>
          <w:szCs w:val="24"/>
          <w:lang w:val="ru-RU" w:eastAsia="ru-RU"/>
        </w:rPr>
        <w:t xml:space="preserve"> мен </w:t>
      </w:r>
      <w:proofErr w:type="spellStart"/>
      <w:r w:rsidRPr="00137388">
        <w:rPr>
          <w:rFonts w:eastAsia="Times New Roman" w:cs="Times New Roman"/>
          <w:szCs w:val="24"/>
          <w:lang w:val="ru-RU" w:eastAsia="ru-RU"/>
        </w:rPr>
        <w:t>өкімдерін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орындауға</w:t>
      </w:r>
      <w:proofErr w:type="spellEnd"/>
      <w:r w:rsidRPr="00137388">
        <w:rPr>
          <w:rFonts w:eastAsia="Times New Roman" w:cs="Times New Roman"/>
          <w:szCs w:val="24"/>
          <w:lang w:val="ru-RU" w:eastAsia="ru-RU"/>
        </w:rPr>
        <w:t>.</w:t>
      </w:r>
    </w:p>
    <w:p w14:paraId="2C36910C" w14:textId="77777777" w:rsidR="009A07C4" w:rsidRPr="00137388" w:rsidRDefault="009A07C4" w:rsidP="00C90D28">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беру </w:t>
      </w:r>
      <w:proofErr w:type="spellStart"/>
      <w:r w:rsidRPr="00137388">
        <w:rPr>
          <w:rFonts w:eastAsia="Times New Roman" w:cs="Times New Roman"/>
          <w:szCs w:val="24"/>
          <w:lang w:val="ru-RU" w:eastAsia="ru-RU"/>
        </w:rPr>
        <w:t>бағдарламасын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адал</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игеруге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сабақтарына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қатысуға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сабақтарға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өз</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бетінше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дайындалуға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педагогтардың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беру </w:t>
      </w:r>
      <w:proofErr w:type="spellStart"/>
      <w:r w:rsidRPr="00137388">
        <w:rPr>
          <w:rFonts w:eastAsia="Times New Roman" w:cs="Times New Roman"/>
          <w:szCs w:val="24"/>
          <w:lang w:val="ru-RU" w:eastAsia="ru-RU"/>
        </w:rPr>
        <w:t>бағдарламасы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шеңберінде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берген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тапсырмаларын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орындауға</w:t>
      </w:r>
      <w:proofErr w:type="spellEnd"/>
      <w:r w:rsidRPr="00137388">
        <w:rPr>
          <w:rFonts w:eastAsia="Times New Roman" w:cs="Times New Roman"/>
          <w:szCs w:val="24"/>
          <w:lang w:val="ru-RU" w:eastAsia="ru-RU"/>
        </w:rPr>
        <w:t>.</w:t>
      </w:r>
    </w:p>
    <w:p w14:paraId="446748C9" w14:textId="77777777" w:rsidR="009A07C4" w:rsidRPr="00137388" w:rsidRDefault="009A07C4" w:rsidP="00C90D28">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Ауруға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байланысты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сабақтарды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міндетті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іс-шараларды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жіберіп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алған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жағдайда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оқушы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сынып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жетекшісіне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медициналық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анықтама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немесе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медициналық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қорытынды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ұсынады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Өзге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жағдайларда</w:t>
      </w:r>
      <w:proofErr w:type="spellEnd"/>
      <w:r w:rsidRPr="00137388">
        <w:rPr>
          <w:rFonts w:eastAsia="Times New Roman" w:cs="Times New Roman"/>
          <w:szCs w:val="24"/>
          <w:lang w:val="ru-RU" w:eastAsia="ru-RU"/>
        </w:rPr>
        <w:t xml:space="preserve"> – </w:t>
      </w:r>
      <w:proofErr w:type="spellStart"/>
      <w:r w:rsidRPr="00137388">
        <w:rPr>
          <w:rFonts w:eastAsia="Times New Roman" w:cs="Times New Roman"/>
          <w:szCs w:val="24"/>
          <w:lang w:val="ru-RU" w:eastAsia="ru-RU"/>
        </w:rPr>
        <w:t>ата-аналарынан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өкілдерінен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болмау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себебін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көрсете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отырып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өтініш</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немесе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түсініктеме</w:t>
      </w:r>
      <w:proofErr w:type="spellEnd"/>
      <w:r w:rsidRPr="00137388">
        <w:rPr>
          <w:rFonts w:eastAsia="Times New Roman" w:cs="Times New Roman"/>
          <w:szCs w:val="24"/>
          <w:lang w:val="ru-RU" w:eastAsia="ru-RU"/>
        </w:rPr>
        <w:t>.</w:t>
      </w:r>
    </w:p>
    <w:p w14:paraId="49600F2D" w14:textId="77777777" w:rsidR="009A07C4" w:rsidRPr="00137388" w:rsidRDefault="009A07C4" w:rsidP="00C90D28">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Өз</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денсаулығын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сақтау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нығайтуға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қамқорлық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жасауға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адамгершілік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рухани</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дене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дамуына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өзін-өзі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жетілдіруге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ұмтылуға</w:t>
      </w:r>
      <w:proofErr w:type="spellEnd"/>
      <w:r w:rsidRPr="00137388">
        <w:rPr>
          <w:rFonts w:eastAsia="Times New Roman" w:cs="Times New Roman"/>
          <w:szCs w:val="24"/>
          <w:lang w:val="ru-RU" w:eastAsia="ru-RU"/>
        </w:rPr>
        <w:t>.</w:t>
      </w:r>
    </w:p>
    <w:p w14:paraId="0533081E" w14:textId="77777777" w:rsidR="009A07C4" w:rsidRPr="00137388" w:rsidRDefault="009A07C4" w:rsidP="00C90D28">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Басқа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оқушылардың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қызметкерлерінің</w:t>
      </w:r>
      <w:proofErr w:type="spellEnd"/>
      <w:r w:rsidRPr="00137388">
        <w:rPr>
          <w:rFonts w:eastAsia="Times New Roman" w:cs="Times New Roman"/>
          <w:szCs w:val="24"/>
          <w:lang w:val="ru-RU" w:eastAsia="ru-RU"/>
        </w:rPr>
        <w:t xml:space="preserve"> ар-</w:t>
      </w:r>
      <w:proofErr w:type="spellStart"/>
      <w:r w:rsidRPr="00137388">
        <w:rPr>
          <w:rFonts w:eastAsia="Times New Roman" w:cs="Times New Roman"/>
          <w:szCs w:val="24"/>
          <w:lang w:val="ru-RU" w:eastAsia="ru-RU"/>
        </w:rPr>
        <w:t>намысы</w:t>
      </w:r>
      <w:proofErr w:type="spellEnd"/>
      <w:r w:rsidRPr="00137388">
        <w:rPr>
          <w:rFonts w:eastAsia="Times New Roman" w:cs="Times New Roman"/>
          <w:szCs w:val="24"/>
          <w:lang w:val="ru-RU" w:eastAsia="ru-RU"/>
        </w:rPr>
        <w:t xml:space="preserve"> мен </w:t>
      </w:r>
      <w:proofErr w:type="spellStart"/>
      <w:r w:rsidRPr="00137388">
        <w:rPr>
          <w:rFonts w:eastAsia="Times New Roman" w:cs="Times New Roman"/>
          <w:szCs w:val="24"/>
          <w:lang w:val="ru-RU" w:eastAsia="ru-RU"/>
        </w:rPr>
        <w:t>қадір-қасиетін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құрметтеуге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басқа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оқушылардың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алуына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кедергі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келтірмеуге</w:t>
      </w:r>
      <w:proofErr w:type="spellEnd"/>
      <w:r w:rsidRPr="00137388">
        <w:rPr>
          <w:rFonts w:eastAsia="Times New Roman" w:cs="Times New Roman"/>
          <w:szCs w:val="24"/>
          <w:lang w:val="ru-RU" w:eastAsia="ru-RU"/>
        </w:rPr>
        <w:t>.</w:t>
      </w:r>
    </w:p>
    <w:p w14:paraId="11CB276A" w14:textId="77777777" w:rsidR="009A07C4" w:rsidRPr="00137388" w:rsidRDefault="009A07C4" w:rsidP="00C90D28">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мүлкіне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ұқыпты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қарауға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онда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тазалық</w:t>
      </w:r>
      <w:proofErr w:type="spellEnd"/>
      <w:r w:rsidRPr="00137388">
        <w:rPr>
          <w:rFonts w:eastAsia="Times New Roman" w:cs="Times New Roman"/>
          <w:szCs w:val="24"/>
          <w:lang w:val="ru-RU" w:eastAsia="ru-RU"/>
        </w:rPr>
        <w:t xml:space="preserve"> пен </w:t>
      </w:r>
      <w:proofErr w:type="spellStart"/>
      <w:r w:rsidRPr="00137388">
        <w:rPr>
          <w:rFonts w:eastAsia="Times New Roman" w:cs="Times New Roman"/>
          <w:szCs w:val="24"/>
          <w:lang w:val="ru-RU" w:eastAsia="ru-RU"/>
        </w:rPr>
        <w:t>тәртіпті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сақтауға</w:t>
      </w:r>
      <w:proofErr w:type="spellEnd"/>
      <w:r w:rsidRPr="00137388">
        <w:rPr>
          <w:rFonts w:eastAsia="Times New Roman" w:cs="Times New Roman"/>
          <w:szCs w:val="24"/>
          <w:lang w:val="ru-RU" w:eastAsia="ru-RU"/>
        </w:rPr>
        <w:t>.</w:t>
      </w:r>
    </w:p>
    <w:p w14:paraId="39B3D00B" w14:textId="77777777" w:rsidR="009A07C4" w:rsidRPr="00137388" w:rsidRDefault="009A07C4" w:rsidP="00C90D28">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Сыртқы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келбетіне</w:t>
      </w:r>
      <w:proofErr w:type="spellEnd"/>
      <w:r w:rsidRPr="00137388">
        <w:rPr>
          <w:rFonts w:eastAsia="Times New Roman" w:cs="Times New Roman"/>
          <w:szCs w:val="24"/>
          <w:lang w:val="ru-RU" w:eastAsia="ru-RU"/>
        </w:rPr>
        <w:t xml:space="preserve"> назар </w:t>
      </w:r>
      <w:proofErr w:type="spellStart"/>
      <w:r w:rsidRPr="00137388">
        <w:rPr>
          <w:rFonts w:eastAsia="Times New Roman" w:cs="Times New Roman"/>
          <w:szCs w:val="24"/>
          <w:lang w:val="ru-RU" w:eastAsia="ru-RU"/>
        </w:rPr>
        <w:t>аударуға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белгілеген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киім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талаптарын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орындауға</w:t>
      </w:r>
      <w:proofErr w:type="spellEnd"/>
      <w:r w:rsidRPr="00137388">
        <w:rPr>
          <w:rFonts w:eastAsia="Times New Roman" w:cs="Times New Roman"/>
          <w:szCs w:val="24"/>
          <w:lang w:val="ru-RU" w:eastAsia="ru-RU"/>
        </w:rPr>
        <w:t>.</w:t>
      </w:r>
    </w:p>
    <w:p w14:paraId="42411B39" w14:textId="77777777" w:rsidR="009A07C4" w:rsidRPr="00137388" w:rsidRDefault="009A07C4" w:rsidP="00C90D28">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Жас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психофизикалық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ерекшеліктерін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ескере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отырып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мектептің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беру </w:t>
      </w:r>
      <w:proofErr w:type="spellStart"/>
      <w:r w:rsidRPr="00137388">
        <w:rPr>
          <w:rFonts w:eastAsia="Times New Roman" w:cs="Times New Roman"/>
          <w:szCs w:val="24"/>
          <w:lang w:val="ru-RU" w:eastAsia="ru-RU"/>
        </w:rPr>
        <w:t>бағдарламасында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көзделген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алушыларда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еңбекқорлық</w:t>
      </w:r>
      <w:proofErr w:type="spellEnd"/>
      <w:r w:rsidRPr="00137388">
        <w:rPr>
          <w:rFonts w:eastAsia="Times New Roman" w:cs="Times New Roman"/>
          <w:szCs w:val="24"/>
          <w:lang w:val="ru-RU" w:eastAsia="ru-RU"/>
        </w:rPr>
        <w:t xml:space="preserve"> пен </w:t>
      </w:r>
      <w:proofErr w:type="spellStart"/>
      <w:r w:rsidRPr="00137388">
        <w:rPr>
          <w:rFonts w:eastAsia="Times New Roman" w:cs="Times New Roman"/>
          <w:szCs w:val="24"/>
          <w:lang w:val="ru-RU" w:eastAsia="ru-RU"/>
        </w:rPr>
        <w:t>негізгі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еңбек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дағдыларын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еңбек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нәтижелеріне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қатыстылық</w:t>
      </w:r>
      <w:proofErr w:type="spellEnd"/>
      <w:r w:rsidRPr="00137388">
        <w:rPr>
          <w:rFonts w:eastAsia="Times New Roman" w:cs="Times New Roman"/>
          <w:szCs w:val="24"/>
          <w:lang w:val="ru-RU" w:eastAsia="ru-RU"/>
        </w:rPr>
        <w:t xml:space="preserve"> пен </w:t>
      </w:r>
      <w:proofErr w:type="spellStart"/>
      <w:r w:rsidRPr="00137388">
        <w:rPr>
          <w:rFonts w:eastAsia="Times New Roman" w:cs="Times New Roman"/>
          <w:szCs w:val="24"/>
          <w:lang w:val="ru-RU" w:eastAsia="ru-RU"/>
        </w:rPr>
        <w:t>құрмет</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сезімін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қалыптастыруға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бағытталған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қоғамдық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пайдалы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еңбекке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қатысуға</w:t>
      </w:r>
      <w:proofErr w:type="spellEnd"/>
      <w:r w:rsidRPr="00137388">
        <w:rPr>
          <w:rFonts w:eastAsia="Times New Roman" w:cs="Times New Roman"/>
          <w:szCs w:val="24"/>
          <w:lang w:val="ru-RU" w:eastAsia="ru-RU"/>
        </w:rPr>
        <w:t>.</w:t>
      </w:r>
    </w:p>
    <w:p w14:paraId="7178C1CA" w14:textId="77777777" w:rsidR="00C90D28" w:rsidRPr="00137388" w:rsidRDefault="009A07C4" w:rsidP="00C90D28">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Оқу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сабақтарын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өткізу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кезінде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ұялы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байланыс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абоненттік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құрылғыларын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пайдаланбауға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оқушылардың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қызметкерлерінің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өміріне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немесе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денсаулығына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қауіп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төнген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жағдайларды</w:t>
      </w:r>
      <w:proofErr w:type="spellEnd"/>
      <w:r w:rsidRPr="00137388">
        <w:rPr>
          <w:rFonts w:eastAsia="Times New Roman" w:cs="Times New Roman"/>
          <w:szCs w:val="24"/>
          <w:lang w:val="ru-RU" w:eastAsia="ru-RU"/>
        </w:rPr>
        <w:t xml:space="preserve">, осы </w:t>
      </w:r>
      <w:proofErr w:type="spellStart"/>
      <w:r w:rsidRPr="00137388">
        <w:rPr>
          <w:rFonts w:eastAsia="Times New Roman" w:cs="Times New Roman"/>
          <w:szCs w:val="24"/>
          <w:lang w:val="ru-RU" w:eastAsia="ru-RU"/>
        </w:rPr>
        <w:t>Ережелердің</w:t>
      </w:r>
      <w:proofErr w:type="spellEnd"/>
      <w:r w:rsidRPr="00137388">
        <w:rPr>
          <w:rFonts w:eastAsia="Times New Roman" w:cs="Times New Roman"/>
          <w:szCs w:val="24"/>
          <w:lang w:val="ru-RU" w:eastAsia="ru-RU"/>
        </w:rPr>
        <w:t xml:space="preserve"> 6.6-тармағында </w:t>
      </w:r>
      <w:proofErr w:type="spellStart"/>
      <w:r w:rsidRPr="00137388">
        <w:rPr>
          <w:rFonts w:eastAsia="Times New Roman" w:cs="Times New Roman"/>
          <w:szCs w:val="24"/>
          <w:lang w:val="ru-RU" w:eastAsia="ru-RU"/>
        </w:rPr>
        <w:t>көрсетілген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өзге</w:t>
      </w:r>
      <w:proofErr w:type="spellEnd"/>
      <w:r w:rsidRPr="00137388">
        <w:rPr>
          <w:rFonts w:eastAsia="Times New Roman" w:cs="Times New Roman"/>
          <w:szCs w:val="24"/>
          <w:lang w:val="ru-RU" w:eastAsia="ru-RU"/>
        </w:rPr>
        <w:t xml:space="preserve"> де </w:t>
      </w:r>
      <w:proofErr w:type="spellStart"/>
      <w:r w:rsidRPr="00137388">
        <w:rPr>
          <w:rFonts w:eastAsia="Times New Roman" w:cs="Times New Roman"/>
          <w:szCs w:val="24"/>
          <w:lang w:val="ru-RU" w:eastAsia="ru-RU"/>
        </w:rPr>
        <w:t>төтенше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жағдайларды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қоспағанда</w:t>
      </w:r>
      <w:proofErr w:type="spellEnd"/>
      <w:r w:rsidRPr="00137388">
        <w:rPr>
          <w:rFonts w:eastAsia="Times New Roman" w:cs="Times New Roman"/>
          <w:szCs w:val="24"/>
          <w:lang w:val="ru-RU" w:eastAsia="ru-RU"/>
        </w:rPr>
        <w:t>.</w:t>
      </w:r>
    </w:p>
    <w:p w14:paraId="07C937CC" w14:textId="77777777" w:rsidR="00C90D28" w:rsidRPr="00137388" w:rsidRDefault="009A07C4" w:rsidP="00C90D28">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Жарғының</w:t>
      </w:r>
      <w:proofErr w:type="spellEnd"/>
      <w:r w:rsidRPr="00137388">
        <w:rPr>
          <w:rFonts w:eastAsia="Times New Roman" w:cs="Times New Roman"/>
          <w:szCs w:val="24"/>
          <w:lang w:val="ru-RU" w:eastAsia="ru-RU"/>
        </w:rPr>
        <w:t xml:space="preserve">, осы </w:t>
      </w:r>
      <w:proofErr w:type="spellStart"/>
      <w:r w:rsidRPr="00137388">
        <w:rPr>
          <w:rFonts w:eastAsia="Times New Roman" w:cs="Times New Roman"/>
          <w:szCs w:val="24"/>
          <w:lang w:val="ru-RU" w:eastAsia="ru-RU"/>
        </w:rPr>
        <w:t>Ережелердің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беру </w:t>
      </w:r>
      <w:proofErr w:type="spellStart"/>
      <w:r w:rsidRPr="00137388">
        <w:rPr>
          <w:rFonts w:eastAsia="Times New Roman" w:cs="Times New Roman"/>
          <w:szCs w:val="24"/>
          <w:lang w:val="ru-RU" w:eastAsia="ru-RU"/>
        </w:rPr>
        <w:t>қызметін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ұйымдастыру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жүзеге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асыру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мәселелері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бойынша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өзге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ішкі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жергілікті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актілердің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талаптарын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ішінде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сабақтарындағы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тәртіп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талаптарын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мектептегі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мінез-құлық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ережелерін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орындамағаны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немесе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бұзғаны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үшін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оқушыларға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қолданыстағы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заңнамада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көзделген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тәртіппен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тәртіптік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әсер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ету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шаралары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қолданылуы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мүмкін</w:t>
      </w:r>
      <w:proofErr w:type="spellEnd"/>
      <w:r w:rsidRPr="00137388">
        <w:rPr>
          <w:rFonts w:eastAsia="Times New Roman" w:cs="Times New Roman"/>
          <w:szCs w:val="24"/>
          <w:lang w:val="ru-RU" w:eastAsia="ru-RU"/>
        </w:rPr>
        <w:t>.</w:t>
      </w:r>
    </w:p>
    <w:p w14:paraId="0083599B" w14:textId="219FBAAD" w:rsidR="009A07C4" w:rsidRPr="00137388" w:rsidRDefault="009A07C4" w:rsidP="00C90D28">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Ережелердің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ішінде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сабақтарындағы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тәртіпті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мектептегі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мінез-құлық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ережелерін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сақтауды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бақылауды</w:t>
      </w:r>
      <w:proofErr w:type="spellEnd"/>
      <w:r w:rsidRPr="00137388">
        <w:rPr>
          <w:rFonts w:eastAsia="Times New Roman" w:cs="Times New Roman"/>
          <w:szCs w:val="24"/>
          <w:lang w:val="ru-RU" w:eastAsia="ru-RU"/>
        </w:rPr>
        <w:t xml:space="preserve"> директор </w:t>
      </w:r>
      <w:proofErr w:type="spellStart"/>
      <w:r w:rsidRPr="00137388">
        <w:rPr>
          <w:rFonts w:eastAsia="Times New Roman" w:cs="Times New Roman"/>
          <w:szCs w:val="24"/>
          <w:lang w:val="ru-RU" w:eastAsia="ru-RU"/>
        </w:rPr>
        <w:t>белгілеген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педагогтар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мектептің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басшы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қызметкерлері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жүзеге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асырады</w:t>
      </w:r>
      <w:proofErr w:type="spellEnd"/>
      <w:r w:rsidRPr="00137388">
        <w:rPr>
          <w:rFonts w:eastAsia="Times New Roman" w:cs="Times New Roman"/>
          <w:szCs w:val="24"/>
          <w:lang w:val="ru-RU" w:eastAsia="ru-RU"/>
        </w:rPr>
        <w:t>.</w:t>
      </w:r>
    </w:p>
    <w:p w14:paraId="4A11367F" w14:textId="77777777" w:rsidR="009A07C4" w:rsidRPr="00137388" w:rsidRDefault="009A07C4" w:rsidP="00C90D28">
      <w:pPr>
        <w:spacing w:after="0" w:line="240" w:lineRule="auto"/>
        <w:rPr>
          <w:rFonts w:eastAsia="Times New Roman" w:cs="Times New Roman"/>
          <w:szCs w:val="24"/>
          <w:lang w:val="ru-RU" w:eastAsia="ru-RU"/>
        </w:rPr>
      </w:pPr>
      <w:proofErr w:type="spellStart"/>
      <w:r w:rsidRPr="00137388">
        <w:rPr>
          <w:rFonts w:eastAsia="Times New Roman" w:cs="Times New Roman"/>
          <w:b/>
          <w:bCs/>
          <w:szCs w:val="24"/>
          <w:lang w:val="ru-RU" w:eastAsia="ru-RU"/>
        </w:rPr>
        <w:t>Оқушылардың</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құқықтарын</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бостандықтарын</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кепілдіктерін</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және</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заңды</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мүдделерін</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қорғау</w:t>
      </w:r>
      <w:proofErr w:type="spellEnd"/>
      <w:r w:rsidRPr="00137388">
        <w:rPr>
          <w:rFonts w:eastAsia="Times New Roman" w:cs="Times New Roman"/>
          <w:b/>
          <w:bCs/>
          <w:szCs w:val="24"/>
          <w:lang w:val="ru-RU" w:eastAsia="ru-RU"/>
        </w:rPr>
        <w:t>.</w:t>
      </w:r>
    </w:p>
    <w:p w14:paraId="3A909C57" w14:textId="77777777" w:rsidR="00C90D28" w:rsidRPr="00137388" w:rsidRDefault="009A07C4" w:rsidP="00C90D28">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Мектептегі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бейнебақылау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қауіпсіздік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дербес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деректер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туралы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заңнаманың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талаптарына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сәйкес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ұйымдастырылады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камераларды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орнату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орындары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жазбаларға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қолжетімділік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сақтау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мерзімдері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тәртіппен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анықталады</w:t>
      </w:r>
      <w:proofErr w:type="spellEnd"/>
      <w:r w:rsidRPr="00137388">
        <w:rPr>
          <w:rFonts w:eastAsia="Times New Roman" w:cs="Times New Roman"/>
          <w:szCs w:val="24"/>
          <w:lang w:val="ru-RU" w:eastAsia="ru-RU"/>
        </w:rPr>
        <w:t xml:space="preserve">. Жеке </w:t>
      </w:r>
      <w:proofErr w:type="spellStart"/>
      <w:r w:rsidRPr="00137388">
        <w:rPr>
          <w:rFonts w:eastAsia="Times New Roman" w:cs="Times New Roman"/>
          <w:szCs w:val="24"/>
          <w:lang w:val="ru-RU" w:eastAsia="ru-RU"/>
        </w:rPr>
        <w:t>өмірдің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қолсұғылмаушылығын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бұзатын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үй-жайларда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бейнебақылауға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жол</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берілмейді</w:t>
      </w:r>
      <w:proofErr w:type="spellEnd"/>
      <w:r w:rsidRPr="00137388">
        <w:rPr>
          <w:rFonts w:eastAsia="Times New Roman" w:cs="Times New Roman"/>
          <w:szCs w:val="24"/>
          <w:lang w:val="ru-RU" w:eastAsia="ru-RU"/>
        </w:rPr>
        <w:t>.</w:t>
      </w:r>
    </w:p>
    <w:p w14:paraId="578B9716" w14:textId="45892D03" w:rsidR="009A07C4" w:rsidRPr="00137388" w:rsidRDefault="009A07C4" w:rsidP="00C90D28">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Мектептің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ішкі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тәртібін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бұзуға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мыналар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жатады</w:t>
      </w:r>
      <w:proofErr w:type="spellEnd"/>
      <w:r w:rsidRPr="00137388">
        <w:rPr>
          <w:rFonts w:eastAsia="Times New Roman" w:cs="Times New Roman"/>
          <w:szCs w:val="24"/>
          <w:lang w:val="ru-RU" w:eastAsia="ru-RU"/>
        </w:rPr>
        <w:t>:</w:t>
      </w:r>
    </w:p>
    <w:p w14:paraId="212FFC7D" w14:textId="77777777" w:rsidR="009A07C4" w:rsidRPr="00137388" w:rsidRDefault="009A07C4" w:rsidP="00C90D28">
      <w:pPr>
        <w:numPr>
          <w:ilvl w:val="0"/>
          <w:numId w:val="39"/>
        </w:numPr>
        <w:tabs>
          <w:tab w:val="clear" w:pos="720"/>
          <w:tab w:val="num" w:pos="851"/>
        </w:tabs>
        <w:spacing w:after="0" w:line="240" w:lineRule="auto"/>
        <w:ind w:left="0" w:firstLine="567"/>
        <w:rPr>
          <w:rFonts w:eastAsia="Times New Roman" w:cs="Times New Roman"/>
          <w:szCs w:val="24"/>
          <w:lang w:val="ru-RU" w:eastAsia="ru-RU"/>
        </w:rPr>
      </w:pPr>
      <w:proofErr w:type="spellStart"/>
      <w:r w:rsidRPr="00137388">
        <w:rPr>
          <w:rFonts w:eastAsia="Times New Roman" w:cs="Times New Roman"/>
          <w:szCs w:val="24"/>
          <w:lang w:val="ru-RU" w:eastAsia="ru-RU"/>
        </w:rPr>
        <w:t>оқу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сабақтарын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өткізу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кезінде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тәртіпті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бұзу</w:t>
      </w:r>
      <w:proofErr w:type="spellEnd"/>
      <w:r w:rsidRPr="00137388">
        <w:rPr>
          <w:rFonts w:eastAsia="Times New Roman" w:cs="Times New Roman"/>
          <w:szCs w:val="24"/>
          <w:lang w:val="ru-RU" w:eastAsia="ru-RU"/>
        </w:rPr>
        <w:t>;</w:t>
      </w:r>
    </w:p>
    <w:p w14:paraId="48F6048D" w14:textId="77777777" w:rsidR="009A07C4" w:rsidRPr="00137388" w:rsidRDefault="009A07C4" w:rsidP="00C90D28">
      <w:pPr>
        <w:numPr>
          <w:ilvl w:val="0"/>
          <w:numId w:val="39"/>
        </w:numPr>
        <w:tabs>
          <w:tab w:val="clear" w:pos="720"/>
          <w:tab w:val="num" w:pos="851"/>
        </w:tabs>
        <w:spacing w:after="0" w:line="240" w:lineRule="auto"/>
        <w:ind w:left="0" w:firstLine="567"/>
        <w:rPr>
          <w:rFonts w:eastAsia="Times New Roman" w:cs="Times New Roman"/>
          <w:szCs w:val="24"/>
          <w:lang w:val="ru-RU" w:eastAsia="ru-RU"/>
        </w:rPr>
      </w:pPr>
      <w:proofErr w:type="spellStart"/>
      <w:r w:rsidRPr="00137388">
        <w:rPr>
          <w:rFonts w:eastAsia="Times New Roman" w:cs="Times New Roman"/>
          <w:szCs w:val="24"/>
          <w:lang w:val="ru-RU" w:eastAsia="ru-RU"/>
        </w:rPr>
        <w:t>оқу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сабақтарына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сызықтарға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таңғы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жиналысқа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жалпымектептік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іс-шараларға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кешігу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тоқсанда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үш</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реттен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артық</w:t>
      </w:r>
      <w:proofErr w:type="spellEnd"/>
      <w:r w:rsidRPr="00137388">
        <w:rPr>
          <w:rFonts w:eastAsia="Times New Roman" w:cs="Times New Roman"/>
          <w:szCs w:val="24"/>
          <w:lang w:val="ru-RU" w:eastAsia="ru-RU"/>
        </w:rPr>
        <w:t>);</w:t>
      </w:r>
    </w:p>
    <w:p w14:paraId="21197775" w14:textId="77777777" w:rsidR="009A07C4" w:rsidRPr="00137388" w:rsidRDefault="009A07C4" w:rsidP="00C90D28">
      <w:pPr>
        <w:numPr>
          <w:ilvl w:val="0"/>
          <w:numId w:val="39"/>
        </w:numPr>
        <w:tabs>
          <w:tab w:val="clear" w:pos="720"/>
          <w:tab w:val="num" w:pos="851"/>
        </w:tabs>
        <w:spacing w:after="0" w:line="240" w:lineRule="auto"/>
        <w:ind w:left="0" w:firstLine="567"/>
        <w:rPr>
          <w:rFonts w:eastAsia="Times New Roman" w:cs="Times New Roman"/>
          <w:szCs w:val="24"/>
          <w:lang w:val="ru-RU" w:eastAsia="ru-RU"/>
        </w:rPr>
      </w:pPr>
      <w:proofErr w:type="spellStart"/>
      <w:r w:rsidRPr="00137388">
        <w:rPr>
          <w:rFonts w:eastAsia="Times New Roman" w:cs="Times New Roman"/>
          <w:szCs w:val="24"/>
          <w:lang w:val="ru-RU" w:eastAsia="ru-RU"/>
        </w:rPr>
        <w:t>белгіленген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нысанына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сәйкес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келмейтін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киім</w:t>
      </w:r>
      <w:proofErr w:type="spellEnd"/>
      <w:r w:rsidRPr="00137388">
        <w:rPr>
          <w:rFonts w:eastAsia="Times New Roman" w:cs="Times New Roman"/>
          <w:szCs w:val="24"/>
          <w:lang w:val="ru-RU" w:eastAsia="ru-RU"/>
        </w:rPr>
        <w:t xml:space="preserve"> кию, оны </w:t>
      </w:r>
      <w:proofErr w:type="spellStart"/>
      <w:r w:rsidRPr="00137388">
        <w:rPr>
          <w:rFonts w:eastAsia="Times New Roman" w:cs="Times New Roman"/>
          <w:szCs w:val="24"/>
          <w:lang w:val="ru-RU" w:eastAsia="ru-RU"/>
        </w:rPr>
        <w:t>киюде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ұқыпсыздық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ұқыпсыздығы</w:t>
      </w:r>
      <w:proofErr w:type="spellEnd"/>
      <w:r w:rsidRPr="00137388">
        <w:rPr>
          <w:rFonts w:eastAsia="Times New Roman" w:cs="Times New Roman"/>
          <w:szCs w:val="24"/>
          <w:lang w:val="ru-RU" w:eastAsia="ru-RU"/>
        </w:rPr>
        <w:t>;</w:t>
      </w:r>
    </w:p>
    <w:p w14:paraId="69087BFF" w14:textId="77777777" w:rsidR="009A07C4" w:rsidRPr="00137388" w:rsidRDefault="009A07C4" w:rsidP="00C90D28">
      <w:pPr>
        <w:numPr>
          <w:ilvl w:val="0"/>
          <w:numId w:val="39"/>
        </w:numPr>
        <w:tabs>
          <w:tab w:val="clear" w:pos="720"/>
          <w:tab w:val="num" w:pos="851"/>
        </w:tabs>
        <w:spacing w:after="0" w:line="240" w:lineRule="auto"/>
        <w:ind w:left="0" w:firstLine="567"/>
        <w:rPr>
          <w:rFonts w:eastAsia="Times New Roman" w:cs="Times New Roman"/>
          <w:szCs w:val="24"/>
          <w:lang w:val="ru-RU" w:eastAsia="ru-RU"/>
        </w:rPr>
      </w:pPr>
      <w:proofErr w:type="spellStart"/>
      <w:r w:rsidRPr="00137388">
        <w:rPr>
          <w:rFonts w:eastAsia="Times New Roman" w:cs="Times New Roman"/>
          <w:szCs w:val="24"/>
          <w:lang w:val="ru-RU" w:eastAsia="ru-RU"/>
        </w:rPr>
        <w:t>мектепте</w:t>
      </w:r>
      <w:proofErr w:type="spellEnd"/>
      <w:r w:rsidRPr="00137388">
        <w:rPr>
          <w:rFonts w:eastAsia="Times New Roman" w:cs="Times New Roman"/>
          <w:szCs w:val="24"/>
          <w:lang w:val="ru-RU" w:eastAsia="ru-RU"/>
        </w:rPr>
        <w:t xml:space="preserve"> бас </w:t>
      </w:r>
      <w:proofErr w:type="spellStart"/>
      <w:r w:rsidRPr="00137388">
        <w:rPr>
          <w:rFonts w:eastAsia="Times New Roman" w:cs="Times New Roman"/>
          <w:szCs w:val="24"/>
          <w:lang w:val="ru-RU" w:eastAsia="ru-RU"/>
        </w:rPr>
        <w:t>киім</w:t>
      </w:r>
      <w:proofErr w:type="spellEnd"/>
      <w:r w:rsidRPr="00137388">
        <w:rPr>
          <w:rFonts w:eastAsia="Times New Roman" w:cs="Times New Roman"/>
          <w:szCs w:val="24"/>
          <w:lang w:val="ru-RU" w:eastAsia="ru-RU"/>
        </w:rPr>
        <w:t xml:space="preserve"> мен </w:t>
      </w:r>
      <w:proofErr w:type="spellStart"/>
      <w:r w:rsidRPr="00137388">
        <w:rPr>
          <w:rFonts w:eastAsia="Times New Roman" w:cs="Times New Roman"/>
          <w:szCs w:val="24"/>
          <w:lang w:val="ru-RU" w:eastAsia="ru-RU"/>
        </w:rPr>
        <w:t>үстіңгі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киім</w:t>
      </w:r>
      <w:proofErr w:type="spellEnd"/>
      <w:r w:rsidRPr="00137388">
        <w:rPr>
          <w:rFonts w:eastAsia="Times New Roman" w:cs="Times New Roman"/>
          <w:szCs w:val="24"/>
          <w:lang w:val="ru-RU" w:eastAsia="ru-RU"/>
        </w:rPr>
        <w:t xml:space="preserve"> кию;</w:t>
      </w:r>
    </w:p>
    <w:p w14:paraId="0589E432" w14:textId="77777777" w:rsidR="009A07C4" w:rsidRPr="00137388" w:rsidRDefault="009A07C4" w:rsidP="00C90D28">
      <w:pPr>
        <w:numPr>
          <w:ilvl w:val="0"/>
          <w:numId w:val="39"/>
        </w:numPr>
        <w:tabs>
          <w:tab w:val="clear" w:pos="720"/>
          <w:tab w:val="num" w:pos="851"/>
        </w:tabs>
        <w:spacing w:after="0" w:line="240" w:lineRule="auto"/>
        <w:ind w:left="0" w:firstLine="567"/>
        <w:rPr>
          <w:rFonts w:eastAsia="Times New Roman" w:cs="Times New Roman"/>
          <w:szCs w:val="24"/>
          <w:lang w:val="ru-RU" w:eastAsia="ru-RU"/>
        </w:rPr>
      </w:pPr>
      <w:proofErr w:type="spellStart"/>
      <w:r w:rsidRPr="00137388">
        <w:rPr>
          <w:rFonts w:eastAsia="Times New Roman" w:cs="Times New Roman"/>
          <w:szCs w:val="24"/>
          <w:lang w:val="ru-RU" w:eastAsia="ru-RU"/>
        </w:rPr>
        <w:t>себепсіз</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себептермен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үй</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тапсырмаларын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орындамау</w:t>
      </w:r>
      <w:proofErr w:type="spellEnd"/>
      <w:r w:rsidRPr="00137388">
        <w:rPr>
          <w:rFonts w:eastAsia="Times New Roman" w:cs="Times New Roman"/>
          <w:szCs w:val="24"/>
          <w:lang w:val="ru-RU" w:eastAsia="ru-RU"/>
        </w:rPr>
        <w:t>;</w:t>
      </w:r>
    </w:p>
    <w:p w14:paraId="1603FDA0" w14:textId="77777777" w:rsidR="009A07C4" w:rsidRPr="00137388" w:rsidRDefault="009A07C4" w:rsidP="00C90D28">
      <w:pPr>
        <w:numPr>
          <w:ilvl w:val="0"/>
          <w:numId w:val="39"/>
        </w:numPr>
        <w:tabs>
          <w:tab w:val="clear" w:pos="720"/>
          <w:tab w:val="num" w:pos="851"/>
        </w:tabs>
        <w:spacing w:after="0" w:line="240" w:lineRule="auto"/>
        <w:ind w:left="0" w:firstLine="567"/>
        <w:rPr>
          <w:rFonts w:eastAsia="Times New Roman" w:cs="Times New Roman"/>
          <w:szCs w:val="24"/>
          <w:lang w:val="ru-RU" w:eastAsia="ru-RU"/>
        </w:rPr>
      </w:pPr>
      <w:proofErr w:type="spellStart"/>
      <w:r w:rsidRPr="00137388">
        <w:rPr>
          <w:rFonts w:eastAsia="Times New Roman" w:cs="Times New Roman"/>
          <w:szCs w:val="24"/>
          <w:lang w:val="ru-RU" w:eastAsia="ru-RU"/>
        </w:rPr>
        <w:t>арнайы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бөлінген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орындардан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тыс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тамақ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немесе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сусындар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тұтыну</w:t>
      </w:r>
      <w:proofErr w:type="spellEnd"/>
      <w:r w:rsidRPr="00137388">
        <w:rPr>
          <w:rFonts w:eastAsia="Times New Roman" w:cs="Times New Roman"/>
          <w:szCs w:val="24"/>
          <w:lang w:val="ru-RU" w:eastAsia="ru-RU"/>
        </w:rPr>
        <w:t>;</w:t>
      </w:r>
    </w:p>
    <w:p w14:paraId="3225A417" w14:textId="77777777" w:rsidR="009A07C4" w:rsidRPr="00137388" w:rsidRDefault="009A07C4" w:rsidP="00C90D28">
      <w:pPr>
        <w:numPr>
          <w:ilvl w:val="0"/>
          <w:numId w:val="39"/>
        </w:numPr>
        <w:tabs>
          <w:tab w:val="clear" w:pos="720"/>
          <w:tab w:val="num" w:pos="851"/>
        </w:tabs>
        <w:spacing w:after="0" w:line="240" w:lineRule="auto"/>
        <w:ind w:left="0" w:firstLine="567"/>
        <w:rPr>
          <w:rFonts w:eastAsia="Times New Roman" w:cs="Times New Roman"/>
          <w:szCs w:val="24"/>
          <w:lang w:val="ru-RU" w:eastAsia="ru-RU"/>
        </w:rPr>
      </w:pPr>
      <w:proofErr w:type="spellStart"/>
      <w:r w:rsidRPr="00137388">
        <w:rPr>
          <w:rFonts w:eastAsia="Times New Roman" w:cs="Times New Roman"/>
          <w:szCs w:val="24"/>
          <w:lang w:val="ru-RU" w:eastAsia="ru-RU"/>
        </w:rPr>
        <w:t>ғимаратта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аумақта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мектептен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тыс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жерлерде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мінез-құлық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ережелерін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бұзу</w:t>
      </w:r>
      <w:proofErr w:type="spellEnd"/>
      <w:r w:rsidRPr="00137388">
        <w:rPr>
          <w:rFonts w:eastAsia="Times New Roman" w:cs="Times New Roman"/>
          <w:szCs w:val="24"/>
          <w:lang w:val="ru-RU" w:eastAsia="ru-RU"/>
        </w:rPr>
        <w:t>;</w:t>
      </w:r>
    </w:p>
    <w:p w14:paraId="6914CC56" w14:textId="77777777" w:rsidR="009A07C4" w:rsidRPr="00137388" w:rsidRDefault="009A07C4" w:rsidP="00C90D28">
      <w:pPr>
        <w:numPr>
          <w:ilvl w:val="0"/>
          <w:numId w:val="39"/>
        </w:numPr>
        <w:tabs>
          <w:tab w:val="clear" w:pos="720"/>
          <w:tab w:val="num" w:pos="851"/>
        </w:tabs>
        <w:spacing w:after="0" w:line="240" w:lineRule="auto"/>
        <w:ind w:left="0" w:firstLine="567"/>
        <w:rPr>
          <w:rFonts w:eastAsia="Times New Roman" w:cs="Times New Roman"/>
          <w:szCs w:val="24"/>
          <w:lang w:val="ru-RU" w:eastAsia="ru-RU"/>
        </w:rPr>
      </w:pP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үй-жайларында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іргелес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аумақта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тазалықты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бұзу</w:t>
      </w:r>
      <w:proofErr w:type="spellEnd"/>
      <w:r w:rsidRPr="00137388">
        <w:rPr>
          <w:rFonts w:eastAsia="Times New Roman" w:cs="Times New Roman"/>
          <w:szCs w:val="24"/>
          <w:lang w:val="ru-RU" w:eastAsia="ru-RU"/>
        </w:rPr>
        <w:t>;</w:t>
      </w:r>
    </w:p>
    <w:p w14:paraId="5DEFF21B" w14:textId="77777777" w:rsidR="009A07C4" w:rsidRPr="00137388" w:rsidRDefault="009A07C4" w:rsidP="00C90D28">
      <w:pPr>
        <w:numPr>
          <w:ilvl w:val="0"/>
          <w:numId w:val="39"/>
        </w:numPr>
        <w:tabs>
          <w:tab w:val="clear" w:pos="720"/>
          <w:tab w:val="num" w:pos="851"/>
        </w:tabs>
        <w:spacing w:after="0" w:line="240" w:lineRule="auto"/>
        <w:ind w:left="0" w:firstLine="567"/>
        <w:rPr>
          <w:rFonts w:eastAsia="Times New Roman" w:cs="Times New Roman"/>
          <w:szCs w:val="24"/>
          <w:lang w:val="ru-RU" w:eastAsia="ru-RU"/>
        </w:rPr>
      </w:pPr>
      <w:proofErr w:type="spellStart"/>
      <w:r w:rsidRPr="00137388">
        <w:rPr>
          <w:rFonts w:eastAsia="Times New Roman" w:cs="Times New Roman"/>
          <w:szCs w:val="24"/>
          <w:lang w:val="ru-RU" w:eastAsia="ru-RU"/>
        </w:rPr>
        <w:t>сабақтарда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сабақтан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тыс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сабақтарда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үдерісінен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алаңдататын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ұялы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телефондарды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электрондық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ойындарды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кез</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келген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басқа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құрылғыларды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пайдалану</w:t>
      </w:r>
      <w:proofErr w:type="spellEnd"/>
      <w:r w:rsidRPr="00137388">
        <w:rPr>
          <w:rFonts w:eastAsia="Times New Roman" w:cs="Times New Roman"/>
          <w:szCs w:val="24"/>
          <w:lang w:val="ru-RU" w:eastAsia="ru-RU"/>
        </w:rPr>
        <w:t>;</w:t>
      </w:r>
    </w:p>
    <w:p w14:paraId="5927E11B" w14:textId="77777777" w:rsidR="009A07C4" w:rsidRPr="00137388" w:rsidRDefault="009A07C4" w:rsidP="00C90D28">
      <w:pPr>
        <w:numPr>
          <w:ilvl w:val="0"/>
          <w:numId w:val="39"/>
        </w:numPr>
        <w:tabs>
          <w:tab w:val="clear" w:pos="720"/>
          <w:tab w:val="num" w:pos="851"/>
        </w:tabs>
        <w:spacing w:after="0" w:line="240" w:lineRule="auto"/>
        <w:ind w:left="0" w:firstLine="567"/>
        <w:rPr>
          <w:rFonts w:eastAsia="Times New Roman" w:cs="Times New Roman"/>
          <w:szCs w:val="24"/>
          <w:lang w:val="ru-RU" w:eastAsia="ru-RU"/>
        </w:rPr>
      </w:pPr>
      <w:proofErr w:type="spellStart"/>
      <w:r w:rsidRPr="00137388">
        <w:rPr>
          <w:rFonts w:eastAsia="Times New Roman" w:cs="Times New Roman"/>
          <w:szCs w:val="24"/>
          <w:lang w:val="ru-RU" w:eastAsia="ru-RU"/>
        </w:rPr>
        <w:t>мектептің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ішкі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актілерінде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көзделген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компьютерлерін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пайдалану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ережелерін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бұзу</w:t>
      </w:r>
      <w:proofErr w:type="spellEnd"/>
      <w:r w:rsidRPr="00137388">
        <w:rPr>
          <w:rFonts w:eastAsia="Times New Roman" w:cs="Times New Roman"/>
          <w:szCs w:val="24"/>
          <w:lang w:val="ru-RU" w:eastAsia="ru-RU"/>
        </w:rPr>
        <w:t>;</w:t>
      </w:r>
    </w:p>
    <w:p w14:paraId="69F3A6D7" w14:textId="77777777" w:rsidR="009A07C4" w:rsidRPr="00137388" w:rsidRDefault="009A07C4" w:rsidP="00C90D28">
      <w:pPr>
        <w:numPr>
          <w:ilvl w:val="0"/>
          <w:numId w:val="39"/>
        </w:numPr>
        <w:tabs>
          <w:tab w:val="clear" w:pos="720"/>
          <w:tab w:val="num" w:pos="851"/>
        </w:tabs>
        <w:spacing w:after="0" w:line="240" w:lineRule="auto"/>
        <w:ind w:left="0" w:firstLine="567"/>
        <w:rPr>
          <w:rFonts w:eastAsia="Times New Roman" w:cs="Times New Roman"/>
          <w:szCs w:val="24"/>
          <w:lang w:val="ru-RU" w:eastAsia="ru-RU"/>
        </w:rPr>
      </w:pPr>
      <w:proofErr w:type="spellStart"/>
      <w:r w:rsidRPr="00137388">
        <w:rPr>
          <w:rFonts w:eastAsia="Times New Roman" w:cs="Times New Roman"/>
          <w:szCs w:val="24"/>
          <w:lang w:val="ru-RU" w:eastAsia="ru-RU"/>
        </w:rPr>
        <w:lastRenderedPageBreak/>
        <w:t>себепсіз</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себептермен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сабақтарына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элективтік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курстарға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үйірмелерге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секцияларға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клубтарға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келмеу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тоқсанда</w:t>
      </w:r>
      <w:proofErr w:type="spellEnd"/>
      <w:r w:rsidRPr="00137388">
        <w:rPr>
          <w:rFonts w:eastAsia="Times New Roman" w:cs="Times New Roman"/>
          <w:szCs w:val="24"/>
          <w:lang w:val="ru-RU" w:eastAsia="ru-RU"/>
        </w:rPr>
        <w:t xml:space="preserve"> 3 </w:t>
      </w:r>
      <w:proofErr w:type="spellStart"/>
      <w:r w:rsidRPr="00137388">
        <w:rPr>
          <w:rFonts w:eastAsia="Times New Roman" w:cs="Times New Roman"/>
          <w:szCs w:val="24"/>
          <w:lang w:val="ru-RU" w:eastAsia="ru-RU"/>
        </w:rPr>
        <w:t>реттен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артық</w:t>
      </w:r>
      <w:proofErr w:type="spellEnd"/>
      <w:r w:rsidRPr="00137388">
        <w:rPr>
          <w:rFonts w:eastAsia="Times New Roman" w:cs="Times New Roman"/>
          <w:szCs w:val="24"/>
          <w:lang w:val="ru-RU" w:eastAsia="ru-RU"/>
        </w:rPr>
        <w:t>);</w:t>
      </w:r>
    </w:p>
    <w:p w14:paraId="435484BC" w14:textId="77777777" w:rsidR="009A07C4" w:rsidRPr="00137388" w:rsidRDefault="009A07C4" w:rsidP="00C90D28">
      <w:pPr>
        <w:numPr>
          <w:ilvl w:val="0"/>
          <w:numId w:val="39"/>
        </w:numPr>
        <w:tabs>
          <w:tab w:val="clear" w:pos="720"/>
          <w:tab w:val="num" w:pos="851"/>
        </w:tabs>
        <w:spacing w:after="0" w:line="240" w:lineRule="auto"/>
        <w:ind w:left="0" w:firstLine="567"/>
        <w:rPr>
          <w:rFonts w:eastAsia="Times New Roman" w:cs="Times New Roman"/>
          <w:szCs w:val="24"/>
          <w:lang w:val="ru-RU" w:eastAsia="ru-RU"/>
        </w:rPr>
      </w:pPr>
      <w:proofErr w:type="spellStart"/>
      <w:r w:rsidRPr="00137388">
        <w:rPr>
          <w:rFonts w:eastAsia="Times New Roman" w:cs="Times New Roman"/>
          <w:szCs w:val="24"/>
          <w:lang w:val="ru-RU" w:eastAsia="ru-RU"/>
        </w:rPr>
        <w:t>сынып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жетекшісінің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рұқсатынсыз</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әкімшілігінің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хабарынсыз</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мектептен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шығып</w:t>
      </w:r>
      <w:proofErr w:type="spellEnd"/>
      <w:r w:rsidRPr="00137388">
        <w:rPr>
          <w:rFonts w:eastAsia="Times New Roman" w:cs="Times New Roman"/>
          <w:szCs w:val="24"/>
          <w:lang w:val="ru-RU" w:eastAsia="ru-RU"/>
        </w:rPr>
        <w:t xml:space="preserve"> кету;</w:t>
      </w:r>
    </w:p>
    <w:p w14:paraId="1C74F917" w14:textId="77777777" w:rsidR="009A07C4" w:rsidRPr="00137388" w:rsidRDefault="009A07C4" w:rsidP="00C90D28">
      <w:pPr>
        <w:numPr>
          <w:ilvl w:val="0"/>
          <w:numId w:val="39"/>
        </w:numPr>
        <w:tabs>
          <w:tab w:val="clear" w:pos="720"/>
          <w:tab w:val="num" w:pos="851"/>
        </w:tabs>
        <w:spacing w:after="0" w:line="240" w:lineRule="auto"/>
        <w:ind w:left="0" w:firstLine="567"/>
        <w:rPr>
          <w:rFonts w:eastAsia="Times New Roman" w:cs="Times New Roman"/>
          <w:szCs w:val="24"/>
          <w:lang w:val="ru-RU" w:eastAsia="ru-RU"/>
        </w:rPr>
      </w:pPr>
      <w:proofErr w:type="spellStart"/>
      <w:r w:rsidRPr="00137388">
        <w:rPr>
          <w:rFonts w:eastAsia="Times New Roman" w:cs="Times New Roman"/>
          <w:szCs w:val="24"/>
          <w:lang w:val="ru-RU" w:eastAsia="ru-RU"/>
        </w:rPr>
        <w:t>құмар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ойындар</w:t>
      </w:r>
      <w:proofErr w:type="spellEnd"/>
      <w:r w:rsidRPr="00137388">
        <w:rPr>
          <w:rFonts w:eastAsia="Times New Roman" w:cs="Times New Roman"/>
          <w:szCs w:val="24"/>
          <w:lang w:val="ru-RU" w:eastAsia="ru-RU"/>
        </w:rPr>
        <w:t>;</w:t>
      </w:r>
    </w:p>
    <w:p w14:paraId="4E84A432" w14:textId="77777777" w:rsidR="009A07C4" w:rsidRPr="00137388" w:rsidRDefault="009A07C4" w:rsidP="00C90D28">
      <w:pPr>
        <w:numPr>
          <w:ilvl w:val="0"/>
          <w:numId w:val="39"/>
        </w:numPr>
        <w:tabs>
          <w:tab w:val="clear" w:pos="720"/>
          <w:tab w:val="num" w:pos="851"/>
        </w:tabs>
        <w:spacing w:after="0" w:line="240" w:lineRule="auto"/>
        <w:ind w:left="0" w:firstLine="567"/>
        <w:rPr>
          <w:rFonts w:eastAsia="Times New Roman" w:cs="Times New Roman"/>
          <w:szCs w:val="24"/>
          <w:lang w:val="ru-RU" w:eastAsia="ru-RU"/>
        </w:rPr>
      </w:pPr>
      <w:proofErr w:type="spellStart"/>
      <w:r w:rsidRPr="00137388">
        <w:rPr>
          <w:rFonts w:eastAsia="Times New Roman" w:cs="Times New Roman"/>
          <w:szCs w:val="24"/>
          <w:lang w:val="ru-RU" w:eastAsia="ru-RU"/>
        </w:rPr>
        <w:t>абайсызда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мүлкін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өзге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жеке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тұлғалардың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мүлкін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бүлдіру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зақымдау</w:t>
      </w:r>
      <w:proofErr w:type="spellEnd"/>
      <w:r w:rsidRPr="00137388">
        <w:rPr>
          <w:rFonts w:eastAsia="Times New Roman" w:cs="Times New Roman"/>
          <w:szCs w:val="24"/>
          <w:lang w:val="ru-RU" w:eastAsia="ru-RU"/>
        </w:rPr>
        <w:t>;</w:t>
      </w:r>
    </w:p>
    <w:p w14:paraId="519BFEE2" w14:textId="77777777" w:rsidR="009A07C4" w:rsidRPr="00137388" w:rsidRDefault="009A07C4" w:rsidP="00C90D28">
      <w:pPr>
        <w:numPr>
          <w:ilvl w:val="0"/>
          <w:numId w:val="39"/>
        </w:numPr>
        <w:tabs>
          <w:tab w:val="clear" w:pos="720"/>
          <w:tab w:val="num" w:pos="851"/>
        </w:tabs>
        <w:spacing w:after="0" w:line="240" w:lineRule="auto"/>
        <w:ind w:left="0" w:firstLine="567"/>
        <w:rPr>
          <w:rFonts w:eastAsia="Times New Roman" w:cs="Times New Roman"/>
          <w:szCs w:val="24"/>
          <w:lang w:val="ru-RU" w:eastAsia="ru-RU"/>
        </w:rPr>
      </w:pPr>
      <w:proofErr w:type="spellStart"/>
      <w:r w:rsidRPr="00137388">
        <w:rPr>
          <w:rFonts w:eastAsia="Times New Roman" w:cs="Times New Roman"/>
          <w:szCs w:val="24"/>
          <w:lang w:val="ru-RU" w:eastAsia="ru-RU"/>
        </w:rPr>
        <w:t>мемлекеттік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рәміздерді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мемлекеттік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гимнді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білмеу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оны </w:t>
      </w:r>
      <w:proofErr w:type="spellStart"/>
      <w:r w:rsidRPr="00137388">
        <w:rPr>
          <w:rFonts w:eastAsia="Times New Roman" w:cs="Times New Roman"/>
          <w:szCs w:val="24"/>
          <w:lang w:val="ru-RU" w:eastAsia="ru-RU"/>
        </w:rPr>
        <w:t>орындау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кезінде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ережелерді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сақтамау</w:t>
      </w:r>
      <w:proofErr w:type="spellEnd"/>
      <w:r w:rsidRPr="00137388">
        <w:rPr>
          <w:rFonts w:eastAsia="Times New Roman" w:cs="Times New Roman"/>
          <w:szCs w:val="24"/>
          <w:lang w:val="ru-RU" w:eastAsia="ru-RU"/>
        </w:rPr>
        <w:t>;</w:t>
      </w:r>
    </w:p>
    <w:p w14:paraId="688E1371" w14:textId="77777777" w:rsidR="009A07C4" w:rsidRPr="00137388" w:rsidRDefault="009A07C4" w:rsidP="00C90D28">
      <w:pPr>
        <w:numPr>
          <w:ilvl w:val="0"/>
          <w:numId w:val="39"/>
        </w:numPr>
        <w:tabs>
          <w:tab w:val="clear" w:pos="720"/>
          <w:tab w:val="num" w:pos="851"/>
        </w:tabs>
        <w:spacing w:after="0" w:line="240" w:lineRule="auto"/>
        <w:ind w:left="0" w:firstLine="567"/>
        <w:rPr>
          <w:rFonts w:eastAsia="Times New Roman" w:cs="Times New Roman"/>
          <w:szCs w:val="24"/>
          <w:lang w:val="ru-RU" w:eastAsia="ru-RU"/>
        </w:rPr>
      </w:pP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қоғамдастығы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мүшелерінің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қонақтарының</w:t>
      </w:r>
      <w:proofErr w:type="spellEnd"/>
      <w:r w:rsidRPr="00137388">
        <w:rPr>
          <w:rFonts w:eastAsia="Times New Roman" w:cs="Times New Roman"/>
          <w:szCs w:val="24"/>
          <w:lang w:val="ru-RU" w:eastAsia="ru-RU"/>
        </w:rPr>
        <w:t xml:space="preserve"> ар-</w:t>
      </w:r>
      <w:proofErr w:type="spellStart"/>
      <w:r w:rsidRPr="00137388">
        <w:rPr>
          <w:rFonts w:eastAsia="Times New Roman" w:cs="Times New Roman"/>
          <w:szCs w:val="24"/>
          <w:lang w:val="ru-RU" w:eastAsia="ru-RU"/>
        </w:rPr>
        <w:t>намысы</w:t>
      </w:r>
      <w:proofErr w:type="spellEnd"/>
      <w:r w:rsidRPr="00137388">
        <w:rPr>
          <w:rFonts w:eastAsia="Times New Roman" w:cs="Times New Roman"/>
          <w:szCs w:val="24"/>
          <w:lang w:val="ru-RU" w:eastAsia="ru-RU"/>
        </w:rPr>
        <w:t xml:space="preserve"> мен </w:t>
      </w:r>
      <w:proofErr w:type="spellStart"/>
      <w:r w:rsidRPr="00137388">
        <w:rPr>
          <w:rFonts w:eastAsia="Times New Roman" w:cs="Times New Roman"/>
          <w:szCs w:val="24"/>
          <w:lang w:val="ru-RU" w:eastAsia="ru-RU"/>
        </w:rPr>
        <w:t>қадір-қасиетін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қорлау</w:t>
      </w:r>
      <w:proofErr w:type="spellEnd"/>
      <w:r w:rsidRPr="00137388">
        <w:rPr>
          <w:rFonts w:eastAsia="Times New Roman" w:cs="Times New Roman"/>
          <w:szCs w:val="24"/>
          <w:lang w:val="ru-RU" w:eastAsia="ru-RU"/>
        </w:rPr>
        <w:t>;</w:t>
      </w:r>
    </w:p>
    <w:p w14:paraId="2D8CD31C" w14:textId="77777777" w:rsidR="009A07C4" w:rsidRPr="00137388" w:rsidRDefault="009A07C4" w:rsidP="00C90D28">
      <w:pPr>
        <w:numPr>
          <w:ilvl w:val="0"/>
          <w:numId w:val="39"/>
        </w:numPr>
        <w:tabs>
          <w:tab w:val="clear" w:pos="720"/>
          <w:tab w:val="num" w:pos="851"/>
        </w:tabs>
        <w:spacing w:after="0" w:line="240" w:lineRule="auto"/>
        <w:ind w:left="0" w:firstLine="567"/>
        <w:rPr>
          <w:rFonts w:eastAsia="Times New Roman" w:cs="Times New Roman"/>
          <w:szCs w:val="24"/>
          <w:lang w:val="ru-RU" w:eastAsia="ru-RU"/>
        </w:rPr>
      </w:pPr>
      <w:proofErr w:type="spellStart"/>
      <w:r w:rsidRPr="00137388">
        <w:rPr>
          <w:rFonts w:eastAsia="Times New Roman" w:cs="Times New Roman"/>
          <w:szCs w:val="24"/>
          <w:lang w:val="ru-RU" w:eastAsia="ru-RU"/>
        </w:rPr>
        <w:t>әдепсіз</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сөздер</w:t>
      </w:r>
      <w:proofErr w:type="spellEnd"/>
      <w:r w:rsidRPr="00137388">
        <w:rPr>
          <w:rFonts w:eastAsia="Times New Roman" w:cs="Times New Roman"/>
          <w:szCs w:val="24"/>
          <w:lang w:val="ru-RU" w:eastAsia="ru-RU"/>
        </w:rPr>
        <w:t xml:space="preserve"> мен </w:t>
      </w:r>
      <w:proofErr w:type="spellStart"/>
      <w:r w:rsidRPr="00137388">
        <w:rPr>
          <w:rFonts w:eastAsia="Times New Roman" w:cs="Times New Roman"/>
          <w:szCs w:val="24"/>
          <w:lang w:val="ru-RU" w:eastAsia="ru-RU"/>
        </w:rPr>
        <w:t>ым-ишараларды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бейәдеп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лексиканы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пайдалану</w:t>
      </w:r>
      <w:proofErr w:type="spellEnd"/>
      <w:r w:rsidRPr="00137388">
        <w:rPr>
          <w:rFonts w:eastAsia="Times New Roman" w:cs="Times New Roman"/>
          <w:szCs w:val="24"/>
          <w:lang w:val="ru-RU" w:eastAsia="ru-RU"/>
        </w:rPr>
        <w:t>;</w:t>
      </w:r>
    </w:p>
    <w:p w14:paraId="0E8B92B8" w14:textId="77777777" w:rsidR="009A07C4" w:rsidRPr="00137388" w:rsidRDefault="009A07C4" w:rsidP="00C90D28">
      <w:pPr>
        <w:numPr>
          <w:ilvl w:val="0"/>
          <w:numId w:val="39"/>
        </w:numPr>
        <w:tabs>
          <w:tab w:val="clear" w:pos="720"/>
          <w:tab w:val="num" w:pos="851"/>
        </w:tabs>
        <w:spacing w:after="0" w:line="240" w:lineRule="auto"/>
        <w:ind w:left="0" w:firstLine="567"/>
        <w:rPr>
          <w:rFonts w:eastAsia="Times New Roman" w:cs="Times New Roman"/>
          <w:szCs w:val="24"/>
          <w:lang w:val="ru-RU" w:eastAsia="ru-RU"/>
        </w:rPr>
      </w:pPr>
      <w:proofErr w:type="spellStart"/>
      <w:r w:rsidRPr="00137388">
        <w:rPr>
          <w:rFonts w:eastAsia="Times New Roman" w:cs="Times New Roman"/>
          <w:szCs w:val="24"/>
          <w:lang w:val="ru-RU" w:eastAsia="ru-RU"/>
        </w:rPr>
        <w:t>мектептің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оқушылары</w:t>
      </w:r>
      <w:proofErr w:type="spellEnd"/>
      <w:r w:rsidRPr="00137388">
        <w:rPr>
          <w:rFonts w:eastAsia="Times New Roman" w:cs="Times New Roman"/>
          <w:szCs w:val="24"/>
          <w:lang w:val="ru-RU" w:eastAsia="ru-RU"/>
        </w:rPr>
        <w:t xml:space="preserve"> мен </w:t>
      </w:r>
      <w:proofErr w:type="spellStart"/>
      <w:r w:rsidRPr="00137388">
        <w:rPr>
          <w:rFonts w:eastAsia="Times New Roman" w:cs="Times New Roman"/>
          <w:szCs w:val="24"/>
          <w:lang w:val="ru-RU" w:eastAsia="ru-RU"/>
        </w:rPr>
        <w:t>қызметкерлерінің</w:t>
      </w:r>
      <w:proofErr w:type="spellEnd"/>
      <w:r w:rsidRPr="00137388">
        <w:rPr>
          <w:rFonts w:eastAsia="Times New Roman" w:cs="Times New Roman"/>
          <w:szCs w:val="24"/>
          <w:lang w:val="ru-RU" w:eastAsia="ru-RU"/>
        </w:rPr>
        <w:t xml:space="preserve"> ар-</w:t>
      </w:r>
      <w:proofErr w:type="spellStart"/>
      <w:r w:rsidRPr="00137388">
        <w:rPr>
          <w:rFonts w:eastAsia="Times New Roman" w:cs="Times New Roman"/>
          <w:szCs w:val="24"/>
          <w:lang w:val="ru-RU" w:eastAsia="ru-RU"/>
        </w:rPr>
        <w:t>намысын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төмендететін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материалдарды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тарату</w:t>
      </w:r>
      <w:proofErr w:type="spellEnd"/>
      <w:r w:rsidRPr="00137388">
        <w:rPr>
          <w:rFonts w:eastAsia="Times New Roman" w:cs="Times New Roman"/>
          <w:szCs w:val="24"/>
          <w:lang w:val="ru-RU" w:eastAsia="ru-RU"/>
        </w:rPr>
        <w:t>;</w:t>
      </w:r>
    </w:p>
    <w:p w14:paraId="1B886381" w14:textId="77777777" w:rsidR="009A07C4" w:rsidRPr="00137388" w:rsidRDefault="009A07C4" w:rsidP="00C90D28">
      <w:pPr>
        <w:numPr>
          <w:ilvl w:val="0"/>
          <w:numId w:val="39"/>
        </w:numPr>
        <w:tabs>
          <w:tab w:val="clear" w:pos="720"/>
          <w:tab w:val="num" w:pos="851"/>
        </w:tabs>
        <w:spacing w:after="0" w:line="240" w:lineRule="auto"/>
        <w:ind w:left="0" w:firstLine="567"/>
        <w:rPr>
          <w:rFonts w:eastAsia="Times New Roman" w:cs="Times New Roman"/>
          <w:szCs w:val="24"/>
          <w:lang w:val="ru-RU" w:eastAsia="ru-RU"/>
        </w:rPr>
      </w:pPr>
      <w:proofErr w:type="spellStart"/>
      <w:r w:rsidRPr="00137388">
        <w:rPr>
          <w:rFonts w:eastAsia="Times New Roman" w:cs="Times New Roman"/>
          <w:szCs w:val="24"/>
          <w:lang w:val="ru-RU" w:eastAsia="ru-RU"/>
        </w:rPr>
        <w:t>дербес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деректерді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фотосуреттерді</w:t>
      </w:r>
      <w:proofErr w:type="spellEnd"/>
      <w:r w:rsidRPr="00137388">
        <w:rPr>
          <w:rFonts w:eastAsia="Times New Roman" w:cs="Times New Roman"/>
          <w:szCs w:val="24"/>
          <w:lang w:val="ru-RU" w:eastAsia="ru-RU"/>
        </w:rPr>
        <w:t xml:space="preserve">, аудио-, </w:t>
      </w:r>
      <w:proofErr w:type="spellStart"/>
      <w:r w:rsidRPr="00137388">
        <w:rPr>
          <w:rFonts w:eastAsia="Times New Roman" w:cs="Times New Roman"/>
          <w:szCs w:val="24"/>
          <w:lang w:val="ru-RU" w:eastAsia="ru-RU"/>
        </w:rPr>
        <w:t>бейнежазбаларды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тарату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түсіру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сақтау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оқушылар</w:t>
      </w:r>
      <w:proofErr w:type="spellEnd"/>
      <w:r w:rsidRPr="00137388">
        <w:rPr>
          <w:rFonts w:eastAsia="Times New Roman" w:cs="Times New Roman"/>
          <w:szCs w:val="24"/>
          <w:lang w:val="ru-RU" w:eastAsia="ru-RU"/>
        </w:rPr>
        <w:t xml:space="preserve"> мен </w:t>
      </w:r>
      <w:proofErr w:type="spellStart"/>
      <w:r w:rsidRPr="00137388">
        <w:rPr>
          <w:rFonts w:eastAsia="Times New Roman" w:cs="Times New Roman"/>
          <w:szCs w:val="24"/>
          <w:lang w:val="ru-RU" w:eastAsia="ru-RU"/>
        </w:rPr>
        <w:t>басқа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адамдар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арасында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сымсыз</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қолжетімділік</w:t>
      </w:r>
      <w:proofErr w:type="spellEnd"/>
      <w:r w:rsidRPr="00137388">
        <w:rPr>
          <w:rFonts w:eastAsia="Times New Roman" w:cs="Times New Roman"/>
          <w:szCs w:val="24"/>
          <w:lang w:val="ru-RU" w:eastAsia="ru-RU"/>
        </w:rPr>
        <w:t xml:space="preserve"> (ИК-порт, Bluetooth, </w:t>
      </w:r>
      <w:proofErr w:type="spellStart"/>
      <w:r w:rsidRPr="00137388">
        <w:rPr>
          <w:rFonts w:eastAsia="Times New Roman" w:cs="Times New Roman"/>
          <w:szCs w:val="24"/>
          <w:lang w:val="ru-RU" w:eastAsia="ru-RU"/>
        </w:rPr>
        <w:t>радиожиіліктер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т.б</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арқылы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ақпарат</w:t>
      </w:r>
      <w:proofErr w:type="spellEnd"/>
      <w:r w:rsidRPr="00137388">
        <w:rPr>
          <w:rFonts w:eastAsia="Times New Roman" w:cs="Times New Roman"/>
          <w:szCs w:val="24"/>
          <w:lang w:val="ru-RU" w:eastAsia="ru-RU"/>
        </w:rPr>
        <w:t xml:space="preserve"> беру, </w:t>
      </w:r>
      <w:proofErr w:type="spellStart"/>
      <w:r w:rsidRPr="00137388">
        <w:rPr>
          <w:rFonts w:eastAsia="Times New Roman" w:cs="Times New Roman"/>
          <w:szCs w:val="24"/>
          <w:lang w:val="ru-RU" w:eastAsia="ru-RU"/>
        </w:rPr>
        <w:t>сондай-ақ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бұқаралық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ақпарат</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құралдарына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ішінде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бүкіләлемдік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ғаламторға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алдын</w:t>
      </w:r>
      <w:proofErr w:type="spellEnd"/>
      <w:r w:rsidRPr="00137388">
        <w:rPr>
          <w:rFonts w:eastAsia="Times New Roman" w:cs="Times New Roman"/>
          <w:szCs w:val="24"/>
          <w:lang w:val="ru-RU" w:eastAsia="ru-RU"/>
        </w:rPr>
        <w:t xml:space="preserve"> ала </w:t>
      </w:r>
      <w:proofErr w:type="spellStart"/>
      <w:r w:rsidRPr="00137388">
        <w:rPr>
          <w:rFonts w:eastAsia="Times New Roman" w:cs="Times New Roman"/>
          <w:szCs w:val="24"/>
          <w:lang w:val="ru-RU" w:eastAsia="ru-RU"/>
        </w:rPr>
        <w:t>келісімсіз</w:t>
      </w:r>
      <w:proofErr w:type="spellEnd"/>
      <w:r w:rsidRPr="00137388">
        <w:rPr>
          <w:rFonts w:eastAsia="Times New Roman" w:cs="Times New Roman"/>
          <w:szCs w:val="24"/>
          <w:lang w:val="ru-RU" w:eastAsia="ru-RU"/>
        </w:rPr>
        <w:t xml:space="preserve"> беру, </w:t>
      </w:r>
      <w:proofErr w:type="spellStart"/>
      <w:r w:rsidRPr="00137388">
        <w:rPr>
          <w:rFonts w:eastAsia="Times New Roman" w:cs="Times New Roman"/>
          <w:szCs w:val="24"/>
          <w:lang w:val="ru-RU" w:eastAsia="ru-RU"/>
        </w:rPr>
        <w:t>құқықтары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мұндай</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теріс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қылықтан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бұзылуы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мүмкін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оқушылардың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қызметкерлердің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әкімшілігінің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басқа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жеке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тұлғалардың</w:t>
      </w:r>
      <w:proofErr w:type="spellEnd"/>
      <w:r w:rsidRPr="00137388">
        <w:rPr>
          <w:rFonts w:eastAsia="Times New Roman" w:cs="Times New Roman"/>
          <w:szCs w:val="24"/>
          <w:lang w:val="ru-RU" w:eastAsia="ru-RU"/>
        </w:rPr>
        <w:t>;</w:t>
      </w:r>
    </w:p>
    <w:p w14:paraId="5A5E0A5A" w14:textId="77777777" w:rsidR="009A07C4" w:rsidRPr="00137388" w:rsidRDefault="009A07C4" w:rsidP="00C90D28">
      <w:pPr>
        <w:numPr>
          <w:ilvl w:val="0"/>
          <w:numId w:val="39"/>
        </w:numPr>
        <w:tabs>
          <w:tab w:val="clear" w:pos="720"/>
          <w:tab w:val="num" w:pos="851"/>
        </w:tabs>
        <w:spacing w:after="0" w:line="240" w:lineRule="auto"/>
        <w:ind w:left="0" w:firstLine="567"/>
        <w:rPr>
          <w:rFonts w:eastAsia="Times New Roman" w:cs="Times New Roman"/>
          <w:szCs w:val="24"/>
          <w:lang w:val="ru-RU" w:eastAsia="ru-RU"/>
        </w:rPr>
      </w:pPr>
      <w:r w:rsidRPr="00137388">
        <w:rPr>
          <w:rFonts w:eastAsia="Times New Roman" w:cs="Times New Roman"/>
          <w:szCs w:val="24"/>
          <w:lang w:val="ru-RU" w:eastAsia="ru-RU"/>
        </w:rPr>
        <w:t>«</w:t>
      </w:r>
      <w:proofErr w:type="spellStart"/>
      <w:r w:rsidRPr="00137388">
        <w:rPr>
          <w:rFonts w:eastAsia="Times New Roman" w:cs="Times New Roman"/>
          <w:szCs w:val="24"/>
          <w:lang w:val="ru-RU" w:eastAsia="ru-RU"/>
        </w:rPr>
        <w:t>Мектептердегі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оқушылардың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академиялық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адалдықты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сақтау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ережесін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бұзу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әзірленуде</w:t>
      </w:r>
      <w:proofErr w:type="spellEnd"/>
      <w:r w:rsidRPr="00137388">
        <w:rPr>
          <w:rFonts w:eastAsia="Times New Roman" w:cs="Times New Roman"/>
          <w:szCs w:val="24"/>
          <w:lang w:val="ru-RU" w:eastAsia="ru-RU"/>
        </w:rPr>
        <w:t>);</w:t>
      </w:r>
    </w:p>
    <w:p w14:paraId="64C00B44" w14:textId="77777777" w:rsidR="009A07C4" w:rsidRPr="00137388" w:rsidRDefault="009A07C4" w:rsidP="00C90D28">
      <w:pPr>
        <w:numPr>
          <w:ilvl w:val="0"/>
          <w:numId w:val="39"/>
        </w:numPr>
        <w:tabs>
          <w:tab w:val="clear" w:pos="720"/>
          <w:tab w:val="num" w:pos="851"/>
        </w:tabs>
        <w:spacing w:after="0" w:line="240" w:lineRule="auto"/>
        <w:ind w:left="0" w:firstLine="567"/>
        <w:rPr>
          <w:rFonts w:eastAsia="Times New Roman" w:cs="Times New Roman"/>
          <w:szCs w:val="24"/>
          <w:lang w:val="ru-RU" w:eastAsia="ru-RU"/>
        </w:rPr>
      </w:pPr>
      <w:proofErr w:type="spellStart"/>
      <w:r w:rsidRPr="00137388">
        <w:rPr>
          <w:rFonts w:eastAsia="Times New Roman" w:cs="Times New Roman"/>
          <w:szCs w:val="24"/>
          <w:lang w:val="ru-RU" w:eastAsia="ru-RU"/>
        </w:rPr>
        <w:t>міндетті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қоғамдық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пайдалы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жұмыстар</w:t>
      </w:r>
      <w:proofErr w:type="spellEnd"/>
      <w:r w:rsidRPr="00137388">
        <w:rPr>
          <w:rFonts w:eastAsia="Times New Roman" w:cs="Times New Roman"/>
          <w:szCs w:val="24"/>
          <w:lang w:val="ru-RU" w:eastAsia="ru-RU"/>
        </w:rPr>
        <w:t xml:space="preserve"> мен </w:t>
      </w:r>
      <w:proofErr w:type="spellStart"/>
      <w:r w:rsidRPr="00137388">
        <w:rPr>
          <w:rFonts w:eastAsia="Times New Roman" w:cs="Times New Roman"/>
          <w:szCs w:val="24"/>
          <w:lang w:val="ru-RU" w:eastAsia="ru-RU"/>
        </w:rPr>
        <w:t>іс-шаралардан</w:t>
      </w:r>
      <w:proofErr w:type="spellEnd"/>
      <w:r w:rsidRPr="00137388">
        <w:rPr>
          <w:rFonts w:eastAsia="Times New Roman" w:cs="Times New Roman"/>
          <w:szCs w:val="24"/>
          <w:lang w:val="ru-RU" w:eastAsia="ru-RU"/>
        </w:rPr>
        <w:t xml:space="preserve"> бас тарту (</w:t>
      </w:r>
      <w:proofErr w:type="spellStart"/>
      <w:r w:rsidRPr="00137388">
        <w:rPr>
          <w:rFonts w:eastAsia="Times New Roman" w:cs="Times New Roman"/>
          <w:szCs w:val="24"/>
          <w:lang w:val="ru-RU" w:eastAsia="ru-RU"/>
        </w:rPr>
        <w:t>аумақты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тазалау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сыныптағы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кезекшілік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әлеуметтік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акциялар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т.б</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жоспарына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сәйкес</w:t>
      </w:r>
      <w:proofErr w:type="spellEnd"/>
      <w:r w:rsidRPr="00137388">
        <w:rPr>
          <w:rFonts w:eastAsia="Times New Roman" w:cs="Times New Roman"/>
          <w:szCs w:val="24"/>
          <w:lang w:val="ru-RU" w:eastAsia="ru-RU"/>
        </w:rPr>
        <w:t>);</w:t>
      </w:r>
    </w:p>
    <w:p w14:paraId="367D111C" w14:textId="77777777" w:rsidR="009A07C4" w:rsidRPr="00137388" w:rsidRDefault="009A07C4" w:rsidP="00C90D28">
      <w:pPr>
        <w:numPr>
          <w:ilvl w:val="0"/>
          <w:numId w:val="39"/>
        </w:numPr>
        <w:tabs>
          <w:tab w:val="clear" w:pos="720"/>
          <w:tab w:val="num" w:pos="851"/>
        </w:tabs>
        <w:spacing w:after="0" w:line="240" w:lineRule="auto"/>
        <w:ind w:left="0" w:firstLine="567"/>
        <w:rPr>
          <w:rFonts w:eastAsia="Times New Roman" w:cs="Times New Roman"/>
          <w:szCs w:val="24"/>
          <w:lang w:val="ru-RU" w:eastAsia="ru-RU"/>
        </w:rPr>
      </w:pPr>
      <w:proofErr w:type="spellStart"/>
      <w:r w:rsidRPr="00137388">
        <w:rPr>
          <w:rFonts w:eastAsia="Times New Roman" w:cs="Times New Roman"/>
          <w:szCs w:val="24"/>
          <w:lang w:val="ru-RU" w:eastAsia="ru-RU"/>
        </w:rPr>
        <w:t>тілдік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гендерлік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ұлттық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діни</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немесе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басқа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белгілер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бойынша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біреуді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кемсіту</w:t>
      </w:r>
      <w:proofErr w:type="spellEnd"/>
      <w:r w:rsidRPr="00137388">
        <w:rPr>
          <w:rFonts w:eastAsia="Times New Roman" w:cs="Times New Roman"/>
          <w:szCs w:val="24"/>
          <w:lang w:val="ru-RU" w:eastAsia="ru-RU"/>
        </w:rPr>
        <w:t>;</w:t>
      </w:r>
    </w:p>
    <w:p w14:paraId="77063E1A" w14:textId="77777777" w:rsidR="009A07C4" w:rsidRPr="00137388" w:rsidRDefault="009A07C4" w:rsidP="00C90D28">
      <w:pPr>
        <w:numPr>
          <w:ilvl w:val="0"/>
          <w:numId w:val="39"/>
        </w:numPr>
        <w:tabs>
          <w:tab w:val="clear" w:pos="720"/>
          <w:tab w:val="num" w:pos="851"/>
        </w:tabs>
        <w:spacing w:after="0" w:line="240" w:lineRule="auto"/>
        <w:ind w:left="0" w:firstLine="567"/>
        <w:rPr>
          <w:rFonts w:eastAsia="Times New Roman" w:cs="Times New Roman"/>
          <w:szCs w:val="24"/>
          <w:lang w:val="ru-RU" w:eastAsia="ru-RU"/>
        </w:rPr>
      </w:pPr>
      <w:proofErr w:type="spellStart"/>
      <w:r w:rsidRPr="00137388">
        <w:rPr>
          <w:rFonts w:eastAsia="Times New Roman" w:cs="Times New Roman"/>
          <w:szCs w:val="24"/>
          <w:lang w:val="ru-RU" w:eastAsia="ru-RU"/>
        </w:rPr>
        <w:t>темекі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шегуге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алкогольге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немесе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есірткіге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кез</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келген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қатыстылық</w:t>
      </w:r>
      <w:proofErr w:type="spellEnd"/>
      <w:r w:rsidRPr="00137388">
        <w:rPr>
          <w:rFonts w:eastAsia="Times New Roman" w:cs="Times New Roman"/>
          <w:szCs w:val="24"/>
          <w:lang w:val="ru-RU" w:eastAsia="ru-RU"/>
        </w:rPr>
        <w:t>;</w:t>
      </w:r>
    </w:p>
    <w:p w14:paraId="458970F8" w14:textId="77777777" w:rsidR="009A07C4" w:rsidRPr="00137388" w:rsidRDefault="009A07C4" w:rsidP="00C90D28">
      <w:pPr>
        <w:numPr>
          <w:ilvl w:val="0"/>
          <w:numId w:val="39"/>
        </w:numPr>
        <w:tabs>
          <w:tab w:val="clear" w:pos="720"/>
          <w:tab w:val="num" w:pos="851"/>
        </w:tabs>
        <w:spacing w:after="0" w:line="240" w:lineRule="auto"/>
        <w:ind w:left="0" w:firstLine="567"/>
        <w:rPr>
          <w:rFonts w:eastAsia="Times New Roman" w:cs="Times New Roman"/>
          <w:szCs w:val="24"/>
          <w:lang w:val="ru-RU" w:eastAsia="ru-RU"/>
        </w:rPr>
      </w:pPr>
      <w:proofErr w:type="spellStart"/>
      <w:r w:rsidRPr="00137388">
        <w:rPr>
          <w:rFonts w:eastAsia="Times New Roman" w:cs="Times New Roman"/>
          <w:szCs w:val="24"/>
          <w:lang w:val="ru-RU" w:eastAsia="ru-RU"/>
        </w:rPr>
        <w:t>қару-жарақ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жарылғыш</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пиротехникалық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химиялық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отқа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қауіпті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заттар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темекі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өнімдері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спирттік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ішімдіктер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есірткі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улы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заттар</w:t>
      </w:r>
      <w:proofErr w:type="spellEnd"/>
      <w:r w:rsidRPr="00137388">
        <w:rPr>
          <w:rFonts w:eastAsia="Times New Roman" w:cs="Times New Roman"/>
          <w:szCs w:val="24"/>
          <w:lang w:val="ru-RU" w:eastAsia="ru-RU"/>
        </w:rPr>
        <w:t xml:space="preserve"> мен улар, </w:t>
      </w:r>
      <w:proofErr w:type="spellStart"/>
      <w:r w:rsidRPr="00137388">
        <w:rPr>
          <w:rFonts w:eastAsia="Times New Roman" w:cs="Times New Roman"/>
          <w:szCs w:val="24"/>
          <w:lang w:val="ru-RU" w:eastAsia="ru-RU"/>
        </w:rPr>
        <w:t>жануарлар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жәндіктер</w:t>
      </w:r>
      <w:proofErr w:type="spellEnd"/>
      <w:r w:rsidRPr="00137388">
        <w:rPr>
          <w:rFonts w:eastAsia="Times New Roman" w:cs="Times New Roman"/>
          <w:szCs w:val="24"/>
          <w:lang w:val="ru-RU" w:eastAsia="ru-RU"/>
        </w:rPr>
        <w:t xml:space="preserve"> кию;</w:t>
      </w:r>
    </w:p>
    <w:p w14:paraId="44BFA7F2" w14:textId="77777777" w:rsidR="009A07C4" w:rsidRPr="00137388" w:rsidRDefault="009A07C4" w:rsidP="00C90D28">
      <w:pPr>
        <w:numPr>
          <w:ilvl w:val="0"/>
          <w:numId w:val="39"/>
        </w:numPr>
        <w:tabs>
          <w:tab w:val="clear" w:pos="720"/>
          <w:tab w:val="num" w:pos="851"/>
        </w:tabs>
        <w:spacing w:after="0" w:line="240" w:lineRule="auto"/>
        <w:ind w:left="0" w:firstLine="567"/>
        <w:rPr>
          <w:rFonts w:eastAsia="Times New Roman" w:cs="Times New Roman"/>
          <w:szCs w:val="24"/>
          <w:lang w:val="ru-RU" w:eastAsia="ru-RU"/>
        </w:rPr>
      </w:pP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қоғамдастығы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мүшелеріне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өзге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жеке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тұлғаларға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психологиялық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физикалық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зиян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келтіру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қорқыту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қорқыту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төбелес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бұзақылық</w:t>
      </w:r>
      <w:proofErr w:type="spellEnd"/>
      <w:r w:rsidRPr="00137388">
        <w:rPr>
          <w:rFonts w:eastAsia="Times New Roman" w:cs="Times New Roman"/>
          <w:szCs w:val="24"/>
          <w:lang w:val="ru-RU" w:eastAsia="ru-RU"/>
        </w:rPr>
        <w:t>);</w:t>
      </w:r>
    </w:p>
    <w:p w14:paraId="079ABE31" w14:textId="77777777" w:rsidR="009A07C4" w:rsidRPr="00137388" w:rsidRDefault="009A07C4" w:rsidP="00C90D28">
      <w:pPr>
        <w:numPr>
          <w:ilvl w:val="0"/>
          <w:numId w:val="39"/>
        </w:numPr>
        <w:tabs>
          <w:tab w:val="clear" w:pos="720"/>
          <w:tab w:val="num" w:pos="851"/>
        </w:tabs>
        <w:spacing w:after="0" w:line="240" w:lineRule="auto"/>
        <w:ind w:left="0" w:firstLine="567"/>
        <w:rPr>
          <w:rFonts w:eastAsia="Times New Roman" w:cs="Times New Roman"/>
          <w:szCs w:val="24"/>
          <w:lang w:val="ru-RU" w:eastAsia="ru-RU"/>
        </w:rPr>
      </w:pPr>
      <w:proofErr w:type="spellStart"/>
      <w:r w:rsidRPr="00137388">
        <w:rPr>
          <w:rFonts w:eastAsia="Times New Roman" w:cs="Times New Roman"/>
          <w:szCs w:val="24"/>
          <w:lang w:val="ru-RU" w:eastAsia="ru-RU"/>
        </w:rPr>
        <w:t>ұрлық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қоғамдастығы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мүшелерінің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өзге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жеке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тұлғалардың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заттарын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рұқсатынсыз</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хабарынсыз</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пайдалану</w:t>
      </w:r>
      <w:proofErr w:type="spellEnd"/>
      <w:r w:rsidRPr="00137388">
        <w:rPr>
          <w:rFonts w:eastAsia="Times New Roman" w:cs="Times New Roman"/>
          <w:szCs w:val="24"/>
          <w:lang w:val="ru-RU" w:eastAsia="ru-RU"/>
        </w:rPr>
        <w:t>.</w:t>
      </w:r>
    </w:p>
    <w:p w14:paraId="567F1805" w14:textId="77777777" w:rsidR="009A07C4" w:rsidRPr="00137388" w:rsidRDefault="009A07C4" w:rsidP="00C90D28">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Бұзушылықтардың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алдын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үшін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құзыретті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мемлекеттік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органдарды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алмастырмайтын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көзделмеген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өндіріп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алуларды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тағайындамайтын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консультативтік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алқалы</w:t>
      </w:r>
      <w:proofErr w:type="spellEnd"/>
      <w:r w:rsidRPr="00137388">
        <w:rPr>
          <w:rFonts w:eastAsia="Times New Roman" w:cs="Times New Roman"/>
          <w:szCs w:val="24"/>
          <w:lang w:val="ru-RU" w:eastAsia="ru-RU"/>
        </w:rPr>
        <w:t xml:space="preserve"> орган </w:t>
      </w:r>
      <w:proofErr w:type="spellStart"/>
      <w:r w:rsidRPr="00137388">
        <w:rPr>
          <w:rFonts w:eastAsia="Times New Roman" w:cs="Times New Roman"/>
          <w:szCs w:val="24"/>
          <w:lang w:val="ru-RU" w:eastAsia="ru-RU"/>
        </w:rPr>
        <w:t>құруға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құқылы</w:t>
      </w:r>
      <w:proofErr w:type="spellEnd"/>
      <w:r w:rsidRPr="00137388">
        <w:rPr>
          <w:rFonts w:eastAsia="Times New Roman" w:cs="Times New Roman"/>
          <w:szCs w:val="24"/>
          <w:lang w:val="ru-RU" w:eastAsia="ru-RU"/>
        </w:rPr>
        <w:t>.</w:t>
      </w:r>
    </w:p>
    <w:p w14:paraId="64C956D3" w14:textId="77777777" w:rsidR="009A07C4" w:rsidRPr="00137388" w:rsidRDefault="009A07C4" w:rsidP="00C90D28">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Тәртіптік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комиссияның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құрамы</w:t>
      </w:r>
      <w:proofErr w:type="spellEnd"/>
      <w:r w:rsidRPr="00137388">
        <w:rPr>
          <w:rFonts w:eastAsia="Times New Roman" w:cs="Times New Roman"/>
          <w:szCs w:val="24"/>
          <w:lang w:val="ru-RU" w:eastAsia="ru-RU"/>
        </w:rPr>
        <w:t xml:space="preserve"> мен </w:t>
      </w:r>
      <w:proofErr w:type="spellStart"/>
      <w:r w:rsidRPr="00137388">
        <w:rPr>
          <w:rFonts w:eastAsia="Times New Roman" w:cs="Times New Roman"/>
          <w:szCs w:val="24"/>
          <w:lang w:val="ru-RU" w:eastAsia="ru-RU"/>
        </w:rPr>
        <w:t>жұмыс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регламенті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әр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жылына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директорының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бұйрығымен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бекітіледі</w:t>
      </w:r>
      <w:proofErr w:type="spellEnd"/>
      <w:r w:rsidRPr="00137388">
        <w:rPr>
          <w:rFonts w:eastAsia="Times New Roman" w:cs="Times New Roman"/>
          <w:szCs w:val="24"/>
          <w:lang w:val="ru-RU" w:eastAsia="ru-RU"/>
        </w:rPr>
        <w:t>.</w:t>
      </w:r>
    </w:p>
    <w:p w14:paraId="1B14C2C8" w14:textId="77777777" w:rsidR="009A07C4" w:rsidRPr="00137388" w:rsidRDefault="009A07C4" w:rsidP="00C90D28">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Тәртіптік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комиссияны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төраға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басқарады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құрамына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мұғалімдер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сынып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жетекшілері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оқушылар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ата-аналар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комитетінің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өкілдері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кіруі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мүмкін</w:t>
      </w:r>
      <w:proofErr w:type="spellEnd"/>
      <w:r w:rsidRPr="00137388">
        <w:rPr>
          <w:rFonts w:eastAsia="Times New Roman" w:cs="Times New Roman"/>
          <w:szCs w:val="24"/>
          <w:lang w:val="ru-RU" w:eastAsia="ru-RU"/>
        </w:rPr>
        <w:t>.</w:t>
      </w:r>
    </w:p>
    <w:p w14:paraId="06813C3D" w14:textId="77777777" w:rsidR="009A07C4" w:rsidRPr="00137388" w:rsidRDefault="009A07C4" w:rsidP="00C90D28">
      <w:pPr>
        <w:spacing w:after="0" w:line="240" w:lineRule="auto"/>
        <w:rPr>
          <w:rFonts w:eastAsia="Times New Roman" w:cs="Times New Roman"/>
          <w:b/>
          <w:bCs/>
          <w:szCs w:val="24"/>
          <w:lang w:val="ru-RU" w:eastAsia="ru-RU"/>
        </w:rPr>
      </w:pPr>
      <w:proofErr w:type="spellStart"/>
      <w:r w:rsidRPr="00137388">
        <w:rPr>
          <w:rFonts w:eastAsia="Times New Roman" w:cs="Times New Roman"/>
          <w:b/>
          <w:bCs/>
          <w:szCs w:val="24"/>
          <w:lang w:val="ru-RU" w:eastAsia="ru-RU"/>
        </w:rPr>
        <w:t>Ережелерді</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бұзған</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жағдайда</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мектеп</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оқушының</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құқықтарын</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сақтай</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отырып</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мынадай</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тәрбиелік</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және</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профилактикалық</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әрекет</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ету</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шараларын</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қолдануға</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құқылы</w:t>
      </w:r>
      <w:proofErr w:type="spellEnd"/>
      <w:r w:rsidRPr="00137388">
        <w:rPr>
          <w:rFonts w:eastAsia="Times New Roman" w:cs="Times New Roman"/>
          <w:b/>
          <w:bCs/>
          <w:szCs w:val="24"/>
          <w:lang w:val="ru-RU" w:eastAsia="ru-RU"/>
        </w:rPr>
        <w:t>:</w:t>
      </w:r>
    </w:p>
    <w:p w14:paraId="26F0B1E0" w14:textId="77777777" w:rsidR="009A07C4" w:rsidRPr="00137388" w:rsidRDefault="009A07C4" w:rsidP="00C90D28">
      <w:pPr>
        <w:numPr>
          <w:ilvl w:val="0"/>
          <w:numId w:val="40"/>
        </w:numPr>
        <w:tabs>
          <w:tab w:val="clear" w:pos="720"/>
          <w:tab w:val="num" w:pos="851"/>
        </w:tabs>
        <w:spacing w:after="0" w:line="240" w:lineRule="auto"/>
        <w:ind w:left="0" w:firstLine="567"/>
        <w:rPr>
          <w:rFonts w:eastAsia="Times New Roman" w:cs="Times New Roman"/>
          <w:szCs w:val="24"/>
          <w:lang w:val="ru-RU" w:eastAsia="ru-RU"/>
        </w:rPr>
      </w:pPr>
      <w:proofErr w:type="spellStart"/>
      <w:r w:rsidRPr="00137388">
        <w:rPr>
          <w:rFonts w:eastAsia="Times New Roman" w:cs="Times New Roman"/>
          <w:szCs w:val="24"/>
          <w:lang w:val="ru-RU" w:eastAsia="ru-RU"/>
        </w:rPr>
        <w:t>оқушымен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жеке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тәрбиелік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әңгіме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жүргізу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жария</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кешірімге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мәжбүрлемей</w:t>
      </w:r>
      <w:proofErr w:type="spellEnd"/>
      <w:r w:rsidRPr="00137388">
        <w:rPr>
          <w:rFonts w:eastAsia="Times New Roman" w:cs="Times New Roman"/>
          <w:szCs w:val="24"/>
          <w:lang w:val="ru-RU" w:eastAsia="ru-RU"/>
        </w:rPr>
        <w:t>);</w:t>
      </w:r>
    </w:p>
    <w:p w14:paraId="7AE49D50" w14:textId="77777777" w:rsidR="009A07C4" w:rsidRPr="00137388" w:rsidRDefault="009A07C4" w:rsidP="00C90D28">
      <w:pPr>
        <w:numPr>
          <w:ilvl w:val="0"/>
          <w:numId w:val="40"/>
        </w:numPr>
        <w:tabs>
          <w:tab w:val="clear" w:pos="720"/>
          <w:tab w:val="num" w:pos="851"/>
        </w:tabs>
        <w:spacing w:after="0" w:line="240" w:lineRule="auto"/>
        <w:ind w:left="0" w:firstLine="567"/>
        <w:rPr>
          <w:rFonts w:eastAsia="Times New Roman" w:cs="Times New Roman"/>
          <w:szCs w:val="24"/>
          <w:lang w:val="ru-RU" w:eastAsia="ru-RU"/>
        </w:rPr>
      </w:pPr>
      <w:proofErr w:type="spellStart"/>
      <w:r w:rsidRPr="00137388">
        <w:rPr>
          <w:rFonts w:eastAsia="Times New Roman" w:cs="Times New Roman"/>
          <w:szCs w:val="24"/>
          <w:lang w:val="ru-RU" w:eastAsia="ru-RU"/>
        </w:rPr>
        <w:t>оқушыға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бұзушылық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сипатын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осы </w:t>
      </w:r>
      <w:proofErr w:type="spellStart"/>
      <w:r w:rsidRPr="00137388">
        <w:rPr>
          <w:rFonts w:eastAsia="Times New Roman" w:cs="Times New Roman"/>
          <w:szCs w:val="24"/>
          <w:lang w:val="ru-RU" w:eastAsia="ru-RU"/>
        </w:rPr>
        <w:t>Ережелердің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талаптарын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түсіндіру</w:t>
      </w:r>
      <w:proofErr w:type="spellEnd"/>
      <w:r w:rsidRPr="00137388">
        <w:rPr>
          <w:rFonts w:eastAsia="Times New Roman" w:cs="Times New Roman"/>
          <w:szCs w:val="24"/>
          <w:lang w:val="ru-RU" w:eastAsia="ru-RU"/>
        </w:rPr>
        <w:t>;</w:t>
      </w:r>
    </w:p>
    <w:p w14:paraId="2F73F615" w14:textId="77777777" w:rsidR="009A07C4" w:rsidRPr="00137388" w:rsidRDefault="009A07C4" w:rsidP="00C90D28">
      <w:pPr>
        <w:numPr>
          <w:ilvl w:val="0"/>
          <w:numId w:val="40"/>
        </w:numPr>
        <w:tabs>
          <w:tab w:val="clear" w:pos="720"/>
          <w:tab w:val="num" w:pos="851"/>
        </w:tabs>
        <w:spacing w:after="0" w:line="240" w:lineRule="auto"/>
        <w:ind w:left="0" w:firstLine="567"/>
        <w:rPr>
          <w:rFonts w:eastAsia="Times New Roman" w:cs="Times New Roman"/>
          <w:szCs w:val="24"/>
          <w:lang w:val="ru-RU" w:eastAsia="ru-RU"/>
        </w:rPr>
      </w:pPr>
      <w:proofErr w:type="spellStart"/>
      <w:r w:rsidRPr="00137388">
        <w:rPr>
          <w:rFonts w:eastAsia="Times New Roman" w:cs="Times New Roman"/>
          <w:szCs w:val="24"/>
          <w:lang w:val="ru-RU" w:eastAsia="ru-RU"/>
        </w:rPr>
        <w:t>ата-аналардың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өкілдердің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қатысуымен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бұзушылықты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қарау</w:t>
      </w:r>
      <w:proofErr w:type="spellEnd"/>
      <w:r w:rsidRPr="00137388">
        <w:rPr>
          <w:rFonts w:eastAsia="Times New Roman" w:cs="Times New Roman"/>
          <w:szCs w:val="24"/>
          <w:lang w:val="ru-RU" w:eastAsia="ru-RU"/>
        </w:rPr>
        <w:t>;</w:t>
      </w:r>
    </w:p>
    <w:p w14:paraId="0EB44C63" w14:textId="77777777" w:rsidR="009A07C4" w:rsidRPr="00137388" w:rsidRDefault="009A07C4" w:rsidP="00C90D28">
      <w:pPr>
        <w:numPr>
          <w:ilvl w:val="0"/>
          <w:numId w:val="40"/>
        </w:numPr>
        <w:tabs>
          <w:tab w:val="clear" w:pos="720"/>
          <w:tab w:val="num" w:pos="851"/>
        </w:tabs>
        <w:spacing w:after="0" w:line="240" w:lineRule="auto"/>
        <w:ind w:left="0" w:firstLine="567"/>
        <w:rPr>
          <w:rFonts w:eastAsia="Times New Roman" w:cs="Times New Roman"/>
          <w:szCs w:val="24"/>
          <w:lang w:val="ru-RU" w:eastAsia="ru-RU"/>
        </w:rPr>
      </w:pPr>
      <w:proofErr w:type="spellStart"/>
      <w:r w:rsidRPr="00137388">
        <w:rPr>
          <w:rFonts w:eastAsia="Times New Roman" w:cs="Times New Roman"/>
          <w:szCs w:val="24"/>
          <w:lang w:val="ru-RU" w:eastAsia="ru-RU"/>
        </w:rPr>
        <w:t>негіздер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болғанда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профилактикалық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жұмыс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психологиялық-педагогикалық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қолдауды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ұйымдастыру</w:t>
      </w:r>
      <w:proofErr w:type="spellEnd"/>
      <w:r w:rsidRPr="00137388">
        <w:rPr>
          <w:rFonts w:eastAsia="Times New Roman" w:cs="Times New Roman"/>
          <w:szCs w:val="24"/>
          <w:lang w:val="ru-RU" w:eastAsia="ru-RU"/>
        </w:rPr>
        <w:t>;</w:t>
      </w:r>
    </w:p>
    <w:p w14:paraId="35E333C1" w14:textId="77777777" w:rsidR="009A07C4" w:rsidRPr="00137388" w:rsidRDefault="009A07C4" w:rsidP="00C90D28">
      <w:pPr>
        <w:numPr>
          <w:ilvl w:val="0"/>
          <w:numId w:val="40"/>
        </w:numPr>
        <w:tabs>
          <w:tab w:val="clear" w:pos="720"/>
          <w:tab w:val="num" w:pos="851"/>
        </w:tabs>
        <w:spacing w:after="0" w:line="240" w:lineRule="auto"/>
        <w:ind w:left="0" w:firstLine="567"/>
        <w:rPr>
          <w:rFonts w:eastAsia="Times New Roman" w:cs="Times New Roman"/>
          <w:szCs w:val="24"/>
          <w:lang w:val="ru-RU" w:eastAsia="ru-RU"/>
        </w:rPr>
      </w:pPr>
      <w:proofErr w:type="spellStart"/>
      <w:r w:rsidRPr="00137388">
        <w:rPr>
          <w:rFonts w:eastAsia="Times New Roman" w:cs="Times New Roman"/>
          <w:szCs w:val="24"/>
          <w:lang w:val="ru-RU" w:eastAsia="ru-RU"/>
        </w:rPr>
        <w:t>заңда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көзделген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негіздер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болғанда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ғана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белгіленген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рәсімді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сақтай</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отырып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одан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әрі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оқыту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мәселесін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қарау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комиссиясының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шешімімен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өз</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бетінше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шығаруға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жол</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берілмейді</w:t>
      </w:r>
      <w:proofErr w:type="spellEnd"/>
      <w:r w:rsidRPr="00137388">
        <w:rPr>
          <w:rFonts w:eastAsia="Times New Roman" w:cs="Times New Roman"/>
          <w:szCs w:val="24"/>
          <w:lang w:val="ru-RU" w:eastAsia="ru-RU"/>
        </w:rPr>
        <w:t>.</w:t>
      </w:r>
    </w:p>
    <w:p w14:paraId="68453905" w14:textId="77777777" w:rsidR="009A07C4" w:rsidRPr="00137388" w:rsidRDefault="009A07C4" w:rsidP="00C90D28">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Оқушының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құқығына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әсер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ететін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кез</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келген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шешімдер</w:t>
      </w:r>
      <w:proofErr w:type="spellEnd"/>
      <w:r w:rsidRPr="00137388">
        <w:rPr>
          <w:rFonts w:eastAsia="Times New Roman" w:cs="Times New Roman"/>
          <w:szCs w:val="24"/>
          <w:lang w:val="ru-RU" w:eastAsia="ru-RU"/>
        </w:rPr>
        <w:t xml:space="preserve"> тек </w:t>
      </w:r>
      <w:proofErr w:type="spellStart"/>
      <w:r w:rsidRPr="00137388">
        <w:rPr>
          <w:rFonts w:eastAsia="Times New Roman" w:cs="Times New Roman"/>
          <w:szCs w:val="24"/>
          <w:lang w:val="ru-RU" w:eastAsia="ru-RU"/>
        </w:rPr>
        <w:t>құзыретті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органмен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заңнамада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белгіленген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тәртіппен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қабылданады</w:t>
      </w:r>
      <w:proofErr w:type="spellEnd"/>
      <w:r w:rsidRPr="00137388">
        <w:rPr>
          <w:rFonts w:eastAsia="Times New Roman" w:cs="Times New Roman"/>
          <w:szCs w:val="24"/>
          <w:lang w:val="ru-RU" w:eastAsia="ru-RU"/>
        </w:rPr>
        <w:t>.</w:t>
      </w:r>
    </w:p>
    <w:p w14:paraId="739A3E25" w14:textId="77777777" w:rsidR="00C90D28" w:rsidRPr="00137388" w:rsidRDefault="00C90D28" w:rsidP="00C90D28">
      <w:pPr>
        <w:spacing w:after="0" w:line="240" w:lineRule="auto"/>
        <w:rPr>
          <w:rFonts w:eastAsia="Times New Roman" w:cs="Times New Roman"/>
          <w:b/>
          <w:bCs/>
          <w:szCs w:val="24"/>
          <w:lang w:val="ru-RU" w:eastAsia="ru-RU"/>
        </w:rPr>
      </w:pPr>
    </w:p>
    <w:p w14:paraId="42A960B7" w14:textId="6146C902" w:rsidR="009A07C4" w:rsidRPr="00137388" w:rsidRDefault="009A07C4" w:rsidP="00C90D28">
      <w:pPr>
        <w:spacing w:after="0" w:line="240" w:lineRule="auto"/>
        <w:rPr>
          <w:rFonts w:eastAsia="Times New Roman" w:cs="Times New Roman"/>
          <w:szCs w:val="24"/>
          <w:lang w:val="ru-RU" w:eastAsia="ru-RU"/>
        </w:rPr>
      </w:pPr>
      <w:proofErr w:type="spellStart"/>
      <w:r w:rsidRPr="00137388">
        <w:rPr>
          <w:rFonts w:eastAsia="Times New Roman" w:cs="Times New Roman"/>
          <w:b/>
          <w:bCs/>
          <w:szCs w:val="24"/>
          <w:lang w:val="ru-RU" w:eastAsia="ru-RU"/>
        </w:rPr>
        <w:t>Білім</w:t>
      </w:r>
      <w:proofErr w:type="spellEnd"/>
      <w:r w:rsidRPr="00137388">
        <w:rPr>
          <w:rFonts w:eastAsia="Times New Roman" w:cs="Times New Roman"/>
          <w:b/>
          <w:bCs/>
          <w:szCs w:val="24"/>
          <w:lang w:val="ru-RU" w:eastAsia="ru-RU"/>
        </w:rPr>
        <w:t xml:space="preserve"> беру </w:t>
      </w:r>
      <w:proofErr w:type="spellStart"/>
      <w:r w:rsidRPr="00137388">
        <w:rPr>
          <w:rFonts w:eastAsia="Times New Roman" w:cs="Times New Roman"/>
          <w:b/>
          <w:bCs/>
          <w:szCs w:val="24"/>
          <w:lang w:val="ru-RU" w:eastAsia="ru-RU"/>
        </w:rPr>
        <w:t>үдерісіне</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қатысушылардың</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өзара</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іс-қимылы</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кезіндегі</w:t>
      </w:r>
      <w:proofErr w:type="spellEnd"/>
      <w:r w:rsidRPr="00137388">
        <w:rPr>
          <w:rFonts w:eastAsia="Times New Roman" w:cs="Times New Roman"/>
          <w:b/>
          <w:bCs/>
          <w:szCs w:val="24"/>
          <w:lang w:val="ru-RU" w:eastAsia="ru-RU"/>
        </w:rPr>
        <w:t xml:space="preserve"> фото-, </w:t>
      </w:r>
      <w:proofErr w:type="spellStart"/>
      <w:r w:rsidRPr="00137388">
        <w:rPr>
          <w:rFonts w:eastAsia="Times New Roman" w:cs="Times New Roman"/>
          <w:b/>
          <w:bCs/>
          <w:szCs w:val="24"/>
          <w:lang w:val="ru-RU" w:eastAsia="ru-RU"/>
        </w:rPr>
        <w:t>бейне</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және</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аудиожазба</w:t>
      </w:r>
      <w:proofErr w:type="spellEnd"/>
    </w:p>
    <w:p w14:paraId="76F01588" w14:textId="77777777" w:rsidR="009A07C4" w:rsidRPr="00137388" w:rsidRDefault="009A07C4" w:rsidP="00C90D28">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Оқушылар</w:t>
      </w:r>
      <w:proofErr w:type="spellEnd"/>
      <w:r w:rsidRPr="00137388">
        <w:rPr>
          <w:rFonts w:eastAsia="Times New Roman" w:cs="Times New Roman"/>
          <w:szCs w:val="24"/>
          <w:lang w:val="ru-RU" w:eastAsia="ru-RU"/>
        </w:rPr>
        <w:t xml:space="preserve"> мен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қызметкерлерінің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құқықтарын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сақтау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дербес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деректерді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қорғау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белгіленген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ішкі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тәртіпті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қамтамасыз</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ету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мақсатында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аумағында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беру </w:t>
      </w:r>
      <w:proofErr w:type="spellStart"/>
      <w:r w:rsidRPr="00137388">
        <w:rPr>
          <w:rFonts w:eastAsia="Times New Roman" w:cs="Times New Roman"/>
          <w:szCs w:val="24"/>
          <w:lang w:val="ru-RU" w:eastAsia="ru-RU"/>
        </w:rPr>
        <w:t>үдерісі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кезінде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мынадай</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талаптар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қолданылады</w:t>
      </w:r>
      <w:proofErr w:type="spellEnd"/>
      <w:r w:rsidRPr="00137388">
        <w:rPr>
          <w:rFonts w:eastAsia="Times New Roman" w:cs="Times New Roman"/>
          <w:szCs w:val="24"/>
          <w:lang w:val="ru-RU" w:eastAsia="ru-RU"/>
        </w:rPr>
        <w:t>:</w:t>
      </w:r>
    </w:p>
    <w:p w14:paraId="7377066D" w14:textId="77777777" w:rsidR="009A07C4" w:rsidRPr="00137388" w:rsidRDefault="009A07C4" w:rsidP="00C90D28">
      <w:pPr>
        <w:numPr>
          <w:ilvl w:val="0"/>
          <w:numId w:val="35"/>
        </w:numPr>
        <w:tabs>
          <w:tab w:val="clear" w:pos="720"/>
          <w:tab w:val="num" w:pos="851"/>
        </w:tabs>
        <w:spacing w:after="0" w:line="240" w:lineRule="auto"/>
        <w:ind w:left="0" w:firstLine="567"/>
        <w:rPr>
          <w:rFonts w:eastAsia="Times New Roman" w:cs="Times New Roman"/>
          <w:szCs w:val="24"/>
          <w:lang w:val="ru-RU" w:eastAsia="ru-RU"/>
        </w:rPr>
      </w:pPr>
      <w:r w:rsidRPr="00137388">
        <w:rPr>
          <w:rFonts w:eastAsia="Times New Roman" w:cs="Times New Roman"/>
          <w:szCs w:val="24"/>
          <w:lang w:val="ru-RU" w:eastAsia="ru-RU"/>
        </w:rPr>
        <w:lastRenderedPageBreak/>
        <w:t xml:space="preserve">Фото-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бейнежазба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беру </w:t>
      </w:r>
      <w:proofErr w:type="spellStart"/>
      <w:r w:rsidRPr="00137388">
        <w:rPr>
          <w:rFonts w:eastAsia="Times New Roman" w:cs="Times New Roman"/>
          <w:szCs w:val="24"/>
          <w:lang w:val="ru-RU" w:eastAsia="ru-RU"/>
        </w:rPr>
        <w:t>үдерісіне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қатысушылардың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құқықтарын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дербес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деректер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туралы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заңнаманың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жеке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өмірдің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бейнелеу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құқығының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талаптарын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сақтай</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отырып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жүзеге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асырылады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Кәмелетке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толмағандардың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бейнесі</w:t>
      </w:r>
      <w:proofErr w:type="spellEnd"/>
      <w:r w:rsidRPr="00137388">
        <w:rPr>
          <w:rFonts w:eastAsia="Times New Roman" w:cs="Times New Roman"/>
          <w:szCs w:val="24"/>
          <w:lang w:val="ru-RU" w:eastAsia="ru-RU"/>
        </w:rPr>
        <w:t xml:space="preserve"> бар </w:t>
      </w:r>
      <w:proofErr w:type="spellStart"/>
      <w:r w:rsidRPr="00137388">
        <w:rPr>
          <w:rFonts w:eastAsia="Times New Roman" w:cs="Times New Roman"/>
          <w:szCs w:val="24"/>
          <w:lang w:val="ru-RU" w:eastAsia="ru-RU"/>
        </w:rPr>
        <w:t>материалдарды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орналастыруға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қажетті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негіздер</w:t>
      </w:r>
      <w:proofErr w:type="spellEnd"/>
      <w:r w:rsidRPr="00137388">
        <w:rPr>
          <w:rFonts w:eastAsia="Times New Roman" w:cs="Times New Roman"/>
          <w:szCs w:val="24"/>
          <w:lang w:val="ru-RU" w:eastAsia="ru-RU"/>
        </w:rPr>
        <w:t xml:space="preserve"> мен </w:t>
      </w:r>
      <w:proofErr w:type="spellStart"/>
      <w:r w:rsidRPr="00137388">
        <w:rPr>
          <w:rFonts w:eastAsia="Times New Roman" w:cs="Times New Roman"/>
          <w:szCs w:val="24"/>
          <w:lang w:val="ru-RU" w:eastAsia="ru-RU"/>
        </w:rPr>
        <w:t>келісімдер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болғанда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ғана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рұқсат</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етіледі</w:t>
      </w:r>
      <w:proofErr w:type="spellEnd"/>
      <w:r w:rsidRPr="00137388">
        <w:rPr>
          <w:rFonts w:eastAsia="Times New Roman" w:cs="Times New Roman"/>
          <w:szCs w:val="24"/>
          <w:lang w:val="ru-RU" w:eastAsia="ru-RU"/>
        </w:rPr>
        <w:t>.</w:t>
      </w:r>
    </w:p>
    <w:p w14:paraId="383E85E6" w14:textId="77777777" w:rsidR="009A07C4" w:rsidRPr="00137388" w:rsidRDefault="009A07C4" w:rsidP="00C90D28">
      <w:pPr>
        <w:numPr>
          <w:ilvl w:val="0"/>
          <w:numId w:val="35"/>
        </w:numPr>
        <w:tabs>
          <w:tab w:val="clear" w:pos="720"/>
          <w:tab w:val="num" w:pos="851"/>
        </w:tabs>
        <w:spacing w:after="0" w:line="240" w:lineRule="auto"/>
        <w:ind w:left="0" w:firstLine="567"/>
        <w:rPr>
          <w:rFonts w:eastAsia="Times New Roman" w:cs="Times New Roman"/>
          <w:szCs w:val="24"/>
          <w:lang w:val="ru-RU" w:eastAsia="ru-RU"/>
        </w:rPr>
      </w:pPr>
      <w:r w:rsidRPr="00137388">
        <w:rPr>
          <w:rFonts w:eastAsia="Times New Roman" w:cs="Times New Roman"/>
          <w:szCs w:val="24"/>
          <w:lang w:val="ru-RU" w:eastAsia="ru-RU"/>
        </w:rPr>
        <w:t xml:space="preserve">TikTok, Instagram, </w:t>
      </w:r>
      <w:proofErr w:type="spellStart"/>
      <w:r w:rsidRPr="00137388">
        <w:rPr>
          <w:rFonts w:eastAsia="Times New Roman" w:cs="Times New Roman"/>
          <w:szCs w:val="24"/>
          <w:lang w:val="ru-RU" w:eastAsia="ru-RU"/>
        </w:rPr>
        <w:t>өзге</w:t>
      </w:r>
      <w:proofErr w:type="spellEnd"/>
      <w:r w:rsidRPr="00137388">
        <w:rPr>
          <w:rFonts w:eastAsia="Times New Roman" w:cs="Times New Roman"/>
          <w:szCs w:val="24"/>
          <w:lang w:val="ru-RU" w:eastAsia="ru-RU"/>
        </w:rPr>
        <w:t xml:space="preserve"> де </w:t>
      </w:r>
      <w:proofErr w:type="spellStart"/>
      <w:r w:rsidRPr="00137388">
        <w:rPr>
          <w:rFonts w:eastAsia="Times New Roman" w:cs="Times New Roman"/>
          <w:szCs w:val="24"/>
          <w:lang w:val="ru-RU" w:eastAsia="ru-RU"/>
        </w:rPr>
        <w:t>әлеуметтік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желілерде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мессенджерлерде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интернет-</w:t>
      </w:r>
      <w:proofErr w:type="spellStart"/>
      <w:r w:rsidRPr="00137388">
        <w:rPr>
          <w:rFonts w:eastAsia="Times New Roman" w:cs="Times New Roman"/>
          <w:szCs w:val="24"/>
          <w:lang w:val="ru-RU" w:eastAsia="ru-RU"/>
        </w:rPr>
        <w:t>ресурстарда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оқушыларды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немесе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қызметкерлерін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сәйкестендіруге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болатын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фотосуреттер</w:t>
      </w:r>
      <w:proofErr w:type="spellEnd"/>
      <w:r w:rsidRPr="00137388">
        <w:rPr>
          <w:rFonts w:eastAsia="Times New Roman" w:cs="Times New Roman"/>
          <w:szCs w:val="24"/>
          <w:lang w:val="ru-RU" w:eastAsia="ru-RU"/>
        </w:rPr>
        <w:t xml:space="preserve"> мен </w:t>
      </w:r>
      <w:proofErr w:type="spellStart"/>
      <w:r w:rsidRPr="00137388">
        <w:rPr>
          <w:rFonts w:eastAsia="Times New Roman" w:cs="Times New Roman"/>
          <w:szCs w:val="24"/>
          <w:lang w:val="ru-RU" w:eastAsia="ru-RU"/>
        </w:rPr>
        <w:t>бейнежазбаларды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олардың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келісімінсіз</w:t>
      </w:r>
      <w:proofErr w:type="spellEnd"/>
      <w:r w:rsidRPr="00137388">
        <w:rPr>
          <w:rFonts w:eastAsia="Times New Roman" w:cs="Times New Roman"/>
          <w:szCs w:val="24"/>
          <w:lang w:val="ru-RU" w:eastAsia="ru-RU"/>
        </w:rPr>
        <w:t xml:space="preserve">, ал </w:t>
      </w:r>
      <w:proofErr w:type="spellStart"/>
      <w:r w:rsidRPr="00137388">
        <w:rPr>
          <w:rFonts w:eastAsia="Times New Roman" w:cs="Times New Roman"/>
          <w:szCs w:val="24"/>
          <w:lang w:val="ru-RU" w:eastAsia="ru-RU"/>
        </w:rPr>
        <w:t>кәмелетке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толмағандарға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қатысты</w:t>
      </w:r>
      <w:proofErr w:type="spellEnd"/>
      <w:r w:rsidRPr="00137388">
        <w:rPr>
          <w:rFonts w:eastAsia="Times New Roman" w:cs="Times New Roman"/>
          <w:szCs w:val="24"/>
          <w:lang w:val="ru-RU" w:eastAsia="ru-RU"/>
        </w:rPr>
        <w:t xml:space="preserve"> – </w:t>
      </w:r>
      <w:proofErr w:type="spellStart"/>
      <w:r w:rsidRPr="00137388">
        <w:rPr>
          <w:rFonts w:eastAsia="Times New Roman" w:cs="Times New Roman"/>
          <w:szCs w:val="24"/>
          <w:lang w:val="ru-RU" w:eastAsia="ru-RU"/>
        </w:rPr>
        <w:t>заңды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өкілдің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тиісті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келісімінсіз</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егер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мұндай</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келісім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заңнамада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талап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етілсе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орналастыруға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таратуға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жол</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берілмейді</w:t>
      </w:r>
      <w:proofErr w:type="spellEnd"/>
      <w:r w:rsidRPr="00137388">
        <w:rPr>
          <w:rFonts w:eastAsia="Times New Roman" w:cs="Times New Roman"/>
          <w:szCs w:val="24"/>
          <w:lang w:val="ru-RU" w:eastAsia="ru-RU"/>
        </w:rPr>
        <w:t>.</w:t>
      </w:r>
    </w:p>
    <w:p w14:paraId="51A39D99" w14:textId="77777777" w:rsidR="009A07C4" w:rsidRPr="00137388" w:rsidRDefault="009A07C4" w:rsidP="00C90D28">
      <w:pPr>
        <w:numPr>
          <w:ilvl w:val="0"/>
          <w:numId w:val="35"/>
        </w:numPr>
        <w:tabs>
          <w:tab w:val="clear" w:pos="720"/>
          <w:tab w:val="num" w:pos="851"/>
        </w:tabs>
        <w:spacing w:after="0" w:line="240" w:lineRule="auto"/>
        <w:ind w:left="0" w:firstLine="567"/>
        <w:rPr>
          <w:rFonts w:eastAsia="Times New Roman" w:cs="Times New Roman"/>
          <w:szCs w:val="24"/>
          <w:lang w:val="ru-RU" w:eastAsia="ru-RU"/>
        </w:rPr>
      </w:pPr>
      <w:r w:rsidRPr="00137388">
        <w:rPr>
          <w:rFonts w:eastAsia="Times New Roman" w:cs="Times New Roman"/>
          <w:szCs w:val="24"/>
          <w:lang w:val="ru-RU" w:eastAsia="ru-RU"/>
        </w:rPr>
        <w:t xml:space="preserve">Фото-, </w:t>
      </w:r>
      <w:proofErr w:type="spellStart"/>
      <w:r w:rsidRPr="00137388">
        <w:rPr>
          <w:rFonts w:eastAsia="Times New Roman" w:cs="Times New Roman"/>
          <w:szCs w:val="24"/>
          <w:lang w:val="ru-RU" w:eastAsia="ru-RU"/>
        </w:rPr>
        <w:t>бейне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аудиоматериалдарды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басқа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адамдардың</w:t>
      </w:r>
      <w:proofErr w:type="spellEnd"/>
      <w:r w:rsidRPr="00137388">
        <w:rPr>
          <w:rFonts w:eastAsia="Times New Roman" w:cs="Times New Roman"/>
          <w:szCs w:val="24"/>
          <w:lang w:val="ru-RU" w:eastAsia="ru-RU"/>
        </w:rPr>
        <w:t xml:space="preserve"> ар-</w:t>
      </w:r>
      <w:proofErr w:type="spellStart"/>
      <w:r w:rsidRPr="00137388">
        <w:rPr>
          <w:rFonts w:eastAsia="Times New Roman" w:cs="Times New Roman"/>
          <w:szCs w:val="24"/>
          <w:lang w:val="ru-RU" w:eastAsia="ru-RU"/>
        </w:rPr>
        <w:t>намысын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қадір-қасиетін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жеке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өмірін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мүдделерін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кемсіту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күлу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қудалау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беделін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түсіру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немесе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өзгеше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бұзу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үшін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пайдалануға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тыйым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салынады</w:t>
      </w:r>
      <w:proofErr w:type="spellEnd"/>
      <w:r w:rsidRPr="00137388">
        <w:rPr>
          <w:rFonts w:eastAsia="Times New Roman" w:cs="Times New Roman"/>
          <w:szCs w:val="24"/>
          <w:lang w:val="ru-RU" w:eastAsia="ru-RU"/>
        </w:rPr>
        <w:t>.</w:t>
      </w:r>
    </w:p>
    <w:p w14:paraId="0CE1D6A5" w14:textId="77777777" w:rsidR="009A07C4" w:rsidRPr="00137388" w:rsidRDefault="009A07C4" w:rsidP="00C90D28">
      <w:pPr>
        <w:numPr>
          <w:ilvl w:val="0"/>
          <w:numId w:val="35"/>
        </w:numPr>
        <w:tabs>
          <w:tab w:val="clear" w:pos="720"/>
          <w:tab w:val="num" w:pos="851"/>
        </w:tabs>
        <w:spacing w:after="0" w:line="240" w:lineRule="auto"/>
        <w:ind w:left="0" w:firstLine="567"/>
        <w:rPr>
          <w:rFonts w:eastAsia="Times New Roman" w:cs="Times New Roman"/>
          <w:szCs w:val="24"/>
          <w:lang w:val="ru-RU" w:eastAsia="ru-RU"/>
        </w:rPr>
      </w:pPr>
      <w:proofErr w:type="spellStart"/>
      <w:r w:rsidRPr="00137388">
        <w:rPr>
          <w:rFonts w:eastAsia="Times New Roman" w:cs="Times New Roman"/>
          <w:szCs w:val="24"/>
          <w:lang w:val="ru-RU" w:eastAsia="ru-RU"/>
        </w:rPr>
        <w:t>Жарияланыммен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құқығы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бұзылған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адамның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немесе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өкілінің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талабы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бойынша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тиісті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материалды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жою</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мәселесі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дереу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қаралуға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жатады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негіздер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болғанда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көзделген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қорғау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тәсілдері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пайдаланылуы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мүмкін</w:t>
      </w:r>
      <w:proofErr w:type="spellEnd"/>
      <w:r w:rsidRPr="00137388">
        <w:rPr>
          <w:rFonts w:eastAsia="Times New Roman" w:cs="Times New Roman"/>
          <w:szCs w:val="24"/>
          <w:lang w:val="ru-RU" w:eastAsia="ru-RU"/>
        </w:rPr>
        <w:t>.</w:t>
      </w:r>
    </w:p>
    <w:p w14:paraId="4EF4262C" w14:textId="77777777" w:rsidR="009A07C4" w:rsidRPr="00137388" w:rsidRDefault="009A07C4" w:rsidP="00C90D28">
      <w:pPr>
        <w:numPr>
          <w:ilvl w:val="0"/>
          <w:numId w:val="35"/>
        </w:numPr>
        <w:tabs>
          <w:tab w:val="clear" w:pos="720"/>
          <w:tab w:val="num" w:pos="851"/>
        </w:tabs>
        <w:spacing w:after="0" w:line="240" w:lineRule="auto"/>
        <w:ind w:left="0" w:firstLine="567"/>
        <w:rPr>
          <w:rFonts w:eastAsia="Times New Roman" w:cs="Times New Roman"/>
          <w:szCs w:val="24"/>
          <w:lang w:val="ru-RU" w:eastAsia="ru-RU"/>
        </w:rPr>
      </w:pPr>
      <w:r w:rsidRPr="00137388">
        <w:rPr>
          <w:rFonts w:eastAsia="Times New Roman" w:cs="Times New Roman"/>
          <w:szCs w:val="24"/>
          <w:lang w:val="ru-RU" w:eastAsia="ru-RU"/>
        </w:rPr>
        <w:t xml:space="preserve">Осы </w:t>
      </w:r>
      <w:proofErr w:type="spellStart"/>
      <w:r w:rsidRPr="00137388">
        <w:rPr>
          <w:rFonts w:eastAsia="Times New Roman" w:cs="Times New Roman"/>
          <w:szCs w:val="24"/>
          <w:lang w:val="ru-RU" w:eastAsia="ru-RU"/>
        </w:rPr>
        <w:t>талаптарды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бұзу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әкімшілігімен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Ішкі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тәртіп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ережелерінде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Қазақстан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Республикасының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заңнамасында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белгіленген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тәртіппен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қаралады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кәмелетке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толмағанның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ата-аналарына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өкілдеріне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хабарланады</w:t>
      </w:r>
      <w:proofErr w:type="spellEnd"/>
      <w:r w:rsidRPr="00137388">
        <w:rPr>
          <w:rFonts w:eastAsia="Times New Roman" w:cs="Times New Roman"/>
          <w:szCs w:val="24"/>
          <w:lang w:val="ru-RU" w:eastAsia="ru-RU"/>
        </w:rPr>
        <w:t>.</w:t>
      </w:r>
    </w:p>
    <w:p w14:paraId="07694299" w14:textId="77777777" w:rsidR="009A07C4" w:rsidRPr="00137388" w:rsidRDefault="009A07C4" w:rsidP="00C90D28">
      <w:pPr>
        <w:spacing w:after="0" w:line="240" w:lineRule="auto"/>
        <w:rPr>
          <w:rFonts w:eastAsia="Times New Roman" w:cs="Times New Roman"/>
          <w:szCs w:val="24"/>
          <w:lang w:val="ru-RU" w:eastAsia="ru-RU"/>
        </w:rPr>
      </w:pPr>
      <w:r w:rsidRPr="00137388">
        <w:rPr>
          <w:rFonts w:eastAsia="Times New Roman" w:cs="Times New Roman"/>
          <w:b/>
          <w:bCs/>
          <w:szCs w:val="24"/>
          <w:lang w:val="ru-RU" w:eastAsia="ru-RU"/>
        </w:rPr>
        <w:t xml:space="preserve">10.4. </w:t>
      </w:r>
      <w:proofErr w:type="spellStart"/>
      <w:r w:rsidRPr="00137388">
        <w:rPr>
          <w:rFonts w:eastAsia="Times New Roman" w:cs="Times New Roman"/>
          <w:b/>
          <w:bCs/>
          <w:szCs w:val="24"/>
          <w:lang w:val="ru-RU" w:eastAsia="ru-RU"/>
        </w:rPr>
        <w:t>Сыбайлас</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жемқорлыққа</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қарсы</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іс-қимыл</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шарттары</w:t>
      </w:r>
      <w:proofErr w:type="spellEnd"/>
    </w:p>
    <w:p w14:paraId="6C2CAE89" w14:textId="77777777" w:rsidR="009A07C4" w:rsidRPr="00137388" w:rsidRDefault="009A07C4" w:rsidP="00C90D28">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Мектепте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ақшалай</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қаражатты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заңсыз</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жинауға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құқыққа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қайшы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сыйақыны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талап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етуге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немесе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негізсіз</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артықшылықтар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беруге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сыбайлас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жемқорлық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құқық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бұзушылығының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белгілері</w:t>
      </w:r>
      <w:proofErr w:type="spellEnd"/>
      <w:r w:rsidRPr="00137388">
        <w:rPr>
          <w:rFonts w:eastAsia="Times New Roman" w:cs="Times New Roman"/>
          <w:szCs w:val="24"/>
          <w:lang w:val="ru-RU" w:eastAsia="ru-RU"/>
        </w:rPr>
        <w:t xml:space="preserve"> бар </w:t>
      </w:r>
      <w:proofErr w:type="spellStart"/>
      <w:r w:rsidRPr="00137388">
        <w:rPr>
          <w:rFonts w:eastAsia="Times New Roman" w:cs="Times New Roman"/>
          <w:szCs w:val="24"/>
          <w:lang w:val="ru-RU" w:eastAsia="ru-RU"/>
        </w:rPr>
        <w:t>өзге</w:t>
      </w:r>
      <w:proofErr w:type="spellEnd"/>
      <w:r w:rsidRPr="00137388">
        <w:rPr>
          <w:rFonts w:eastAsia="Times New Roman" w:cs="Times New Roman"/>
          <w:szCs w:val="24"/>
          <w:lang w:val="ru-RU" w:eastAsia="ru-RU"/>
        </w:rPr>
        <w:t xml:space="preserve"> де </w:t>
      </w:r>
      <w:proofErr w:type="spellStart"/>
      <w:r w:rsidRPr="00137388">
        <w:rPr>
          <w:rFonts w:eastAsia="Times New Roman" w:cs="Times New Roman"/>
          <w:szCs w:val="24"/>
          <w:lang w:val="ru-RU" w:eastAsia="ru-RU"/>
        </w:rPr>
        <w:t>іс-әрекеттерге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жол</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берілмейді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Қызметкерлер</w:t>
      </w:r>
      <w:proofErr w:type="spellEnd"/>
      <w:r w:rsidRPr="00137388">
        <w:rPr>
          <w:rFonts w:eastAsia="Times New Roman" w:cs="Times New Roman"/>
          <w:szCs w:val="24"/>
          <w:lang w:val="ru-RU" w:eastAsia="ru-RU"/>
        </w:rPr>
        <w:t xml:space="preserve"> мен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беру </w:t>
      </w:r>
      <w:proofErr w:type="spellStart"/>
      <w:r w:rsidRPr="00137388">
        <w:rPr>
          <w:rFonts w:eastAsia="Times New Roman" w:cs="Times New Roman"/>
          <w:szCs w:val="24"/>
          <w:lang w:val="ru-RU" w:eastAsia="ru-RU"/>
        </w:rPr>
        <w:t>үдерісіне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қатысушылар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Қазақстан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Республикасының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сыбайлас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жемқорлыққа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қарсы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іс-қимыл</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туралы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заңнамасын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сақтауға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міндетті</w:t>
      </w:r>
      <w:proofErr w:type="spellEnd"/>
      <w:r w:rsidRPr="00137388">
        <w:rPr>
          <w:rFonts w:eastAsia="Times New Roman" w:cs="Times New Roman"/>
          <w:szCs w:val="24"/>
          <w:lang w:val="ru-RU" w:eastAsia="ru-RU"/>
        </w:rPr>
        <w:t>.</w:t>
      </w:r>
    </w:p>
    <w:p w14:paraId="0930BE80" w14:textId="77777777" w:rsidR="009A07C4" w:rsidRPr="00137388" w:rsidRDefault="009A07C4" w:rsidP="00C90D28">
      <w:pPr>
        <w:spacing w:after="0" w:line="240" w:lineRule="auto"/>
        <w:rPr>
          <w:rFonts w:eastAsia="Times New Roman" w:cs="Times New Roman"/>
          <w:szCs w:val="24"/>
          <w:lang w:val="ru-RU" w:eastAsia="ru-RU"/>
        </w:rPr>
      </w:pPr>
      <w:r w:rsidRPr="00137388">
        <w:rPr>
          <w:rFonts w:eastAsia="Times New Roman" w:cs="Times New Roman"/>
          <w:b/>
          <w:bCs/>
          <w:szCs w:val="24"/>
          <w:lang w:val="ru-RU" w:eastAsia="ru-RU"/>
        </w:rPr>
        <w:t xml:space="preserve">10.5. </w:t>
      </w:r>
      <w:proofErr w:type="spellStart"/>
      <w:r w:rsidRPr="00137388">
        <w:rPr>
          <w:rFonts w:eastAsia="Times New Roman" w:cs="Times New Roman"/>
          <w:b/>
          <w:bCs/>
          <w:szCs w:val="24"/>
          <w:lang w:val="ru-RU" w:eastAsia="ru-RU"/>
        </w:rPr>
        <w:t>Демеушілермен</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меценаттармен</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және</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қайырымдылық</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жасаушылармен</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өзара</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іс-қимыл</w:t>
      </w:r>
      <w:proofErr w:type="spellEnd"/>
    </w:p>
    <w:p w14:paraId="2E08EA60" w14:textId="77777777" w:rsidR="009A07C4" w:rsidRPr="00137388" w:rsidRDefault="009A07C4" w:rsidP="00C90D28">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Демеушілермен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меценаттармен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қайырымдылық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жасаушылармен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өзара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іс-қимыл</w:t>
      </w:r>
      <w:proofErr w:type="spellEnd"/>
      <w:r w:rsidRPr="00137388">
        <w:rPr>
          <w:rFonts w:eastAsia="Times New Roman" w:cs="Times New Roman"/>
          <w:szCs w:val="24"/>
          <w:lang w:val="ru-RU" w:eastAsia="ru-RU"/>
        </w:rPr>
        <w:t xml:space="preserve"> тек </w:t>
      </w:r>
      <w:proofErr w:type="spellStart"/>
      <w:r w:rsidRPr="00137388">
        <w:rPr>
          <w:rFonts w:eastAsia="Times New Roman" w:cs="Times New Roman"/>
          <w:szCs w:val="24"/>
          <w:lang w:val="ru-RU" w:eastAsia="ru-RU"/>
        </w:rPr>
        <w:t>ерікті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құжаттық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рәсімделген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негізде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ғана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жүзеге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асырылады</w:t>
      </w:r>
      <w:proofErr w:type="spellEnd"/>
      <w:r w:rsidRPr="00137388">
        <w:rPr>
          <w:rFonts w:eastAsia="Times New Roman" w:cs="Times New Roman"/>
          <w:szCs w:val="24"/>
          <w:lang w:val="ru-RU" w:eastAsia="ru-RU"/>
        </w:rPr>
        <w:t>.</w:t>
      </w:r>
    </w:p>
    <w:p w14:paraId="27142F5B" w14:textId="77777777" w:rsidR="009A07C4" w:rsidRPr="00137388" w:rsidRDefault="009A07C4" w:rsidP="00C90D28">
      <w:pPr>
        <w:spacing w:after="0" w:line="240" w:lineRule="auto"/>
        <w:rPr>
          <w:rFonts w:eastAsia="Times New Roman" w:cs="Times New Roman"/>
          <w:szCs w:val="24"/>
          <w:lang w:val="ru-RU" w:eastAsia="ru-RU"/>
        </w:rPr>
      </w:pPr>
      <w:r w:rsidRPr="00137388">
        <w:rPr>
          <w:rFonts w:eastAsia="Times New Roman" w:cs="Times New Roman"/>
          <w:b/>
          <w:bCs/>
          <w:szCs w:val="24"/>
          <w:lang w:val="ru-RU" w:eastAsia="ru-RU"/>
        </w:rPr>
        <w:t xml:space="preserve">10.6. </w:t>
      </w:r>
      <w:proofErr w:type="spellStart"/>
      <w:r w:rsidRPr="00137388">
        <w:rPr>
          <w:rFonts w:eastAsia="Times New Roman" w:cs="Times New Roman"/>
          <w:b/>
          <w:bCs/>
          <w:szCs w:val="24"/>
          <w:lang w:val="ru-RU" w:eastAsia="ru-RU"/>
        </w:rPr>
        <w:t>Ата-аналардың</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заңды</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өкілдердің</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және</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оқушылардың</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өзге</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туыстарының</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білім</w:t>
      </w:r>
      <w:proofErr w:type="spellEnd"/>
      <w:r w:rsidRPr="00137388">
        <w:rPr>
          <w:rFonts w:eastAsia="Times New Roman" w:cs="Times New Roman"/>
          <w:b/>
          <w:bCs/>
          <w:szCs w:val="24"/>
          <w:lang w:val="ru-RU" w:eastAsia="ru-RU"/>
        </w:rPr>
        <w:t xml:space="preserve"> беру </w:t>
      </w:r>
      <w:proofErr w:type="spellStart"/>
      <w:r w:rsidRPr="00137388">
        <w:rPr>
          <w:rFonts w:eastAsia="Times New Roman" w:cs="Times New Roman"/>
          <w:b/>
          <w:bCs/>
          <w:szCs w:val="24"/>
          <w:lang w:val="ru-RU" w:eastAsia="ru-RU"/>
        </w:rPr>
        <w:t>ұйымын</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келу</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шарттары</w:t>
      </w:r>
      <w:proofErr w:type="spellEnd"/>
    </w:p>
    <w:p w14:paraId="4C697EAA" w14:textId="77777777" w:rsidR="009A07C4" w:rsidRPr="00137388" w:rsidRDefault="009A07C4" w:rsidP="00C90D28">
      <w:pPr>
        <w:spacing w:after="0" w:line="240" w:lineRule="auto"/>
        <w:ind w:firstLine="567"/>
        <w:rPr>
          <w:rFonts w:eastAsia="Times New Roman" w:cs="Times New Roman"/>
          <w:szCs w:val="24"/>
          <w:lang w:val="ru-RU" w:eastAsia="ru-RU"/>
        </w:rPr>
      </w:pPr>
      <w:proofErr w:type="spellStart"/>
      <w:r w:rsidRPr="00137388">
        <w:rPr>
          <w:rFonts w:eastAsia="Times New Roman" w:cs="Times New Roman"/>
          <w:szCs w:val="24"/>
          <w:lang w:val="ru-RU" w:eastAsia="ru-RU"/>
        </w:rPr>
        <w:t>Мектепке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ата-аналардың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өкілдердің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оқушылардың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өзге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туыстарының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келуі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белгіленген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өту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режиміне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сәйкес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жүзеге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асырылады</w:t>
      </w:r>
      <w:proofErr w:type="spellEnd"/>
      <w:r w:rsidRPr="00137388">
        <w:rPr>
          <w:rFonts w:eastAsia="Times New Roman" w:cs="Times New Roman"/>
          <w:szCs w:val="24"/>
          <w:lang w:val="ru-RU" w:eastAsia="ru-RU"/>
        </w:rPr>
        <w:t>.</w:t>
      </w:r>
    </w:p>
    <w:p w14:paraId="062D19FA" w14:textId="77777777" w:rsidR="009A07C4" w:rsidRPr="00137388" w:rsidRDefault="009A07C4" w:rsidP="00C90D28">
      <w:pPr>
        <w:numPr>
          <w:ilvl w:val="0"/>
          <w:numId w:val="36"/>
        </w:numPr>
        <w:tabs>
          <w:tab w:val="clear" w:pos="720"/>
          <w:tab w:val="num" w:pos="567"/>
          <w:tab w:val="left" w:pos="851"/>
          <w:tab w:val="left" w:pos="993"/>
        </w:tabs>
        <w:spacing w:after="0" w:line="240" w:lineRule="auto"/>
        <w:ind w:left="0" w:firstLine="567"/>
        <w:rPr>
          <w:rFonts w:eastAsia="Times New Roman" w:cs="Times New Roman"/>
          <w:szCs w:val="24"/>
          <w:lang w:val="ru-RU" w:eastAsia="ru-RU"/>
        </w:rPr>
      </w:pP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әкімшілігі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барлық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қызметкерлер</w:t>
      </w:r>
      <w:proofErr w:type="spellEnd"/>
      <w:r w:rsidRPr="00137388">
        <w:rPr>
          <w:rFonts w:eastAsia="Times New Roman" w:cs="Times New Roman"/>
          <w:szCs w:val="24"/>
          <w:lang w:val="ru-RU" w:eastAsia="ru-RU"/>
        </w:rPr>
        <w:t xml:space="preserve"> мен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беру </w:t>
      </w:r>
      <w:proofErr w:type="spellStart"/>
      <w:r w:rsidRPr="00137388">
        <w:rPr>
          <w:rFonts w:eastAsia="Times New Roman" w:cs="Times New Roman"/>
          <w:szCs w:val="24"/>
          <w:lang w:val="ru-RU" w:eastAsia="ru-RU"/>
        </w:rPr>
        <w:t>үдерісіне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қатысушылардың</w:t>
      </w:r>
      <w:proofErr w:type="spellEnd"/>
      <w:r w:rsidRPr="00137388">
        <w:rPr>
          <w:rFonts w:eastAsia="Times New Roman" w:cs="Times New Roman"/>
          <w:szCs w:val="24"/>
          <w:lang w:val="ru-RU" w:eastAsia="ru-RU"/>
        </w:rPr>
        <w:t xml:space="preserve"> осы </w:t>
      </w:r>
      <w:proofErr w:type="spellStart"/>
      <w:r w:rsidRPr="00137388">
        <w:rPr>
          <w:rFonts w:eastAsia="Times New Roman" w:cs="Times New Roman"/>
          <w:szCs w:val="24"/>
          <w:lang w:val="ru-RU" w:eastAsia="ru-RU"/>
        </w:rPr>
        <w:t>Ережелермен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танысуының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қолжетімділігін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қамтамасыз</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етеді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Ережелер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қызметкерлерге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оқушыларға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ата-аналарға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өкілдерге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қолжетімді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тәсілмен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жеткізіледі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қажет</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болған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жағдайда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танысу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қолтаңбамен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расталады</w:t>
      </w:r>
      <w:proofErr w:type="spellEnd"/>
      <w:r w:rsidRPr="00137388">
        <w:rPr>
          <w:rFonts w:eastAsia="Times New Roman" w:cs="Times New Roman"/>
          <w:szCs w:val="24"/>
          <w:lang w:val="ru-RU" w:eastAsia="ru-RU"/>
        </w:rPr>
        <w:t>.</w:t>
      </w:r>
    </w:p>
    <w:p w14:paraId="0B4A339C" w14:textId="77777777" w:rsidR="009A07C4" w:rsidRPr="00137388" w:rsidRDefault="009A07C4" w:rsidP="00C90D28">
      <w:pPr>
        <w:spacing w:after="0" w:line="240" w:lineRule="auto"/>
        <w:ind w:firstLine="567"/>
        <w:rPr>
          <w:rFonts w:eastAsia="Times New Roman" w:cs="Times New Roman"/>
          <w:szCs w:val="24"/>
          <w:lang w:val="ru-RU" w:eastAsia="ru-RU"/>
        </w:rPr>
      </w:pPr>
      <w:r w:rsidRPr="00137388">
        <w:rPr>
          <w:rFonts w:eastAsia="Times New Roman" w:cs="Times New Roman"/>
          <w:szCs w:val="24"/>
          <w:lang w:val="ru-RU" w:eastAsia="ru-RU"/>
        </w:rPr>
        <w:t xml:space="preserve">Осы </w:t>
      </w:r>
      <w:proofErr w:type="spellStart"/>
      <w:r w:rsidRPr="00137388">
        <w:rPr>
          <w:rFonts w:eastAsia="Times New Roman" w:cs="Times New Roman"/>
          <w:szCs w:val="24"/>
          <w:lang w:val="ru-RU" w:eastAsia="ru-RU"/>
        </w:rPr>
        <w:t>Ережелерге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өзгерістер</w:t>
      </w:r>
      <w:proofErr w:type="spellEnd"/>
      <w:r w:rsidRPr="00137388">
        <w:rPr>
          <w:rFonts w:eastAsia="Times New Roman" w:cs="Times New Roman"/>
          <w:szCs w:val="24"/>
          <w:lang w:val="ru-RU" w:eastAsia="ru-RU"/>
        </w:rPr>
        <w:t xml:space="preserve"> мен </w:t>
      </w:r>
      <w:proofErr w:type="spellStart"/>
      <w:r w:rsidRPr="00137388">
        <w:rPr>
          <w:rFonts w:eastAsia="Times New Roman" w:cs="Times New Roman"/>
          <w:szCs w:val="24"/>
          <w:lang w:val="ru-RU" w:eastAsia="ru-RU"/>
        </w:rPr>
        <w:t>толықтырулар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беру </w:t>
      </w:r>
      <w:proofErr w:type="spellStart"/>
      <w:r w:rsidRPr="00137388">
        <w:rPr>
          <w:rFonts w:eastAsia="Times New Roman" w:cs="Times New Roman"/>
          <w:szCs w:val="24"/>
          <w:lang w:val="ru-RU" w:eastAsia="ru-RU"/>
        </w:rPr>
        <w:t>ұйымдарының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ішкі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тәртібінің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үлгілік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ережелерінде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Қазақстан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Республикасының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заңнамасында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белгіленген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тәртіппен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қаралады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бекітіледі</w:t>
      </w:r>
      <w:proofErr w:type="spellEnd"/>
      <w:r w:rsidRPr="00137388">
        <w:rPr>
          <w:rFonts w:eastAsia="Times New Roman" w:cs="Times New Roman"/>
          <w:szCs w:val="24"/>
          <w:lang w:val="ru-RU" w:eastAsia="ru-RU"/>
        </w:rPr>
        <w:t>.</w:t>
      </w:r>
    </w:p>
    <w:p w14:paraId="5292C828" w14:textId="77777777" w:rsidR="00C90D28" w:rsidRPr="00137388" w:rsidRDefault="00C90D28" w:rsidP="00C90D28">
      <w:pPr>
        <w:spacing w:after="0" w:line="240" w:lineRule="auto"/>
        <w:ind w:firstLine="567"/>
        <w:rPr>
          <w:rFonts w:eastAsia="Times New Roman" w:cs="Times New Roman"/>
          <w:szCs w:val="24"/>
          <w:lang w:val="ru-RU" w:eastAsia="ru-RU"/>
        </w:rPr>
      </w:pPr>
    </w:p>
    <w:p w14:paraId="38AAAC75" w14:textId="380ED883" w:rsidR="009A07C4" w:rsidRPr="00137388" w:rsidRDefault="009A07C4" w:rsidP="00C90D28">
      <w:pPr>
        <w:spacing w:after="0" w:line="240" w:lineRule="auto"/>
        <w:rPr>
          <w:rFonts w:eastAsia="Times New Roman" w:cs="Times New Roman"/>
          <w:szCs w:val="24"/>
          <w:lang w:val="ru-RU" w:eastAsia="ru-RU"/>
        </w:rPr>
      </w:pPr>
    </w:p>
    <w:p w14:paraId="68573FA0" w14:textId="77777777" w:rsidR="00C90D28" w:rsidRPr="00137388" w:rsidRDefault="00C90D28" w:rsidP="00C90D28">
      <w:pPr>
        <w:spacing w:after="0" w:line="240" w:lineRule="auto"/>
        <w:rPr>
          <w:rFonts w:eastAsia="Times New Roman" w:cs="Times New Roman"/>
          <w:szCs w:val="24"/>
          <w:lang w:val="ru-RU" w:eastAsia="ru-RU"/>
        </w:rPr>
      </w:pPr>
    </w:p>
    <w:p w14:paraId="46974B83" w14:textId="77777777" w:rsidR="00C90D28" w:rsidRPr="00137388" w:rsidRDefault="00C90D28" w:rsidP="00C90D28">
      <w:pPr>
        <w:spacing w:after="0" w:line="240" w:lineRule="auto"/>
        <w:rPr>
          <w:rFonts w:eastAsia="Times New Roman" w:cs="Times New Roman"/>
          <w:szCs w:val="24"/>
          <w:lang w:val="ru-RU" w:eastAsia="ru-RU"/>
        </w:rPr>
      </w:pPr>
    </w:p>
    <w:p w14:paraId="5ED8C2AA" w14:textId="77777777" w:rsidR="00C90D28" w:rsidRPr="00137388" w:rsidRDefault="00C90D28" w:rsidP="00C90D28">
      <w:pPr>
        <w:spacing w:after="0" w:line="240" w:lineRule="auto"/>
        <w:rPr>
          <w:rFonts w:eastAsia="Times New Roman" w:cs="Times New Roman"/>
          <w:szCs w:val="24"/>
          <w:lang w:val="ru-RU" w:eastAsia="ru-RU"/>
        </w:rPr>
      </w:pPr>
    </w:p>
    <w:p w14:paraId="655EFD2B" w14:textId="77777777" w:rsidR="00C90D28" w:rsidRPr="00137388" w:rsidRDefault="00C90D28" w:rsidP="00C90D28">
      <w:pPr>
        <w:spacing w:after="0" w:line="240" w:lineRule="auto"/>
        <w:rPr>
          <w:rFonts w:eastAsia="Times New Roman" w:cs="Times New Roman"/>
          <w:szCs w:val="24"/>
          <w:lang w:val="ru-RU" w:eastAsia="ru-RU"/>
        </w:rPr>
      </w:pPr>
    </w:p>
    <w:p w14:paraId="4A07DFE2" w14:textId="77777777" w:rsidR="00C90D28" w:rsidRPr="00137388" w:rsidRDefault="00C90D28" w:rsidP="00C90D28">
      <w:pPr>
        <w:spacing w:after="0" w:line="240" w:lineRule="auto"/>
        <w:rPr>
          <w:rFonts w:eastAsia="Times New Roman" w:cs="Times New Roman"/>
          <w:szCs w:val="24"/>
          <w:lang w:val="ru-RU" w:eastAsia="ru-RU"/>
        </w:rPr>
      </w:pPr>
    </w:p>
    <w:p w14:paraId="3BD6B934" w14:textId="77777777" w:rsidR="00C90D28" w:rsidRPr="00137388" w:rsidRDefault="00C90D28" w:rsidP="00C90D28">
      <w:pPr>
        <w:spacing w:after="0" w:line="240" w:lineRule="auto"/>
        <w:rPr>
          <w:rFonts w:eastAsia="Times New Roman" w:cs="Times New Roman"/>
          <w:szCs w:val="24"/>
          <w:lang w:val="ru-RU" w:eastAsia="ru-RU"/>
        </w:rPr>
      </w:pPr>
    </w:p>
    <w:p w14:paraId="0D0F96E2" w14:textId="77777777" w:rsidR="00C90D28" w:rsidRPr="00137388" w:rsidRDefault="00C90D28" w:rsidP="00C90D28">
      <w:pPr>
        <w:spacing w:after="0" w:line="240" w:lineRule="auto"/>
        <w:rPr>
          <w:rFonts w:eastAsia="Times New Roman" w:cs="Times New Roman"/>
          <w:szCs w:val="24"/>
          <w:lang w:val="ru-RU" w:eastAsia="ru-RU"/>
        </w:rPr>
      </w:pPr>
    </w:p>
    <w:p w14:paraId="11383652" w14:textId="77777777" w:rsidR="00C90D28" w:rsidRPr="00137388" w:rsidRDefault="00C90D28" w:rsidP="00C90D28">
      <w:pPr>
        <w:spacing w:after="0" w:line="240" w:lineRule="auto"/>
        <w:rPr>
          <w:rFonts w:eastAsia="Times New Roman" w:cs="Times New Roman"/>
          <w:szCs w:val="24"/>
          <w:lang w:val="ru-RU" w:eastAsia="ru-RU"/>
        </w:rPr>
      </w:pPr>
    </w:p>
    <w:p w14:paraId="78EFC368" w14:textId="77777777" w:rsidR="00C90D28" w:rsidRDefault="00C90D28" w:rsidP="00C90D28">
      <w:pPr>
        <w:spacing w:after="0" w:line="240" w:lineRule="auto"/>
        <w:rPr>
          <w:rFonts w:eastAsia="Times New Roman" w:cs="Times New Roman"/>
          <w:szCs w:val="24"/>
          <w:lang w:val="ru-RU" w:eastAsia="ru-RU"/>
        </w:rPr>
      </w:pPr>
    </w:p>
    <w:p w14:paraId="0976BCE9" w14:textId="77777777" w:rsidR="00873E36" w:rsidRDefault="00873E36" w:rsidP="00C90D28">
      <w:pPr>
        <w:spacing w:after="0" w:line="240" w:lineRule="auto"/>
        <w:rPr>
          <w:rFonts w:eastAsia="Times New Roman" w:cs="Times New Roman"/>
          <w:szCs w:val="24"/>
          <w:lang w:val="ru-RU" w:eastAsia="ru-RU"/>
        </w:rPr>
      </w:pPr>
    </w:p>
    <w:p w14:paraId="6730C06F" w14:textId="77777777" w:rsidR="00873E36" w:rsidRDefault="00873E36" w:rsidP="00C90D28">
      <w:pPr>
        <w:spacing w:after="0" w:line="240" w:lineRule="auto"/>
        <w:rPr>
          <w:rFonts w:eastAsia="Times New Roman" w:cs="Times New Roman"/>
          <w:szCs w:val="24"/>
          <w:lang w:val="ru-RU" w:eastAsia="ru-RU"/>
        </w:rPr>
      </w:pPr>
    </w:p>
    <w:p w14:paraId="1979DA73" w14:textId="77777777" w:rsidR="00873E36" w:rsidRPr="00137388" w:rsidRDefault="00873E36" w:rsidP="00C90D28">
      <w:pPr>
        <w:spacing w:after="0" w:line="240" w:lineRule="auto"/>
        <w:rPr>
          <w:rFonts w:eastAsia="Times New Roman" w:cs="Times New Roman"/>
          <w:szCs w:val="24"/>
          <w:lang w:val="ru-RU" w:eastAsia="ru-RU"/>
        </w:rPr>
      </w:pPr>
    </w:p>
    <w:p w14:paraId="29A5D348" w14:textId="77777777" w:rsidR="00C90D28" w:rsidRPr="00137388" w:rsidRDefault="00C90D28" w:rsidP="00C90D28">
      <w:pPr>
        <w:spacing w:after="0" w:line="240" w:lineRule="auto"/>
        <w:rPr>
          <w:rFonts w:eastAsia="Times New Roman" w:cs="Times New Roman"/>
          <w:szCs w:val="24"/>
          <w:lang w:val="ru-RU" w:eastAsia="ru-RU"/>
        </w:rPr>
      </w:pPr>
    </w:p>
    <w:p w14:paraId="06A6D49B" w14:textId="77777777" w:rsidR="009A07C4" w:rsidRPr="00137388" w:rsidRDefault="009A07C4" w:rsidP="00C90D28">
      <w:pPr>
        <w:spacing w:after="0" w:line="240" w:lineRule="auto"/>
        <w:jc w:val="center"/>
        <w:rPr>
          <w:rFonts w:eastAsia="Times New Roman" w:cs="Times New Roman"/>
          <w:szCs w:val="24"/>
          <w:lang w:val="ru-RU" w:eastAsia="ru-RU"/>
        </w:rPr>
      </w:pPr>
      <w:proofErr w:type="spellStart"/>
      <w:r w:rsidRPr="00137388">
        <w:rPr>
          <w:rFonts w:eastAsia="Times New Roman" w:cs="Times New Roman"/>
          <w:b/>
          <w:bCs/>
          <w:szCs w:val="24"/>
          <w:lang w:val="ru-RU" w:eastAsia="ru-RU"/>
        </w:rPr>
        <w:lastRenderedPageBreak/>
        <w:t>Қазақстан</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Республикасының</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нормативтік-құқықтық</w:t>
      </w:r>
      <w:proofErr w:type="spellEnd"/>
      <w:r w:rsidRPr="00137388">
        <w:rPr>
          <w:rFonts w:eastAsia="Times New Roman" w:cs="Times New Roman"/>
          <w:b/>
          <w:bCs/>
          <w:szCs w:val="24"/>
          <w:lang w:val="ru-RU" w:eastAsia="ru-RU"/>
        </w:rPr>
        <w:t xml:space="preserve"> </w:t>
      </w:r>
      <w:proofErr w:type="spellStart"/>
      <w:r w:rsidRPr="00137388">
        <w:rPr>
          <w:rFonts w:eastAsia="Times New Roman" w:cs="Times New Roman"/>
          <w:b/>
          <w:bCs/>
          <w:szCs w:val="24"/>
          <w:lang w:val="ru-RU" w:eastAsia="ru-RU"/>
        </w:rPr>
        <w:t>актілері</w:t>
      </w:r>
      <w:proofErr w:type="spellEnd"/>
      <w:r w:rsidRPr="00137388">
        <w:rPr>
          <w:rFonts w:eastAsia="Times New Roman" w:cs="Times New Roman"/>
          <w:b/>
          <w:bCs/>
          <w:szCs w:val="24"/>
          <w:lang w:val="ru-RU" w:eastAsia="ru-RU"/>
        </w:rPr>
        <w:t>.</w:t>
      </w:r>
    </w:p>
    <w:p w14:paraId="4936F874" w14:textId="77777777" w:rsidR="009A07C4" w:rsidRPr="00137388" w:rsidRDefault="009A07C4" w:rsidP="00C90D28">
      <w:pPr>
        <w:pStyle w:val="ae"/>
        <w:numPr>
          <w:ilvl w:val="0"/>
          <w:numId w:val="42"/>
        </w:numPr>
        <w:tabs>
          <w:tab w:val="left" w:pos="851"/>
        </w:tabs>
        <w:spacing w:after="0" w:line="240" w:lineRule="auto"/>
        <w:ind w:left="0" w:firstLine="567"/>
        <w:rPr>
          <w:rFonts w:eastAsia="Times New Roman" w:cs="Times New Roman"/>
          <w:szCs w:val="24"/>
          <w:lang w:val="ru-RU" w:eastAsia="ru-RU"/>
        </w:rPr>
      </w:pPr>
      <w:proofErr w:type="spellStart"/>
      <w:r w:rsidRPr="00137388">
        <w:rPr>
          <w:rFonts w:eastAsia="Times New Roman" w:cs="Times New Roman"/>
          <w:szCs w:val="24"/>
          <w:lang w:val="ru-RU" w:eastAsia="ru-RU"/>
        </w:rPr>
        <w:t>Қазақстан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Республикасының</w:t>
      </w:r>
      <w:proofErr w:type="spellEnd"/>
      <w:r w:rsidRPr="00137388">
        <w:rPr>
          <w:rFonts w:eastAsia="Times New Roman" w:cs="Times New Roman"/>
          <w:szCs w:val="24"/>
          <w:lang w:val="ru-RU" w:eastAsia="ru-RU"/>
        </w:rPr>
        <w:t xml:space="preserve"> 2007 </w:t>
      </w:r>
      <w:proofErr w:type="spellStart"/>
      <w:r w:rsidRPr="00137388">
        <w:rPr>
          <w:rFonts w:eastAsia="Times New Roman" w:cs="Times New Roman"/>
          <w:szCs w:val="24"/>
          <w:lang w:val="ru-RU" w:eastAsia="ru-RU"/>
        </w:rPr>
        <w:t>жылғы</w:t>
      </w:r>
      <w:proofErr w:type="spellEnd"/>
      <w:r w:rsidRPr="00137388">
        <w:rPr>
          <w:rFonts w:eastAsia="Times New Roman" w:cs="Times New Roman"/>
          <w:szCs w:val="24"/>
          <w:lang w:val="ru-RU" w:eastAsia="ru-RU"/>
        </w:rPr>
        <w:t xml:space="preserve"> 27 </w:t>
      </w:r>
      <w:proofErr w:type="spellStart"/>
      <w:r w:rsidRPr="00137388">
        <w:rPr>
          <w:rFonts w:eastAsia="Times New Roman" w:cs="Times New Roman"/>
          <w:szCs w:val="24"/>
          <w:lang w:val="ru-RU" w:eastAsia="ru-RU"/>
        </w:rPr>
        <w:t>шілдедегі</w:t>
      </w:r>
      <w:proofErr w:type="spellEnd"/>
      <w:r w:rsidRPr="00137388">
        <w:rPr>
          <w:rFonts w:eastAsia="Times New Roman" w:cs="Times New Roman"/>
          <w:szCs w:val="24"/>
          <w:lang w:val="ru-RU" w:eastAsia="ru-RU"/>
        </w:rPr>
        <w:t xml:space="preserve"> № 319-III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туралы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Заңы</w:t>
      </w:r>
      <w:proofErr w:type="spellEnd"/>
      <w:r w:rsidRPr="00137388">
        <w:rPr>
          <w:rFonts w:eastAsia="Times New Roman" w:cs="Times New Roman"/>
          <w:szCs w:val="24"/>
          <w:lang w:val="ru-RU" w:eastAsia="ru-RU"/>
        </w:rPr>
        <w:t>: 43-бап, 47-баптың 10-1, 14, 16, 18-тармақшалары, 49-баптың 2-тармағы.</w:t>
      </w:r>
    </w:p>
    <w:p w14:paraId="5CE6522E" w14:textId="77777777" w:rsidR="009A07C4" w:rsidRPr="00137388" w:rsidRDefault="009A07C4" w:rsidP="00C90D28">
      <w:pPr>
        <w:pStyle w:val="ae"/>
        <w:numPr>
          <w:ilvl w:val="0"/>
          <w:numId w:val="42"/>
        </w:numPr>
        <w:tabs>
          <w:tab w:val="left" w:pos="851"/>
        </w:tabs>
        <w:spacing w:after="0" w:line="240" w:lineRule="auto"/>
        <w:ind w:left="0" w:firstLine="567"/>
        <w:rPr>
          <w:rFonts w:eastAsia="Times New Roman" w:cs="Times New Roman"/>
          <w:szCs w:val="24"/>
          <w:lang w:val="ru-RU" w:eastAsia="ru-RU"/>
        </w:rPr>
      </w:pPr>
      <w:proofErr w:type="spellStart"/>
      <w:r w:rsidRPr="00137388">
        <w:rPr>
          <w:rFonts w:eastAsia="Times New Roman" w:cs="Times New Roman"/>
          <w:szCs w:val="24"/>
          <w:lang w:val="ru-RU" w:eastAsia="ru-RU"/>
        </w:rPr>
        <w:t>Қазақстан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Республикасы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Оқу-ағарту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министрінің</w:t>
      </w:r>
      <w:proofErr w:type="spellEnd"/>
      <w:r w:rsidRPr="00137388">
        <w:rPr>
          <w:rFonts w:eastAsia="Times New Roman" w:cs="Times New Roman"/>
          <w:szCs w:val="24"/>
          <w:lang w:val="ru-RU" w:eastAsia="ru-RU"/>
        </w:rPr>
        <w:t xml:space="preserve"> 2024 </w:t>
      </w:r>
      <w:proofErr w:type="spellStart"/>
      <w:r w:rsidRPr="00137388">
        <w:rPr>
          <w:rFonts w:eastAsia="Times New Roman" w:cs="Times New Roman"/>
          <w:szCs w:val="24"/>
          <w:lang w:val="ru-RU" w:eastAsia="ru-RU"/>
        </w:rPr>
        <w:t>жылғы</w:t>
      </w:r>
      <w:proofErr w:type="spellEnd"/>
      <w:r w:rsidRPr="00137388">
        <w:rPr>
          <w:rFonts w:eastAsia="Times New Roman" w:cs="Times New Roman"/>
          <w:szCs w:val="24"/>
          <w:lang w:val="ru-RU" w:eastAsia="ru-RU"/>
        </w:rPr>
        <w:t xml:space="preserve"> 28 </w:t>
      </w:r>
      <w:proofErr w:type="spellStart"/>
      <w:r w:rsidRPr="00137388">
        <w:rPr>
          <w:rFonts w:eastAsia="Times New Roman" w:cs="Times New Roman"/>
          <w:szCs w:val="24"/>
          <w:lang w:val="ru-RU" w:eastAsia="ru-RU"/>
        </w:rPr>
        <w:t>тамыздағы</w:t>
      </w:r>
      <w:proofErr w:type="spellEnd"/>
      <w:r w:rsidRPr="00137388">
        <w:rPr>
          <w:rFonts w:eastAsia="Times New Roman" w:cs="Times New Roman"/>
          <w:szCs w:val="24"/>
          <w:lang w:val="ru-RU" w:eastAsia="ru-RU"/>
        </w:rPr>
        <w:t xml:space="preserve"> № 227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беру </w:t>
      </w:r>
      <w:proofErr w:type="spellStart"/>
      <w:r w:rsidRPr="00137388">
        <w:rPr>
          <w:rFonts w:eastAsia="Times New Roman" w:cs="Times New Roman"/>
          <w:szCs w:val="24"/>
          <w:lang w:val="ru-RU" w:eastAsia="ru-RU"/>
        </w:rPr>
        <w:t>ұйымдарының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ішкі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тәртібінің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үлгілік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ережелерін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бекіту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туралы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бұйрығы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тіркеу</w:t>
      </w:r>
      <w:proofErr w:type="spellEnd"/>
      <w:r w:rsidRPr="00137388">
        <w:rPr>
          <w:rFonts w:eastAsia="Times New Roman" w:cs="Times New Roman"/>
          <w:szCs w:val="24"/>
          <w:lang w:val="ru-RU" w:eastAsia="ru-RU"/>
        </w:rPr>
        <w:t xml:space="preserve"> № 34996), 3–8-тармақтар.</w:t>
      </w:r>
    </w:p>
    <w:p w14:paraId="0AEB98F6" w14:textId="77777777" w:rsidR="009A07C4" w:rsidRPr="00137388" w:rsidRDefault="009A07C4" w:rsidP="00C90D28">
      <w:pPr>
        <w:pStyle w:val="ae"/>
        <w:numPr>
          <w:ilvl w:val="0"/>
          <w:numId w:val="42"/>
        </w:numPr>
        <w:tabs>
          <w:tab w:val="left" w:pos="851"/>
        </w:tabs>
        <w:spacing w:after="0" w:line="240" w:lineRule="auto"/>
        <w:ind w:left="0" w:firstLine="567"/>
        <w:rPr>
          <w:rFonts w:eastAsia="Times New Roman" w:cs="Times New Roman"/>
          <w:szCs w:val="24"/>
          <w:lang w:val="ru-RU" w:eastAsia="ru-RU"/>
        </w:rPr>
      </w:pPr>
      <w:proofErr w:type="spellStart"/>
      <w:r w:rsidRPr="00137388">
        <w:rPr>
          <w:rFonts w:eastAsia="Times New Roman" w:cs="Times New Roman"/>
          <w:szCs w:val="24"/>
          <w:lang w:val="ru-RU" w:eastAsia="ru-RU"/>
        </w:rPr>
        <w:t>Қазақстан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Республикасының</w:t>
      </w:r>
      <w:proofErr w:type="spellEnd"/>
      <w:r w:rsidRPr="00137388">
        <w:rPr>
          <w:rFonts w:eastAsia="Times New Roman" w:cs="Times New Roman"/>
          <w:szCs w:val="24"/>
          <w:lang w:val="ru-RU" w:eastAsia="ru-RU"/>
        </w:rPr>
        <w:t xml:space="preserve"> 2026 </w:t>
      </w:r>
      <w:proofErr w:type="spellStart"/>
      <w:r w:rsidRPr="00137388">
        <w:rPr>
          <w:rFonts w:eastAsia="Times New Roman" w:cs="Times New Roman"/>
          <w:szCs w:val="24"/>
          <w:lang w:val="ru-RU" w:eastAsia="ru-RU"/>
        </w:rPr>
        <w:t>жылғы</w:t>
      </w:r>
      <w:proofErr w:type="spellEnd"/>
      <w:r w:rsidRPr="00137388">
        <w:rPr>
          <w:rFonts w:eastAsia="Times New Roman" w:cs="Times New Roman"/>
          <w:szCs w:val="24"/>
          <w:lang w:val="ru-RU" w:eastAsia="ru-RU"/>
        </w:rPr>
        <w:t xml:space="preserve"> 12 </w:t>
      </w:r>
      <w:proofErr w:type="spellStart"/>
      <w:r w:rsidRPr="00137388">
        <w:rPr>
          <w:rFonts w:eastAsia="Times New Roman" w:cs="Times New Roman"/>
          <w:szCs w:val="24"/>
          <w:lang w:val="ru-RU" w:eastAsia="ru-RU"/>
        </w:rPr>
        <w:t>маусымдағы</w:t>
      </w:r>
      <w:proofErr w:type="spellEnd"/>
      <w:r w:rsidRPr="00137388">
        <w:rPr>
          <w:rFonts w:eastAsia="Times New Roman" w:cs="Times New Roman"/>
          <w:szCs w:val="24"/>
          <w:lang w:val="ru-RU" w:eastAsia="ru-RU"/>
        </w:rPr>
        <w:t xml:space="preserve"> № 309-VIII </w:t>
      </w:r>
      <w:proofErr w:type="spellStart"/>
      <w:r w:rsidRPr="00137388">
        <w:rPr>
          <w:rFonts w:eastAsia="Times New Roman" w:cs="Times New Roman"/>
          <w:szCs w:val="24"/>
          <w:lang w:val="ru-RU" w:eastAsia="ru-RU"/>
        </w:rPr>
        <w:t>Заңы</w:t>
      </w:r>
      <w:proofErr w:type="spellEnd"/>
      <w:r w:rsidRPr="00137388">
        <w:rPr>
          <w:rFonts w:eastAsia="Times New Roman" w:cs="Times New Roman"/>
          <w:szCs w:val="24"/>
          <w:lang w:val="ru-RU" w:eastAsia="ru-RU"/>
        </w:rPr>
        <w:t xml:space="preserve"> — </w:t>
      </w:r>
      <w:proofErr w:type="spellStart"/>
      <w:r w:rsidRPr="00137388">
        <w:rPr>
          <w:rFonts w:eastAsia="Times New Roman" w:cs="Times New Roman"/>
          <w:szCs w:val="24"/>
          <w:lang w:val="ru-RU" w:eastAsia="ru-RU"/>
        </w:rPr>
        <w:t>уәкілетті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органға</w:t>
      </w:r>
      <w:proofErr w:type="spellEnd"/>
      <w:r w:rsidRPr="00137388">
        <w:rPr>
          <w:rFonts w:eastAsia="Times New Roman" w:cs="Times New Roman"/>
          <w:szCs w:val="24"/>
          <w:lang w:val="ru-RU" w:eastAsia="ru-RU"/>
        </w:rPr>
        <w:t xml:space="preserve"> орта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беру </w:t>
      </w:r>
      <w:proofErr w:type="spellStart"/>
      <w:r w:rsidRPr="00137388">
        <w:rPr>
          <w:rFonts w:eastAsia="Times New Roman" w:cs="Times New Roman"/>
          <w:szCs w:val="24"/>
          <w:lang w:val="ru-RU" w:eastAsia="ru-RU"/>
        </w:rPr>
        <w:t>ұйымдарында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ұялы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байланыс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абоненттік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құрылғыларын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пайдаланудың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арнайы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ережелерін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әзірлеу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бекіту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өкілеттігін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бекітті</w:t>
      </w:r>
      <w:proofErr w:type="spellEnd"/>
      <w:r w:rsidRPr="00137388">
        <w:rPr>
          <w:rFonts w:eastAsia="Times New Roman" w:cs="Times New Roman"/>
          <w:szCs w:val="24"/>
          <w:lang w:val="ru-RU" w:eastAsia="ru-RU"/>
        </w:rPr>
        <w:t>.</w:t>
      </w:r>
    </w:p>
    <w:p w14:paraId="0B57DE93" w14:textId="77777777" w:rsidR="009A07C4" w:rsidRPr="00137388" w:rsidRDefault="009A07C4" w:rsidP="00C90D28">
      <w:pPr>
        <w:pStyle w:val="ae"/>
        <w:numPr>
          <w:ilvl w:val="0"/>
          <w:numId w:val="42"/>
        </w:numPr>
        <w:tabs>
          <w:tab w:val="left" w:pos="851"/>
        </w:tabs>
        <w:spacing w:after="0" w:line="240" w:lineRule="auto"/>
        <w:ind w:left="0" w:firstLine="567"/>
        <w:rPr>
          <w:rFonts w:eastAsia="Times New Roman" w:cs="Times New Roman"/>
          <w:szCs w:val="24"/>
          <w:lang w:val="ru-RU" w:eastAsia="ru-RU"/>
        </w:rPr>
      </w:pPr>
      <w:r w:rsidRPr="00137388">
        <w:rPr>
          <w:rFonts w:eastAsia="Times New Roman" w:cs="Times New Roman"/>
          <w:szCs w:val="24"/>
          <w:lang w:val="ru-RU" w:eastAsia="ru-RU"/>
        </w:rPr>
        <w:t>«</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туралы</w:t>
      </w:r>
      <w:proofErr w:type="spellEnd"/>
      <w:r w:rsidRPr="00137388">
        <w:rPr>
          <w:rFonts w:eastAsia="Times New Roman" w:cs="Times New Roman"/>
          <w:szCs w:val="24"/>
          <w:lang w:val="ru-RU" w:eastAsia="ru-RU"/>
        </w:rPr>
        <w:t xml:space="preserve">» ҚР </w:t>
      </w:r>
      <w:proofErr w:type="spellStart"/>
      <w:r w:rsidRPr="00137388">
        <w:rPr>
          <w:rFonts w:eastAsia="Times New Roman" w:cs="Times New Roman"/>
          <w:szCs w:val="24"/>
          <w:lang w:val="ru-RU" w:eastAsia="ru-RU"/>
        </w:rPr>
        <w:t>Заңының</w:t>
      </w:r>
      <w:proofErr w:type="spellEnd"/>
      <w:r w:rsidRPr="00137388">
        <w:rPr>
          <w:rFonts w:eastAsia="Times New Roman" w:cs="Times New Roman"/>
          <w:szCs w:val="24"/>
          <w:lang w:val="ru-RU" w:eastAsia="ru-RU"/>
        </w:rPr>
        <w:t xml:space="preserve"> 47-бабының 10-1-тармағы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алушылар</w:t>
      </w:r>
      <w:proofErr w:type="spellEnd"/>
      <w:r w:rsidRPr="00137388">
        <w:rPr>
          <w:rFonts w:eastAsia="Times New Roman" w:cs="Times New Roman"/>
          <w:szCs w:val="24"/>
          <w:lang w:val="ru-RU" w:eastAsia="ru-RU"/>
        </w:rPr>
        <w:t xml:space="preserve"> мен </w:t>
      </w:r>
      <w:proofErr w:type="spellStart"/>
      <w:r w:rsidRPr="00137388">
        <w:rPr>
          <w:rFonts w:eastAsia="Times New Roman" w:cs="Times New Roman"/>
          <w:szCs w:val="24"/>
          <w:lang w:val="ru-RU" w:eastAsia="ru-RU"/>
        </w:rPr>
        <w:t>тәрбиеленушілердің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үдерісі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кезінде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ұялы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байланыс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абоненттік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құрылғысын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пайдалануына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жол</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берілмейді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беру </w:t>
      </w:r>
      <w:proofErr w:type="spellStart"/>
      <w:r w:rsidRPr="00137388">
        <w:rPr>
          <w:rFonts w:eastAsia="Times New Roman" w:cs="Times New Roman"/>
          <w:szCs w:val="24"/>
          <w:lang w:val="ru-RU" w:eastAsia="ru-RU"/>
        </w:rPr>
        <w:t>саласындағы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уәкілетті</w:t>
      </w:r>
      <w:proofErr w:type="spellEnd"/>
      <w:r w:rsidRPr="00137388">
        <w:rPr>
          <w:rFonts w:eastAsia="Times New Roman" w:cs="Times New Roman"/>
          <w:szCs w:val="24"/>
          <w:lang w:val="ru-RU" w:eastAsia="ru-RU"/>
        </w:rPr>
        <w:t xml:space="preserve"> орган </w:t>
      </w:r>
      <w:proofErr w:type="spellStart"/>
      <w:r w:rsidRPr="00137388">
        <w:rPr>
          <w:rFonts w:eastAsia="Times New Roman" w:cs="Times New Roman"/>
          <w:szCs w:val="24"/>
          <w:lang w:val="ru-RU" w:eastAsia="ru-RU"/>
        </w:rPr>
        <w:t>бекітетін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ережелерде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көзделген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жағдайларды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қоспағанда</w:t>
      </w:r>
      <w:proofErr w:type="spellEnd"/>
      <w:r w:rsidRPr="00137388">
        <w:rPr>
          <w:rFonts w:eastAsia="Times New Roman" w:cs="Times New Roman"/>
          <w:szCs w:val="24"/>
          <w:lang w:val="ru-RU" w:eastAsia="ru-RU"/>
        </w:rPr>
        <w:t>.</w:t>
      </w:r>
    </w:p>
    <w:p w14:paraId="450272A3" w14:textId="77777777" w:rsidR="009A07C4" w:rsidRPr="00137388" w:rsidRDefault="009A07C4" w:rsidP="00C90D28">
      <w:pPr>
        <w:pStyle w:val="ae"/>
        <w:numPr>
          <w:ilvl w:val="0"/>
          <w:numId w:val="42"/>
        </w:numPr>
        <w:tabs>
          <w:tab w:val="left" w:pos="851"/>
        </w:tabs>
        <w:spacing w:after="0" w:line="240" w:lineRule="auto"/>
        <w:ind w:left="0" w:firstLine="567"/>
        <w:rPr>
          <w:rFonts w:eastAsia="Times New Roman" w:cs="Times New Roman"/>
          <w:szCs w:val="24"/>
          <w:lang w:val="ru-RU" w:eastAsia="ru-RU"/>
        </w:rPr>
      </w:pPr>
      <w:r w:rsidRPr="00137388">
        <w:rPr>
          <w:rFonts w:eastAsia="Times New Roman" w:cs="Times New Roman"/>
          <w:szCs w:val="24"/>
          <w:lang w:val="ru-RU" w:eastAsia="ru-RU"/>
        </w:rPr>
        <w:t>«</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туралы</w:t>
      </w:r>
      <w:proofErr w:type="spellEnd"/>
      <w:r w:rsidRPr="00137388">
        <w:rPr>
          <w:rFonts w:eastAsia="Times New Roman" w:cs="Times New Roman"/>
          <w:szCs w:val="24"/>
          <w:lang w:val="ru-RU" w:eastAsia="ru-RU"/>
        </w:rPr>
        <w:t xml:space="preserve">» ҚР </w:t>
      </w:r>
      <w:proofErr w:type="spellStart"/>
      <w:r w:rsidRPr="00137388">
        <w:rPr>
          <w:rFonts w:eastAsia="Times New Roman" w:cs="Times New Roman"/>
          <w:szCs w:val="24"/>
          <w:lang w:val="ru-RU" w:eastAsia="ru-RU"/>
        </w:rPr>
        <w:t>Заңының</w:t>
      </w:r>
      <w:proofErr w:type="spellEnd"/>
      <w:r w:rsidRPr="00137388">
        <w:rPr>
          <w:rFonts w:eastAsia="Times New Roman" w:cs="Times New Roman"/>
          <w:szCs w:val="24"/>
          <w:lang w:val="ru-RU" w:eastAsia="ru-RU"/>
        </w:rPr>
        <w:t xml:space="preserve"> 47-бабының 14-тармағы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алушыларды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Ішкі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тәртіп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ережелерін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сақтауға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міндеттейді</w:t>
      </w:r>
      <w:proofErr w:type="spellEnd"/>
      <w:r w:rsidRPr="00137388">
        <w:rPr>
          <w:rFonts w:eastAsia="Times New Roman" w:cs="Times New Roman"/>
          <w:szCs w:val="24"/>
          <w:lang w:val="ru-RU" w:eastAsia="ru-RU"/>
        </w:rPr>
        <w:t xml:space="preserve">; 47-баптың 18-тармағы </w:t>
      </w:r>
      <w:proofErr w:type="spellStart"/>
      <w:r w:rsidRPr="00137388">
        <w:rPr>
          <w:rFonts w:eastAsia="Times New Roman" w:cs="Times New Roman"/>
          <w:szCs w:val="24"/>
          <w:lang w:val="ru-RU" w:eastAsia="ru-RU"/>
        </w:rPr>
        <w:t>міндеттерді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бұзғаны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үшін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Ішкі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тәртіп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ережелерінде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беру </w:t>
      </w:r>
      <w:proofErr w:type="spellStart"/>
      <w:r w:rsidRPr="00137388">
        <w:rPr>
          <w:rFonts w:eastAsia="Times New Roman" w:cs="Times New Roman"/>
          <w:szCs w:val="24"/>
          <w:lang w:val="ru-RU" w:eastAsia="ru-RU"/>
        </w:rPr>
        <w:t>ұйымының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Жарғысында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көзделген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тәртіптік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әсер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ету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шараларын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қолдануға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жол</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береді</w:t>
      </w:r>
      <w:proofErr w:type="spellEnd"/>
      <w:r w:rsidRPr="00137388">
        <w:rPr>
          <w:rFonts w:eastAsia="Times New Roman" w:cs="Times New Roman"/>
          <w:szCs w:val="24"/>
          <w:lang w:val="ru-RU" w:eastAsia="ru-RU"/>
        </w:rPr>
        <w:t>.</w:t>
      </w:r>
    </w:p>
    <w:p w14:paraId="09F4AAC3" w14:textId="77777777" w:rsidR="009A07C4" w:rsidRPr="00137388" w:rsidRDefault="009A07C4" w:rsidP="00C90D28">
      <w:pPr>
        <w:pStyle w:val="ae"/>
        <w:numPr>
          <w:ilvl w:val="0"/>
          <w:numId w:val="42"/>
        </w:numPr>
        <w:tabs>
          <w:tab w:val="left" w:pos="851"/>
        </w:tabs>
        <w:spacing w:after="0" w:line="240" w:lineRule="auto"/>
        <w:ind w:left="0" w:firstLine="567"/>
        <w:rPr>
          <w:rFonts w:eastAsia="Times New Roman" w:cs="Times New Roman"/>
          <w:szCs w:val="24"/>
          <w:lang w:val="ru-RU" w:eastAsia="ru-RU"/>
        </w:rPr>
      </w:pPr>
      <w:r w:rsidRPr="00137388">
        <w:rPr>
          <w:rFonts w:eastAsia="Times New Roman" w:cs="Times New Roman"/>
          <w:szCs w:val="24"/>
          <w:lang w:val="ru-RU" w:eastAsia="ru-RU"/>
        </w:rPr>
        <w:t>«</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туралы</w:t>
      </w:r>
      <w:proofErr w:type="spellEnd"/>
      <w:r w:rsidRPr="00137388">
        <w:rPr>
          <w:rFonts w:eastAsia="Times New Roman" w:cs="Times New Roman"/>
          <w:szCs w:val="24"/>
          <w:lang w:val="ru-RU" w:eastAsia="ru-RU"/>
        </w:rPr>
        <w:t xml:space="preserve">» ҚР </w:t>
      </w:r>
      <w:proofErr w:type="spellStart"/>
      <w:r w:rsidRPr="00137388">
        <w:rPr>
          <w:rFonts w:eastAsia="Times New Roman" w:cs="Times New Roman"/>
          <w:szCs w:val="24"/>
          <w:lang w:val="ru-RU" w:eastAsia="ru-RU"/>
        </w:rPr>
        <w:t>Заңының</w:t>
      </w:r>
      <w:proofErr w:type="spellEnd"/>
      <w:r w:rsidRPr="00137388">
        <w:rPr>
          <w:rFonts w:eastAsia="Times New Roman" w:cs="Times New Roman"/>
          <w:szCs w:val="24"/>
          <w:lang w:val="ru-RU" w:eastAsia="ru-RU"/>
        </w:rPr>
        <w:t xml:space="preserve"> 49-бабының 2-тармағының 1-1) </w:t>
      </w:r>
      <w:proofErr w:type="spellStart"/>
      <w:r w:rsidRPr="00137388">
        <w:rPr>
          <w:rFonts w:eastAsia="Times New Roman" w:cs="Times New Roman"/>
          <w:szCs w:val="24"/>
          <w:lang w:val="ru-RU" w:eastAsia="ru-RU"/>
        </w:rPr>
        <w:t>тармақшасы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ата-аналарды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өкілдерді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балалардың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ұялы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байланыс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абоненттік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құрылғыларын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пайдалануын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бақылауға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міндеттейді</w:t>
      </w:r>
      <w:proofErr w:type="spellEnd"/>
      <w:r w:rsidRPr="00137388">
        <w:rPr>
          <w:rFonts w:eastAsia="Times New Roman" w:cs="Times New Roman"/>
          <w:szCs w:val="24"/>
          <w:lang w:val="ru-RU" w:eastAsia="ru-RU"/>
        </w:rPr>
        <w:t xml:space="preserve">; 3) </w:t>
      </w:r>
      <w:proofErr w:type="spellStart"/>
      <w:r w:rsidRPr="00137388">
        <w:rPr>
          <w:rFonts w:eastAsia="Times New Roman" w:cs="Times New Roman"/>
          <w:szCs w:val="24"/>
          <w:lang w:val="ru-RU" w:eastAsia="ru-RU"/>
        </w:rPr>
        <w:t>тармақша</w:t>
      </w:r>
      <w:proofErr w:type="spellEnd"/>
      <w:r w:rsidRPr="00137388">
        <w:rPr>
          <w:rFonts w:eastAsia="Times New Roman" w:cs="Times New Roman"/>
          <w:szCs w:val="24"/>
          <w:lang w:val="ru-RU" w:eastAsia="ru-RU"/>
        </w:rPr>
        <w:t xml:space="preserve"> —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беру </w:t>
      </w:r>
      <w:proofErr w:type="spellStart"/>
      <w:r w:rsidRPr="00137388">
        <w:rPr>
          <w:rFonts w:eastAsia="Times New Roman" w:cs="Times New Roman"/>
          <w:szCs w:val="24"/>
          <w:lang w:val="ru-RU" w:eastAsia="ru-RU"/>
        </w:rPr>
        <w:t>ұйымының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Жарғысында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белгіленген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ережелерді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орындауға</w:t>
      </w:r>
      <w:proofErr w:type="spellEnd"/>
      <w:r w:rsidRPr="00137388">
        <w:rPr>
          <w:rFonts w:eastAsia="Times New Roman" w:cs="Times New Roman"/>
          <w:szCs w:val="24"/>
          <w:lang w:val="ru-RU" w:eastAsia="ru-RU"/>
        </w:rPr>
        <w:t>.</w:t>
      </w:r>
    </w:p>
    <w:p w14:paraId="0A47C2A0" w14:textId="77777777" w:rsidR="009A07C4" w:rsidRPr="00137388" w:rsidRDefault="009A07C4" w:rsidP="00C90D28">
      <w:pPr>
        <w:pStyle w:val="ae"/>
        <w:numPr>
          <w:ilvl w:val="0"/>
          <w:numId w:val="42"/>
        </w:numPr>
        <w:tabs>
          <w:tab w:val="left" w:pos="851"/>
        </w:tabs>
        <w:spacing w:after="0" w:line="240" w:lineRule="auto"/>
        <w:ind w:left="0" w:firstLine="567"/>
        <w:rPr>
          <w:rFonts w:eastAsia="Times New Roman" w:cs="Times New Roman"/>
          <w:szCs w:val="24"/>
          <w:lang w:val="ru-RU" w:eastAsia="ru-RU"/>
        </w:rPr>
      </w:pPr>
      <w:r w:rsidRPr="00137388">
        <w:rPr>
          <w:rFonts w:eastAsia="Times New Roman" w:cs="Times New Roman"/>
          <w:szCs w:val="24"/>
          <w:lang w:val="ru-RU" w:eastAsia="ru-RU"/>
        </w:rPr>
        <w:t xml:space="preserve">№ 227 </w:t>
      </w:r>
      <w:proofErr w:type="spellStart"/>
      <w:r w:rsidRPr="00137388">
        <w:rPr>
          <w:rFonts w:eastAsia="Times New Roman" w:cs="Times New Roman"/>
          <w:szCs w:val="24"/>
          <w:lang w:val="ru-RU" w:eastAsia="ru-RU"/>
        </w:rPr>
        <w:t>Үлгілік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ережелерінің</w:t>
      </w:r>
      <w:proofErr w:type="spellEnd"/>
      <w:r w:rsidRPr="00137388">
        <w:rPr>
          <w:rFonts w:eastAsia="Times New Roman" w:cs="Times New Roman"/>
          <w:szCs w:val="24"/>
          <w:lang w:val="ru-RU" w:eastAsia="ru-RU"/>
        </w:rPr>
        <w:t xml:space="preserve"> 3, 4, 6–8, 10-тармақтары </w:t>
      </w:r>
      <w:proofErr w:type="spellStart"/>
      <w:r w:rsidRPr="00137388">
        <w:rPr>
          <w:rFonts w:eastAsia="Times New Roman" w:cs="Times New Roman"/>
          <w:szCs w:val="24"/>
          <w:lang w:val="ru-RU" w:eastAsia="ru-RU"/>
        </w:rPr>
        <w:t>Ережелерді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басшының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бекітуін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оларды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барлық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қызметкерлер</w:t>
      </w:r>
      <w:proofErr w:type="spellEnd"/>
      <w:r w:rsidRPr="00137388">
        <w:rPr>
          <w:rFonts w:eastAsia="Times New Roman" w:cs="Times New Roman"/>
          <w:szCs w:val="24"/>
          <w:lang w:val="ru-RU" w:eastAsia="ru-RU"/>
        </w:rPr>
        <w:t xml:space="preserve"> мен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беру </w:t>
      </w:r>
      <w:proofErr w:type="spellStart"/>
      <w:r w:rsidRPr="00137388">
        <w:rPr>
          <w:rFonts w:eastAsia="Times New Roman" w:cs="Times New Roman"/>
          <w:szCs w:val="24"/>
          <w:lang w:val="ru-RU" w:eastAsia="ru-RU"/>
        </w:rPr>
        <w:t>үдерісіне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қатысушылардың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міндетті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түрде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орындауын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сондай-ақ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мектептің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оқу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үдерісінің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режиміне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ұялы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байланыс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құрылғыларын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пайдалануға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сабақтардағы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үзілістердегі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сабақтан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тыс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іс-шаралардағы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мінез-құлыққа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нақты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тәсілдерді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белгілеуін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қауіпсіздікті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қамтамасыз</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ету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шараларын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көздейді</w:t>
      </w:r>
      <w:proofErr w:type="spellEnd"/>
      <w:r w:rsidRPr="00137388">
        <w:rPr>
          <w:rFonts w:eastAsia="Times New Roman" w:cs="Times New Roman"/>
          <w:szCs w:val="24"/>
          <w:lang w:val="ru-RU" w:eastAsia="ru-RU"/>
        </w:rPr>
        <w:t>.</w:t>
      </w:r>
    </w:p>
    <w:p w14:paraId="7E02280C" w14:textId="77777777" w:rsidR="009A07C4" w:rsidRPr="00137388" w:rsidRDefault="009A07C4" w:rsidP="00C90D28">
      <w:pPr>
        <w:pStyle w:val="ae"/>
        <w:numPr>
          <w:ilvl w:val="0"/>
          <w:numId w:val="42"/>
        </w:numPr>
        <w:tabs>
          <w:tab w:val="left" w:pos="851"/>
        </w:tabs>
        <w:spacing w:after="0" w:line="240" w:lineRule="auto"/>
        <w:ind w:left="0" w:firstLine="567"/>
        <w:rPr>
          <w:rFonts w:eastAsia="Times New Roman" w:cs="Times New Roman"/>
          <w:szCs w:val="24"/>
          <w:lang w:val="ru-RU" w:eastAsia="ru-RU"/>
        </w:rPr>
      </w:pPr>
      <w:r w:rsidRPr="00137388">
        <w:rPr>
          <w:rFonts w:eastAsia="Times New Roman" w:cs="Times New Roman"/>
          <w:szCs w:val="24"/>
          <w:lang w:val="ru-RU" w:eastAsia="ru-RU"/>
        </w:rPr>
        <w:t>«</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туралы</w:t>
      </w:r>
      <w:proofErr w:type="spellEnd"/>
      <w:r w:rsidRPr="00137388">
        <w:rPr>
          <w:rFonts w:eastAsia="Times New Roman" w:cs="Times New Roman"/>
          <w:szCs w:val="24"/>
          <w:lang w:val="ru-RU" w:eastAsia="ru-RU"/>
        </w:rPr>
        <w:t xml:space="preserve">» ҚР </w:t>
      </w:r>
      <w:proofErr w:type="spellStart"/>
      <w:r w:rsidRPr="00137388">
        <w:rPr>
          <w:rFonts w:eastAsia="Times New Roman" w:cs="Times New Roman"/>
          <w:szCs w:val="24"/>
          <w:lang w:val="ru-RU" w:eastAsia="ru-RU"/>
        </w:rPr>
        <w:t>Заңының</w:t>
      </w:r>
      <w:proofErr w:type="spellEnd"/>
      <w:r w:rsidRPr="00137388">
        <w:rPr>
          <w:rFonts w:eastAsia="Times New Roman" w:cs="Times New Roman"/>
          <w:szCs w:val="24"/>
          <w:lang w:val="ru-RU" w:eastAsia="ru-RU"/>
        </w:rPr>
        <w:t xml:space="preserve"> 43-бабы —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беру </w:t>
      </w:r>
      <w:proofErr w:type="spellStart"/>
      <w:r w:rsidRPr="00137388">
        <w:rPr>
          <w:rFonts w:eastAsia="Times New Roman" w:cs="Times New Roman"/>
          <w:szCs w:val="24"/>
          <w:lang w:val="ru-RU" w:eastAsia="ru-RU"/>
        </w:rPr>
        <w:t>ұйымы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Ішкі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тәртіп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ережелерін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әзірлеуге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бекітуге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құқылы</w:t>
      </w:r>
      <w:proofErr w:type="spellEnd"/>
      <w:r w:rsidRPr="00137388">
        <w:rPr>
          <w:rFonts w:eastAsia="Times New Roman" w:cs="Times New Roman"/>
          <w:szCs w:val="24"/>
          <w:lang w:val="ru-RU" w:eastAsia="ru-RU"/>
        </w:rPr>
        <w:t>.</w:t>
      </w:r>
    </w:p>
    <w:p w14:paraId="33C74FD8" w14:textId="77777777" w:rsidR="009A07C4" w:rsidRPr="00137388" w:rsidRDefault="009A07C4" w:rsidP="00C90D28">
      <w:pPr>
        <w:pStyle w:val="ae"/>
        <w:numPr>
          <w:ilvl w:val="0"/>
          <w:numId w:val="42"/>
        </w:numPr>
        <w:tabs>
          <w:tab w:val="left" w:pos="851"/>
        </w:tabs>
        <w:spacing w:after="0" w:line="240" w:lineRule="auto"/>
        <w:ind w:left="0" w:firstLine="567"/>
        <w:rPr>
          <w:rFonts w:eastAsia="Times New Roman" w:cs="Times New Roman"/>
          <w:szCs w:val="24"/>
          <w:lang w:val="ru-RU" w:eastAsia="ru-RU"/>
        </w:rPr>
      </w:pPr>
      <w:r w:rsidRPr="00137388">
        <w:rPr>
          <w:rFonts w:eastAsia="Times New Roman" w:cs="Times New Roman"/>
          <w:szCs w:val="24"/>
          <w:lang w:val="ru-RU" w:eastAsia="ru-RU"/>
        </w:rPr>
        <w:t>«</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туралы</w:t>
      </w:r>
      <w:proofErr w:type="spellEnd"/>
      <w:r w:rsidRPr="00137388">
        <w:rPr>
          <w:rFonts w:eastAsia="Times New Roman" w:cs="Times New Roman"/>
          <w:szCs w:val="24"/>
          <w:lang w:val="ru-RU" w:eastAsia="ru-RU"/>
        </w:rPr>
        <w:t xml:space="preserve">» ҚР </w:t>
      </w:r>
      <w:proofErr w:type="spellStart"/>
      <w:r w:rsidRPr="00137388">
        <w:rPr>
          <w:rFonts w:eastAsia="Times New Roman" w:cs="Times New Roman"/>
          <w:szCs w:val="24"/>
          <w:lang w:val="ru-RU" w:eastAsia="ru-RU"/>
        </w:rPr>
        <w:t>Заңының</w:t>
      </w:r>
      <w:proofErr w:type="spellEnd"/>
      <w:r w:rsidRPr="00137388">
        <w:rPr>
          <w:rFonts w:eastAsia="Times New Roman" w:cs="Times New Roman"/>
          <w:szCs w:val="24"/>
          <w:lang w:val="ru-RU" w:eastAsia="ru-RU"/>
        </w:rPr>
        <w:t xml:space="preserve"> 47-бабының 14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16-тармақтары —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алушылар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Ішкі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тәртіп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ережелерін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сақтауға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педагогтың</w:t>
      </w:r>
      <w:proofErr w:type="spellEnd"/>
      <w:r w:rsidRPr="00137388">
        <w:rPr>
          <w:rFonts w:eastAsia="Times New Roman" w:cs="Times New Roman"/>
          <w:szCs w:val="24"/>
          <w:lang w:val="ru-RU" w:eastAsia="ru-RU"/>
        </w:rPr>
        <w:t xml:space="preserve"> ар-</w:t>
      </w:r>
      <w:proofErr w:type="spellStart"/>
      <w:r w:rsidRPr="00137388">
        <w:rPr>
          <w:rFonts w:eastAsia="Times New Roman" w:cs="Times New Roman"/>
          <w:szCs w:val="24"/>
          <w:lang w:val="ru-RU" w:eastAsia="ru-RU"/>
        </w:rPr>
        <w:t>намысы</w:t>
      </w:r>
      <w:proofErr w:type="spellEnd"/>
      <w:r w:rsidRPr="00137388">
        <w:rPr>
          <w:rFonts w:eastAsia="Times New Roman" w:cs="Times New Roman"/>
          <w:szCs w:val="24"/>
          <w:lang w:val="ru-RU" w:eastAsia="ru-RU"/>
        </w:rPr>
        <w:t xml:space="preserve"> мен </w:t>
      </w:r>
      <w:proofErr w:type="spellStart"/>
      <w:r w:rsidRPr="00137388">
        <w:rPr>
          <w:rFonts w:eastAsia="Times New Roman" w:cs="Times New Roman"/>
          <w:szCs w:val="24"/>
          <w:lang w:val="ru-RU" w:eastAsia="ru-RU"/>
        </w:rPr>
        <w:t>қадір-қасиетін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құрметтеуге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міндетті</w:t>
      </w:r>
      <w:proofErr w:type="spellEnd"/>
      <w:r w:rsidRPr="00137388">
        <w:rPr>
          <w:rFonts w:eastAsia="Times New Roman" w:cs="Times New Roman"/>
          <w:szCs w:val="24"/>
          <w:lang w:val="ru-RU" w:eastAsia="ru-RU"/>
        </w:rPr>
        <w:t>.</w:t>
      </w:r>
    </w:p>
    <w:p w14:paraId="004ED223" w14:textId="77777777" w:rsidR="009A07C4" w:rsidRPr="00137388" w:rsidRDefault="009A07C4" w:rsidP="00C90D28">
      <w:pPr>
        <w:pStyle w:val="ae"/>
        <w:numPr>
          <w:ilvl w:val="0"/>
          <w:numId w:val="42"/>
        </w:numPr>
        <w:tabs>
          <w:tab w:val="left" w:pos="851"/>
        </w:tabs>
        <w:spacing w:after="0" w:line="240" w:lineRule="auto"/>
        <w:ind w:left="0" w:firstLine="567"/>
        <w:rPr>
          <w:rFonts w:eastAsia="Times New Roman" w:cs="Times New Roman"/>
          <w:szCs w:val="24"/>
          <w:lang w:val="ru-RU" w:eastAsia="ru-RU"/>
        </w:rPr>
      </w:pPr>
      <w:r w:rsidRPr="00137388">
        <w:rPr>
          <w:rFonts w:eastAsia="Times New Roman" w:cs="Times New Roman"/>
          <w:szCs w:val="24"/>
          <w:lang w:val="ru-RU" w:eastAsia="ru-RU"/>
        </w:rPr>
        <w:t>«</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туралы</w:t>
      </w:r>
      <w:proofErr w:type="spellEnd"/>
      <w:r w:rsidRPr="00137388">
        <w:rPr>
          <w:rFonts w:eastAsia="Times New Roman" w:cs="Times New Roman"/>
          <w:szCs w:val="24"/>
          <w:lang w:val="ru-RU" w:eastAsia="ru-RU"/>
        </w:rPr>
        <w:t xml:space="preserve">» ҚР </w:t>
      </w:r>
      <w:proofErr w:type="spellStart"/>
      <w:r w:rsidRPr="00137388">
        <w:rPr>
          <w:rFonts w:eastAsia="Times New Roman" w:cs="Times New Roman"/>
          <w:szCs w:val="24"/>
          <w:lang w:val="ru-RU" w:eastAsia="ru-RU"/>
        </w:rPr>
        <w:t>Заңының</w:t>
      </w:r>
      <w:proofErr w:type="spellEnd"/>
      <w:r w:rsidRPr="00137388">
        <w:rPr>
          <w:rFonts w:eastAsia="Times New Roman" w:cs="Times New Roman"/>
          <w:szCs w:val="24"/>
          <w:lang w:val="ru-RU" w:eastAsia="ru-RU"/>
        </w:rPr>
        <w:t xml:space="preserve"> 49-бабының 2-тармағы — </w:t>
      </w:r>
      <w:proofErr w:type="spellStart"/>
      <w:r w:rsidRPr="00137388">
        <w:rPr>
          <w:rFonts w:eastAsia="Times New Roman" w:cs="Times New Roman"/>
          <w:szCs w:val="24"/>
          <w:lang w:val="ru-RU" w:eastAsia="ru-RU"/>
        </w:rPr>
        <w:t>ата-аналар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беру </w:t>
      </w:r>
      <w:proofErr w:type="spellStart"/>
      <w:r w:rsidRPr="00137388">
        <w:rPr>
          <w:rFonts w:eastAsia="Times New Roman" w:cs="Times New Roman"/>
          <w:szCs w:val="24"/>
          <w:lang w:val="ru-RU" w:eastAsia="ru-RU"/>
        </w:rPr>
        <w:t>ұйымының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жарғысында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белгіленген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ережелерді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орындауға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балалардың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ұялы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байланыс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құралдарын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пайдалануын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бақылауға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қызметкерлерінің</w:t>
      </w:r>
      <w:proofErr w:type="spellEnd"/>
      <w:r w:rsidRPr="00137388">
        <w:rPr>
          <w:rFonts w:eastAsia="Times New Roman" w:cs="Times New Roman"/>
          <w:szCs w:val="24"/>
          <w:lang w:val="ru-RU" w:eastAsia="ru-RU"/>
        </w:rPr>
        <w:t xml:space="preserve"> ар-</w:t>
      </w:r>
      <w:proofErr w:type="spellStart"/>
      <w:r w:rsidRPr="00137388">
        <w:rPr>
          <w:rFonts w:eastAsia="Times New Roman" w:cs="Times New Roman"/>
          <w:szCs w:val="24"/>
          <w:lang w:val="ru-RU" w:eastAsia="ru-RU"/>
        </w:rPr>
        <w:t>намысы</w:t>
      </w:r>
      <w:proofErr w:type="spellEnd"/>
      <w:r w:rsidRPr="00137388">
        <w:rPr>
          <w:rFonts w:eastAsia="Times New Roman" w:cs="Times New Roman"/>
          <w:szCs w:val="24"/>
          <w:lang w:val="ru-RU" w:eastAsia="ru-RU"/>
        </w:rPr>
        <w:t xml:space="preserve"> мен </w:t>
      </w:r>
      <w:proofErr w:type="spellStart"/>
      <w:r w:rsidRPr="00137388">
        <w:rPr>
          <w:rFonts w:eastAsia="Times New Roman" w:cs="Times New Roman"/>
          <w:szCs w:val="24"/>
          <w:lang w:val="ru-RU" w:eastAsia="ru-RU"/>
        </w:rPr>
        <w:t>қадір-қасиетін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педагогтың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құқықтарын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құрметтеуге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міндетті</w:t>
      </w:r>
      <w:proofErr w:type="spellEnd"/>
      <w:r w:rsidRPr="00137388">
        <w:rPr>
          <w:rFonts w:eastAsia="Times New Roman" w:cs="Times New Roman"/>
          <w:szCs w:val="24"/>
          <w:lang w:val="ru-RU" w:eastAsia="ru-RU"/>
        </w:rPr>
        <w:t>.</w:t>
      </w:r>
    </w:p>
    <w:p w14:paraId="6AE032D2" w14:textId="77777777" w:rsidR="009A07C4" w:rsidRPr="00137388" w:rsidRDefault="009A07C4" w:rsidP="00C90D28">
      <w:pPr>
        <w:pStyle w:val="ae"/>
        <w:numPr>
          <w:ilvl w:val="0"/>
          <w:numId w:val="42"/>
        </w:numPr>
        <w:tabs>
          <w:tab w:val="left" w:pos="851"/>
        </w:tabs>
        <w:spacing w:after="0" w:line="240" w:lineRule="auto"/>
        <w:ind w:left="0" w:firstLine="567"/>
        <w:rPr>
          <w:rFonts w:eastAsia="Times New Roman" w:cs="Times New Roman"/>
          <w:szCs w:val="24"/>
          <w:lang w:val="ru-RU" w:eastAsia="ru-RU"/>
        </w:rPr>
      </w:pPr>
      <w:r w:rsidRPr="00137388">
        <w:rPr>
          <w:rFonts w:eastAsia="Times New Roman" w:cs="Times New Roman"/>
          <w:szCs w:val="24"/>
          <w:lang w:val="ru-RU" w:eastAsia="ru-RU"/>
        </w:rPr>
        <w:t>«</w:t>
      </w:r>
      <w:proofErr w:type="spellStart"/>
      <w:r w:rsidRPr="00137388">
        <w:rPr>
          <w:rFonts w:eastAsia="Times New Roman" w:cs="Times New Roman"/>
          <w:szCs w:val="24"/>
          <w:lang w:val="ru-RU" w:eastAsia="ru-RU"/>
        </w:rPr>
        <w:t>Дербес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деректер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оларды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қорғау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туралы</w:t>
      </w:r>
      <w:proofErr w:type="spellEnd"/>
      <w:r w:rsidRPr="00137388">
        <w:rPr>
          <w:rFonts w:eastAsia="Times New Roman" w:cs="Times New Roman"/>
          <w:szCs w:val="24"/>
          <w:lang w:val="ru-RU" w:eastAsia="ru-RU"/>
        </w:rPr>
        <w:t xml:space="preserve">» ҚР </w:t>
      </w:r>
      <w:proofErr w:type="spellStart"/>
      <w:r w:rsidRPr="00137388">
        <w:rPr>
          <w:rFonts w:eastAsia="Times New Roman" w:cs="Times New Roman"/>
          <w:szCs w:val="24"/>
          <w:lang w:val="ru-RU" w:eastAsia="ru-RU"/>
        </w:rPr>
        <w:t>Заңының</w:t>
      </w:r>
      <w:proofErr w:type="spellEnd"/>
      <w:r w:rsidRPr="00137388">
        <w:rPr>
          <w:rFonts w:eastAsia="Times New Roman" w:cs="Times New Roman"/>
          <w:szCs w:val="24"/>
          <w:lang w:val="ru-RU" w:eastAsia="ru-RU"/>
        </w:rPr>
        <w:t xml:space="preserve"> 6–8-баптары — </w:t>
      </w:r>
      <w:proofErr w:type="spellStart"/>
      <w:r w:rsidRPr="00137388">
        <w:rPr>
          <w:rFonts w:eastAsia="Times New Roman" w:cs="Times New Roman"/>
          <w:szCs w:val="24"/>
          <w:lang w:val="ru-RU" w:eastAsia="ru-RU"/>
        </w:rPr>
        <w:t>адамның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бейнесі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дербес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деректердің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сәйкестендіргіші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болып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табылады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дербес</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деректерді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жалпыға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қолжетімді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көздерде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тарату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көзделген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келісім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болғанда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жүзеге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асырылады</w:t>
      </w:r>
      <w:proofErr w:type="spellEnd"/>
      <w:r w:rsidRPr="00137388">
        <w:rPr>
          <w:rFonts w:eastAsia="Times New Roman" w:cs="Times New Roman"/>
          <w:szCs w:val="24"/>
          <w:lang w:val="ru-RU" w:eastAsia="ru-RU"/>
        </w:rPr>
        <w:t>.</w:t>
      </w:r>
    </w:p>
    <w:p w14:paraId="360AA5A4" w14:textId="77777777" w:rsidR="009A07C4" w:rsidRPr="00137388" w:rsidRDefault="009A07C4" w:rsidP="00C90D28">
      <w:pPr>
        <w:pStyle w:val="ae"/>
        <w:numPr>
          <w:ilvl w:val="0"/>
          <w:numId w:val="42"/>
        </w:numPr>
        <w:tabs>
          <w:tab w:val="left" w:pos="851"/>
        </w:tabs>
        <w:spacing w:after="0" w:line="240" w:lineRule="auto"/>
        <w:ind w:left="0" w:firstLine="567"/>
        <w:rPr>
          <w:rFonts w:eastAsia="Times New Roman" w:cs="Times New Roman"/>
          <w:szCs w:val="24"/>
          <w:lang w:val="ru-RU" w:eastAsia="ru-RU"/>
        </w:rPr>
      </w:pPr>
      <w:r w:rsidRPr="00137388">
        <w:rPr>
          <w:rFonts w:eastAsia="Times New Roman" w:cs="Times New Roman"/>
          <w:szCs w:val="24"/>
          <w:lang w:val="ru-RU" w:eastAsia="ru-RU"/>
        </w:rPr>
        <w:t xml:space="preserve">ҚР </w:t>
      </w:r>
      <w:proofErr w:type="spellStart"/>
      <w:r w:rsidRPr="00137388">
        <w:rPr>
          <w:rFonts w:eastAsia="Times New Roman" w:cs="Times New Roman"/>
          <w:szCs w:val="24"/>
          <w:lang w:val="ru-RU" w:eastAsia="ru-RU"/>
        </w:rPr>
        <w:t>Азаматтық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кодексінің</w:t>
      </w:r>
      <w:proofErr w:type="spellEnd"/>
      <w:r w:rsidRPr="00137388">
        <w:rPr>
          <w:rFonts w:eastAsia="Times New Roman" w:cs="Times New Roman"/>
          <w:szCs w:val="24"/>
          <w:lang w:val="ru-RU" w:eastAsia="ru-RU"/>
        </w:rPr>
        <w:t xml:space="preserve"> 145-бабы — </w:t>
      </w:r>
      <w:proofErr w:type="spellStart"/>
      <w:r w:rsidRPr="00137388">
        <w:rPr>
          <w:rFonts w:eastAsia="Times New Roman" w:cs="Times New Roman"/>
          <w:szCs w:val="24"/>
          <w:lang w:val="ru-RU" w:eastAsia="ru-RU"/>
        </w:rPr>
        <w:t>басқа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адамның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бейнесін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пайдалану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жариялау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көбейту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тарату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келісімімен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ғана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рұқсат</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етіледі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заңда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белгіленген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ерекшеліктерді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қоспағанда</w:t>
      </w:r>
      <w:proofErr w:type="spellEnd"/>
      <w:r w:rsidRPr="00137388">
        <w:rPr>
          <w:rFonts w:eastAsia="Times New Roman" w:cs="Times New Roman"/>
          <w:szCs w:val="24"/>
          <w:lang w:val="ru-RU" w:eastAsia="ru-RU"/>
        </w:rPr>
        <w:t>.</w:t>
      </w:r>
    </w:p>
    <w:p w14:paraId="51815679" w14:textId="77777777" w:rsidR="009A07C4" w:rsidRPr="00137388" w:rsidRDefault="009A07C4" w:rsidP="00C90D28">
      <w:pPr>
        <w:pStyle w:val="ae"/>
        <w:numPr>
          <w:ilvl w:val="0"/>
          <w:numId w:val="42"/>
        </w:numPr>
        <w:tabs>
          <w:tab w:val="left" w:pos="851"/>
        </w:tabs>
        <w:spacing w:after="0" w:line="240" w:lineRule="auto"/>
        <w:ind w:left="0" w:firstLine="567"/>
        <w:rPr>
          <w:rFonts w:eastAsia="Times New Roman" w:cs="Times New Roman"/>
          <w:szCs w:val="24"/>
          <w:lang w:val="ru-RU" w:eastAsia="ru-RU"/>
        </w:rPr>
      </w:pPr>
      <w:r w:rsidRPr="00137388">
        <w:rPr>
          <w:rFonts w:eastAsia="Times New Roman" w:cs="Times New Roman"/>
          <w:szCs w:val="24"/>
          <w:lang w:val="ru-RU" w:eastAsia="ru-RU"/>
        </w:rPr>
        <w:t>«</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туралы</w:t>
      </w:r>
      <w:proofErr w:type="spellEnd"/>
      <w:r w:rsidRPr="00137388">
        <w:rPr>
          <w:rFonts w:eastAsia="Times New Roman" w:cs="Times New Roman"/>
          <w:szCs w:val="24"/>
          <w:lang w:val="ru-RU" w:eastAsia="ru-RU"/>
        </w:rPr>
        <w:t xml:space="preserve">» ҚР </w:t>
      </w:r>
      <w:proofErr w:type="spellStart"/>
      <w:r w:rsidRPr="00137388">
        <w:rPr>
          <w:rFonts w:eastAsia="Times New Roman" w:cs="Times New Roman"/>
          <w:szCs w:val="24"/>
          <w:lang w:val="ru-RU" w:eastAsia="ru-RU"/>
        </w:rPr>
        <w:t>Заңының</w:t>
      </w:r>
      <w:proofErr w:type="spellEnd"/>
      <w:r w:rsidRPr="00137388">
        <w:rPr>
          <w:rFonts w:eastAsia="Times New Roman" w:cs="Times New Roman"/>
          <w:szCs w:val="24"/>
          <w:lang w:val="ru-RU" w:eastAsia="ru-RU"/>
        </w:rPr>
        <w:t xml:space="preserve"> 43-бабы —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беру </w:t>
      </w:r>
      <w:proofErr w:type="spellStart"/>
      <w:r w:rsidRPr="00137388">
        <w:rPr>
          <w:rFonts w:eastAsia="Times New Roman" w:cs="Times New Roman"/>
          <w:szCs w:val="24"/>
          <w:lang w:val="ru-RU" w:eastAsia="ru-RU"/>
        </w:rPr>
        <w:t>ұйымы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ішкі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тәртіп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ережелерін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әзірлейді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бекітеді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алушылардың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денсаулығын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қорғау</w:t>
      </w:r>
      <w:proofErr w:type="spellEnd"/>
      <w:r w:rsidRPr="00137388">
        <w:rPr>
          <w:rFonts w:eastAsia="Times New Roman" w:cs="Times New Roman"/>
          <w:szCs w:val="24"/>
          <w:lang w:val="ru-RU" w:eastAsia="ru-RU"/>
        </w:rPr>
        <w:t xml:space="preserve"> мен </w:t>
      </w:r>
      <w:proofErr w:type="spellStart"/>
      <w:r w:rsidRPr="00137388">
        <w:rPr>
          <w:rFonts w:eastAsia="Times New Roman" w:cs="Times New Roman"/>
          <w:szCs w:val="24"/>
          <w:lang w:val="ru-RU" w:eastAsia="ru-RU"/>
        </w:rPr>
        <w:t>нығайтуды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қамтамасыз</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етеді</w:t>
      </w:r>
      <w:proofErr w:type="spellEnd"/>
      <w:r w:rsidRPr="00137388">
        <w:rPr>
          <w:rFonts w:eastAsia="Times New Roman" w:cs="Times New Roman"/>
          <w:szCs w:val="24"/>
          <w:lang w:val="ru-RU" w:eastAsia="ru-RU"/>
        </w:rPr>
        <w:t>.</w:t>
      </w:r>
    </w:p>
    <w:p w14:paraId="36C9D57A" w14:textId="77777777" w:rsidR="009A07C4" w:rsidRPr="00137388" w:rsidRDefault="009A07C4" w:rsidP="00C90D28">
      <w:pPr>
        <w:pStyle w:val="ae"/>
        <w:numPr>
          <w:ilvl w:val="0"/>
          <w:numId w:val="42"/>
        </w:numPr>
        <w:tabs>
          <w:tab w:val="left" w:pos="851"/>
        </w:tabs>
        <w:spacing w:after="0" w:line="240" w:lineRule="auto"/>
        <w:ind w:left="0" w:firstLine="567"/>
        <w:rPr>
          <w:rFonts w:eastAsia="Times New Roman" w:cs="Times New Roman"/>
          <w:szCs w:val="24"/>
          <w:lang w:val="ru-RU" w:eastAsia="ru-RU"/>
        </w:rPr>
      </w:pPr>
      <w:r w:rsidRPr="00137388">
        <w:rPr>
          <w:rFonts w:eastAsia="Times New Roman" w:cs="Times New Roman"/>
          <w:szCs w:val="24"/>
          <w:lang w:val="ru-RU" w:eastAsia="ru-RU"/>
        </w:rPr>
        <w:t>«</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туралы</w:t>
      </w:r>
      <w:proofErr w:type="spellEnd"/>
      <w:r w:rsidRPr="00137388">
        <w:rPr>
          <w:rFonts w:eastAsia="Times New Roman" w:cs="Times New Roman"/>
          <w:szCs w:val="24"/>
          <w:lang w:val="ru-RU" w:eastAsia="ru-RU"/>
        </w:rPr>
        <w:t xml:space="preserve">» ҚР </w:t>
      </w:r>
      <w:proofErr w:type="spellStart"/>
      <w:r w:rsidRPr="00137388">
        <w:rPr>
          <w:rFonts w:eastAsia="Times New Roman" w:cs="Times New Roman"/>
          <w:szCs w:val="24"/>
          <w:lang w:val="ru-RU" w:eastAsia="ru-RU"/>
        </w:rPr>
        <w:t>Заңының</w:t>
      </w:r>
      <w:proofErr w:type="spellEnd"/>
      <w:r w:rsidRPr="00137388">
        <w:rPr>
          <w:rFonts w:eastAsia="Times New Roman" w:cs="Times New Roman"/>
          <w:szCs w:val="24"/>
          <w:lang w:val="ru-RU" w:eastAsia="ru-RU"/>
        </w:rPr>
        <w:t xml:space="preserve"> 49-бабының 2-тармағының 1)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3) </w:t>
      </w:r>
      <w:proofErr w:type="spellStart"/>
      <w:r w:rsidRPr="00137388">
        <w:rPr>
          <w:rFonts w:eastAsia="Times New Roman" w:cs="Times New Roman"/>
          <w:szCs w:val="24"/>
          <w:lang w:val="ru-RU" w:eastAsia="ru-RU"/>
        </w:rPr>
        <w:t>тармақшалары</w:t>
      </w:r>
      <w:proofErr w:type="spellEnd"/>
      <w:r w:rsidRPr="00137388">
        <w:rPr>
          <w:rFonts w:eastAsia="Times New Roman" w:cs="Times New Roman"/>
          <w:szCs w:val="24"/>
          <w:lang w:val="ru-RU" w:eastAsia="ru-RU"/>
        </w:rPr>
        <w:t xml:space="preserve"> — </w:t>
      </w:r>
      <w:proofErr w:type="spellStart"/>
      <w:r w:rsidRPr="00137388">
        <w:rPr>
          <w:rFonts w:eastAsia="Times New Roman" w:cs="Times New Roman"/>
          <w:szCs w:val="24"/>
          <w:lang w:val="ru-RU" w:eastAsia="ru-RU"/>
        </w:rPr>
        <w:t>ата-аналар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балаларға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қауіпсіз</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жағдайлар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жасауға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және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білім</w:t>
      </w:r>
      <w:proofErr w:type="spellEnd"/>
      <w:r w:rsidRPr="00137388">
        <w:rPr>
          <w:rFonts w:eastAsia="Times New Roman" w:cs="Times New Roman"/>
          <w:szCs w:val="24"/>
          <w:lang w:val="ru-RU" w:eastAsia="ru-RU"/>
        </w:rPr>
        <w:t xml:space="preserve"> беру </w:t>
      </w:r>
      <w:proofErr w:type="spellStart"/>
      <w:r w:rsidRPr="00137388">
        <w:rPr>
          <w:rFonts w:eastAsia="Times New Roman" w:cs="Times New Roman"/>
          <w:szCs w:val="24"/>
          <w:lang w:val="ru-RU" w:eastAsia="ru-RU"/>
        </w:rPr>
        <w:t>ұйымының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жарғысында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белгіленген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ережелерді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орындауға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міндетті</w:t>
      </w:r>
      <w:proofErr w:type="spellEnd"/>
      <w:r w:rsidRPr="00137388">
        <w:rPr>
          <w:rFonts w:eastAsia="Times New Roman" w:cs="Times New Roman"/>
          <w:szCs w:val="24"/>
          <w:lang w:val="ru-RU" w:eastAsia="ru-RU"/>
        </w:rPr>
        <w:t>.</w:t>
      </w:r>
    </w:p>
    <w:p w14:paraId="780F7632" w14:textId="77777777" w:rsidR="009A07C4" w:rsidRPr="00137388" w:rsidRDefault="009A07C4" w:rsidP="00C90D28">
      <w:pPr>
        <w:pStyle w:val="ae"/>
        <w:numPr>
          <w:ilvl w:val="0"/>
          <w:numId w:val="42"/>
        </w:numPr>
        <w:tabs>
          <w:tab w:val="left" w:pos="851"/>
        </w:tabs>
        <w:spacing w:after="0" w:line="240" w:lineRule="auto"/>
        <w:ind w:left="0" w:firstLine="567"/>
        <w:rPr>
          <w:rFonts w:eastAsia="Times New Roman" w:cs="Times New Roman"/>
          <w:szCs w:val="24"/>
          <w:lang w:val="ru-RU" w:eastAsia="ru-RU"/>
        </w:rPr>
      </w:pPr>
      <w:r w:rsidRPr="00137388">
        <w:rPr>
          <w:rFonts w:eastAsia="Times New Roman" w:cs="Times New Roman"/>
          <w:szCs w:val="24"/>
          <w:lang w:val="ru-RU" w:eastAsia="ru-RU"/>
        </w:rPr>
        <w:t xml:space="preserve">ҚР </w:t>
      </w:r>
      <w:proofErr w:type="spellStart"/>
      <w:r w:rsidRPr="00137388">
        <w:rPr>
          <w:rFonts w:eastAsia="Times New Roman" w:cs="Times New Roman"/>
          <w:szCs w:val="24"/>
          <w:lang w:val="ru-RU" w:eastAsia="ru-RU"/>
        </w:rPr>
        <w:t>Азаматтық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кодексінің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Ерекше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бөлім</w:t>
      </w:r>
      <w:proofErr w:type="spellEnd"/>
      <w:r w:rsidRPr="00137388">
        <w:rPr>
          <w:rFonts w:eastAsia="Times New Roman" w:cs="Times New Roman"/>
          <w:szCs w:val="24"/>
          <w:lang w:val="ru-RU" w:eastAsia="ru-RU"/>
        </w:rPr>
        <w:t xml:space="preserve">) 768-бабы — </w:t>
      </w:r>
      <w:proofErr w:type="spellStart"/>
      <w:r w:rsidRPr="00137388">
        <w:rPr>
          <w:rFonts w:eastAsia="Times New Roman" w:cs="Times New Roman"/>
          <w:szCs w:val="24"/>
          <w:lang w:val="ru-RU" w:eastAsia="ru-RU"/>
        </w:rPr>
        <w:t>сақтау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шарты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затты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сақтауға</w:t>
      </w:r>
      <w:proofErr w:type="spellEnd"/>
      <w:r w:rsidRPr="00137388">
        <w:rPr>
          <w:rFonts w:eastAsia="Times New Roman" w:cs="Times New Roman"/>
          <w:szCs w:val="24"/>
          <w:lang w:val="ru-RU" w:eastAsia="ru-RU"/>
        </w:rPr>
        <w:t xml:space="preserve"> беру </w:t>
      </w:r>
      <w:proofErr w:type="spellStart"/>
      <w:r w:rsidRPr="00137388">
        <w:rPr>
          <w:rFonts w:eastAsia="Times New Roman" w:cs="Times New Roman"/>
          <w:szCs w:val="24"/>
          <w:lang w:val="ru-RU" w:eastAsia="ru-RU"/>
        </w:rPr>
        <w:t>сәтінен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бастап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туындайды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мектеп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велосипедтерді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сақтауға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қабылдамайды</w:t>
      </w:r>
      <w:proofErr w:type="spellEnd"/>
      <w:r w:rsidRPr="00137388">
        <w:rPr>
          <w:rFonts w:eastAsia="Times New Roman" w:cs="Times New Roman"/>
          <w:szCs w:val="24"/>
          <w:lang w:val="ru-RU" w:eastAsia="ru-RU"/>
        </w:rPr>
        <w:t>.</w:t>
      </w:r>
    </w:p>
    <w:p w14:paraId="043643F2" w14:textId="77777777" w:rsidR="009A07C4" w:rsidRPr="00137388" w:rsidRDefault="009A07C4" w:rsidP="00C90D28">
      <w:pPr>
        <w:pStyle w:val="ae"/>
        <w:numPr>
          <w:ilvl w:val="0"/>
          <w:numId w:val="42"/>
        </w:numPr>
        <w:tabs>
          <w:tab w:val="left" w:pos="851"/>
        </w:tabs>
        <w:spacing w:after="0" w:line="240" w:lineRule="auto"/>
        <w:ind w:left="0" w:firstLine="567"/>
        <w:rPr>
          <w:rFonts w:eastAsia="Times New Roman" w:cs="Times New Roman"/>
          <w:szCs w:val="24"/>
          <w:lang w:val="ru-RU" w:eastAsia="ru-RU"/>
        </w:rPr>
      </w:pPr>
      <w:proofErr w:type="spellStart"/>
      <w:r w:rsidRPr="00137388">
        <w:rPr>
          <w:rFonts w:eastAsia="Times New Roman" w:cs="Times New Roman"/>
          <w:szCs w:val="24"/>
          <w:lang w:val="ru-RU" w:eastAsia="ru-RU"/>
        </w:rPr>
        <w:t>Қазақстан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Республикасы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Ішкі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істер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министрінің</w:t>
      </w:r>
      <w:proofErr w:type="spellEnd"/>
      <w:r w:rsidRPr="00137388">
        <w:rPr>
          <w:rFonts w:eastAsia="Times New Roman" w:cs="Times New Roman"/>
          <w:szCs w:val="24"/>
          <w:lang w:val="ru-RU" w:eastAsia="ru-RU"/>
        </w:rPr>
        <w:t xml:space="preserve"> 2023 </w:t>
      </w:r>
      <w:proofErr w:type="spellStart"/>
      <w:r w:rsidRPr="00137388">
        <w:rPr>
          <w:rFonts w:eastAsia="Times New Roman" w:cs="Times New Roman"/>
          <w:szCs w:val="24"/>
          <w:lang w:val="ru-RU" w:eastAsia="ru-RU"/>
        </w:rPr>
        <w:t>жылғы</w:t>
      </w:r>
      <w:proofErr w:type="spellEnd"/>
      <w:r w:rsidRPr="00137388">
        <w:rPr>
          <w:rFonts w:eastAsia="Times New Roman" w:cs="Times New Roman"/>
          <w:szCs w:val="24"/>
          <w:lang w:val="ru-RU" w:eastAsia="ru-RU"/>
        </w:rPr>
        <w:t xml:space="preserve"> 30 </w:t>
      </w:r>
      <w:proofErr w:type="spellStart"/>
      <w:r w:rsidRPr="00137388">
        <w:rPr>
          <w:rFonts w:eastAsia="Times New Roman" w:cs="Times New Roman"/>
          <w:szCs w:val="24"/>
          <w:lang w:val="ru-RU" w:eastAsia="ru-RU"/>
        </w:rPr>
        <w:t>маусымдағы</w:t>
      </w:r>
      <w:proofErr w:type="spellEnd"/>
      <w:r w:rsidRPr="00137388">
        <w:rPr>
          <w:rFonts w:eastAsia="Times New Roman" w:cs="Times New Roman"/>
          <w:szCs w:val="24"/>
          <w:lang w:val="ru-RU" w:eastAsia="ru-RU"/>
        </w:rPr>
        <w:t xml:space="preserve"> № 534 </w:t>
      </w:r>
      <w:proofErr w:type="spellStart"/>
      <w:r w:rsidRPr="00137388">
        <w:rPr>
          <w:rFonts w:eastAsia="Times New Roman" w:cs="Times New Roman"/>
          <w:szCs w:val="24"/>
          <w:lang w:val="ru-RU" w:eastAsia="ru-RU"/>
        </w:rPr>
        <w:t>бұйрығымен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бекітілген</w:t>
      </w:r>
      <w:proofErr w:type="spellEnd"/>
      <w:r w:rsidRPr="00137388">
        <w:rPr>
          <w:rFonts w:eastAsia="Times New Roman" w:cs="Times New Roman"/>
          <w:szCs w:val="24"/>
          <w:lang w:val="ru-RU" w:eastAsia="ru-RU"/>
        </w:rPr>
        <w:t xml:space="preserve"> Жол </w:t>
      </w:r>
      <w:proofErr w:type="spellStart"/>
      <w:r w:rsidRPr="00137388">
        <w:rPr>
          <w:rFonts w:eastAsia="Times New Roman" w:cs="Times New Roman"/>
          <w:szCs w:val="24"/>
          <w:lang w:val="ru-RU" w:eastAsia="ru-RU"/>
        </w:rPr>
        <w:t>қозғалысы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ережелерінің</w:t>
      </w:r>
      <w:proofErr w:type="spellEnd"/>
      <w:r w:rsidRPr="00137388">
        <w:rPr>
          <w:rFonts w:eastAsia="Times New Roman" w:cs="Times New Roman"/>
          <w:szCs w:val="24"/>
          <w:lang w:val="ru-RU" w:eastAsia="ru-RU"/>
        </w:rPr>
        <w:t xml:space="preserve"> 166-тармағы, </w:t>
      </w:r>
      <w:proofErr w:type="spellStart"/>
      <w:r w:rsidRPr="00137388">
        <w:rPr>
          <w:rFonts w:eastAsia="Times New Roman" w:cs="Times New Roman"/>
          <w:szCs w:val="24"/>
          <w:lang w:val="ru-RU" w:eastAsia="ru-RU"/>
        </w:rPr>
        <w:t>қолданыстағы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редакцияда</w:t>
      </w:r>
      <w:proofErr w:type="spellEnd"/>
      <w:r w:rsidRPr="00137388">
        <w:rPr>
          <w:rFonts w:eastAsia="Times New Roman" w:cs="Times New Roman"/>
          <w:szCs w:val="24"/>
          <w:lang w:val="ru-RU" w:eastAsia="ru-RU"/>
        </w:rPr>
        <w:t xml:space="preserve">: велосипед </w:t>
      </w:r>
      <w:proofErr w:type="spellStart"/>
      <w:r w:rsidRPr="00137388">
        <w:rPr>
          <w:rFonts w:eastAsia="Times New Roman" w:cs="Times New Roman"/>
          <w:szCs w:val="24"/>
          <w:lang w:val="ru-RU" w:eastAsia="ru-RU"/>
        </w:rPr>
        <w:t>жүргізушілері</w:t>
      </w:r>
      <w:proofErr w:type="spellEnd"/>
      <w:r w:rsidRPr="00137388">
        <w:rPr>
          <w:rFonts w:eastAsia="Times New Roman" w:cs="Times New Roman"/>
          <w:szCs w:val="24"/>
          <w:lang w:val="ru-RU" w:eastAsia="ru-RU"/>
        </w:rPr>
        <w:t xml:space="preserve"> велосипед </w:t>
      </w:r>
      <w:proofErr w:type="spellStart"/>
      <w:r w:rsidRPr="00137388">
        <w:rPr>
          <w:rFonts w:eastAsia="Times New Roman" w:cs="Times New Roman"/>
          <w:szCs w:val="24"/>
          <w:lang w:val="ru-RU" w:eastAsia="ru-RU"/>
        </w:rPr>
        <w:t>жолымен</w:t>
      </w:r>
      <w:proofErr w:type="spellEnd"/>
      <w:r w:rsidRPr="00137388">
        <w:rPr>
          <w:rFonts w:eastAsia="Times New Roman" w:cs="Times New Roman"/>
          <w:szCs w:val="24"/>
          <w:lang w:val="ru-RU" w:eastAsia="ru-RU"/>
        </w:rPr>
        <w:t xml:space="preserve">, велосипед </w:t>
      </w:r>
      <w:proofErr w:type="spellStart"/>
      <w:r w:rsidRPr="00137388">
        <w:rPr>
          <w:rFonts w:eastAsia="Times New Roman" w:cs="Times New Roman"/>
          <w:szCs w:val="24"/>
          <w:lang w:val="ru-RU" w:eastAsia="ru-RU"/>
        </w:rPr>
        <w:t>қозғалысы</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жолағымен</w:t>
      </w:r>
      <w:proofErr w:type="spellEnd"/>
      <w:r w:rsidRPr="00137388">
        <w:rPr>
          <w:rFonts w:eastAsia="Times New Roman" w:cs="Times New Roman"/>
          <w:szCs w:val="24"/>
          <w:lang w:val="ru-RU" w:eastAsia="ru-RU"/>
        </w:rPr>
        <w:t xml:space="preserve">, ал </w:t>
      </w:r>
      <w:proofErr w:type="spellStart"/>
      <w:r w:rsidRPr="00137388">
        <w:rPr>
          <w:rFonts w:eastAsia="Times New Roman" w:cs="Times New Roman"/>
          <w:szCs w:val="24"/>
          <w:lang w:val="ru-RU" w:eastAsia="ru-RU"/>
        </w:rPr>
        <w:t>олар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болмағанда</w:t>
      </w:r>
      <w:proofErr w:type="spellEnd"/>
      <w:r w:rsidRPr="00137388">
        <w:rPr>
          <w:rFonts w:eastAsia="Times New Roman" w:cs="Times New Roman"/>
          <w:szCs w:val="24"/>
          <w:lang w:val="ru-RU" w:eastAsia="ru-RU"/>
        </w:rPr>
        <w:t xml:space="preserve"> — </w:t>
      </w:r>
      <w:proofErr w:type="spellStart"/>
      <w:r w:rsidRPr="00137388">
        <w:rPr>
          <w:rFonts w:eastAsia="Times New Roman" w:cs="Times New Roman"/>
          <w:szCs w:val="24"/>
          <w:lang w:val="ru-RU" w:eastAsia="ru-RU"/>
        </w:rPr>
        <w:t>жолдың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жүру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бөлігінің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шетімен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оның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ішінде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маршруттық</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көлік</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құралдарына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арналған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жолақпен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бір</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қатармен</w:t>
      </w:r>
      <w:proofErr w:type="spellEnd"/>
      <w:r w:rsidRPr="00137388">
        <w:rPr>
          <w:rFonts w:eastAsia="Times New Roman" w:cs="Times New Roman"/>
          <w:szCs w:val="24"/>
          <w:lang w:val="ru-RU" w:eastAsia="ru-RU"/>
        </w:rPr>
        <w:t xml:space="preserve"> не </w:t>
      </w:r>
      <w:proofErr w:type="spellStart"/>
      <w:r w:rsidRPr="00137388">
        <w:rPr>
          <w:rFonts w:eastAsia="Times New Roman" w:cs="Times New Roman"/>
          <w:szCs w:val="24"/>
          <w:lang w:val="ru-RU" w:eastAsia="ru-RU"/>
        </w:rPr>
        <w:t>жолдың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жағалауымен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тротуармен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немесе</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жаяу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жүргінші</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жолымен</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жаяу</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жүргіншілердің</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қозғалысына</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қауіп</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төндірмей</w:t>
      </w:r>
      <w:proofErr w:type="spellEnd"/>
      <w:r w:rsidRPr="00137388">
        <w:rPr>
          <w:rFonts w:eastAsia="Times New Roman" w:cs="Times New Roman"/>
          <w:szCs w:val="24"/>
          <w:lang w:val="ru-RU" w:eastAsia="ru-RU"/>
        </w:rPr>
        <w:t xml:space="preserve"> </w:t>
      </w:r>
      <w:proofErr w:type="spellStart"/>
      <w:r w:rsidRPr="00137388">
        <w:rPr>
          <w:rFonts w:eastAsia="Times New Roman" w:cs="Times New Roman"/>
          <w:szCs w:val="24"/>
          <w:lang w:val="ru-RU" w:eastAsia="ru-RU"/>
        </w:rPr>
        <w:t>жүреді</w:t>
      </w:r>
      <w:proofErr w:type="spellEnd"/>
      <w:r w:rsidRPr="00137388">
        <w:rPr>
          <w:rFonts w:eastAsia="Times New Roman" w:cs="Times New Roman"/>
          <w:szCs w:val="24"/>
          <w:lang w:val="ru-RU" w:eastAsia="ru-RU"/>
        </w:rPr>
        <w:t>.</w:t>
      </w:r>
    </w:p>
    <w:p w14:paraId="40E66F1B" w14:textId="77777777" w:rsidR="00E907E8" w:rsidRPr="00137388" w:rsidRDefault="00E907E8" w:rsidP="00C90D28">
      <w:pPr>
        <w:spacing w:after="0" w:line="240" w:lineRule="auto"/>
        <w:rPr>
          <w:rFonts w:eastAsia="Times New Roman" w:cs="Times New Roman"/>
          <w:szCs w:val="24"/>
          <w:lang w:val="ru-RU" w:eastAsia="ru-RU"/>
        </w:rPr>
      </w:pPr>
    </w:p>
    <w:p w14:paraId="58048B87" w14:textId="77777777" w:rsidR="00E907E8" w:rsidRPr="00137388" w:rsidRDefault="00E907E8" w:rsidP="00C90D28">
      <w:pPr>
        <w:spacing w:after="0" w:line="240" w:lineRule="auto"/>
        <w:rPr>
          <w:rFonts w:eastAsia="Times New Roman" w:cs="Times New Roman"/>
          <w:szCs w:val="24"/>
          <w:lang w:val="ru-RU" w:eastAsia="ru-RU"/>
        </w:rPr>
      </w:pPr>
    </w:p>
    <w:p w14:paraId="0BF3446A" w14:textId="77777777" w:rsidR="00E907E8" w:rsidRPr="00137388" w:rsidRDefault="00E907E8" w:rsidP="00C90D28">
      <w:pPr>
        <w:spacing w:after="0" w:line="240" w:lineRule="auto"/>
        <w:rPr>
          <w:rFonts w:eastAsia="Times New Roman" w:cs="Times New Roman"/>
          <w:szCs w:val="24"/>
          <w:lang w:val="ru-RU" w:eastAsia="ru-RU"/>
        </w:rPr>
      </w:pPr>
    </w:p>
    <w:p w14:paraId="68602BCE" w14:textId="77777777" w:rsidR="00E907E8" w:rsidRPr="00137388" w:rsidRDefault="00E907E8" w:rsidP="00C90D28">
      <w:pPr>
        <w:spacing w:after="0" w:line="240" w:lineRule="auto"/>
        <w:rPr>
          <w:rFonts w:eastAsia="Times New Roman" w:cs="Times New Roman"/>
          <w:szCs w:val="24"/>
          <w:lang w:val="ru-RU" w:eastAsia="ru-RU"/>
        </w:rPr>
      </w:pPr>
    </w:p>
    <w:p w14:paraId="0308F1F3" w14:textId="77777777" w:rsidR="00E907E8" w:rsidRPr="00137388" w:rsidRDefault="00E907E8" w:rsidP="00C90D28">
      <w:pPr>
        <w:spacing w:after="0" w:line="240" w:lineRule="auto"/>
        <w:rPr>
          <w:rFonts w:eastAsia="Times New Roman" w:cs="Times New Roman"/>
          <w:szCs w:val="24"/>
          <w:lang w:val="ru-RU" w:eastAsia="ru-RU"/>
        </w:rPr>
      </w:pPr>
    </w:p>
    <w:p w14:paraId="11EDF808" w14:textId="77777777" w:rsidR="00E907E8" w:rsidRPr="00137388" w:rsidRDefault="00E907E8" w:rsidP="00C90D28">
      <w:pPr>
        <w:spacing w:after="0" w:line="240" w:lineRule="auto"/>
        <w:rPr>
          <w:rFonts w:eastAsia="Times New Roman" w:cs="Times New Roman"/>
          <w:szCs w:val="24"/>
          <w:lang w:val="ru-RU" w:eastAsia="ru-RU"/>
        </w:rPr>
      </w:pPr>
    </w:p>
    <w:p w14:paraId="4C0D41DC" w14:textId="77777777" w:rsidR="00E907E8" w:rsidRPr="00137388" w:rsidRDefault="00E907E8" w:rsidP="00C90D28">
      <w:pPr>
        <w:spacing w:after="0" w:line="240" w:lineRule="auto"/>
        <w:rPr>
          <w:rFonts w:eastAsia="Times New Roman" w:cs="Times New Roman"/>
          <w:szCs w:val="24"/>
          <w:lang w:val="ru-RU" w:eastAsia="ru-RU"/>
        </w:rPr>
      </w:pPr>
    </w:p>
    <w:p w14:paraId="44685576" w14:textId="77777777" w:rsidR="00E907E8" w:rsidRPr="00137388" w:rsidRDefault="00E907E8" w:rsidP="00C90D28">
      <w:pPr>
        <w:spacing w:after="0" w:line="240" w:lineRule="auto"/>
        <w:rPr>
          <w:rFonts w:eastAsia="Times New Roman" w:cs="Times New Roman"/>
          <w:szCs w:val="24"/>
          <w:lang w:val="ru-RU" w:eastAsia="ru-RU"/>
        </w:rPr>
      </w:pPr>
    </w:p>
    <w:p w14:paraId="2759FC90" w14:textId="77777777" w:rsidR="00E907E8" w:rsidRPr="00137388" w:rsidRDefault="00E907E8" w:rsidP="00C90D28">
      <w:pPr>
        <w:spacing w:after="0" w:line="240" w:lineRule="auto"/>
        <w:rPr>
          <w:rFonts w:eastAsia="Times New Roman" w:cs="Times New Roman"/>
          <w:szCs w:val="24"/>
          <w:lang w:val="ru-RU" w:eastAsia="ru-RU"/>
        </w:rPr>
      </w:pPr>
    </w:p>
    <w:p w14:paraId="68C71C6E" w14:textId="77777777" w:rsidR="00E907E8" w:rsidRPr="00137388" w:rsidRDefault="00E907E8" w:rsidP="00C90D28">
      <w:pPr>
        <w:spacing w:after="0" w:line="240" w:lineRule="auto"/>
        <w:rPr>
          <w:rFonts w:eastAsia="Times New Roman" w:cs="Times New Roman"/>
          <w:szCs w:val="24"/>
          <w:lang w:val="ru-RU" w:eastAsia="ru-RU"/>
        </w:rPr>
      </w:pPr>
    </w:p>
    <w:p w14:paraId="77C8A343" w14:textId="77777777" w:rsidR="00E907E8" w:rsidRPr="00137388" w:rsidRDefault="00E907E8" w:rsidP="00C90D28">
      <w:pPr>
        <w:spacing w:after="0" w:line="240" w:lineRule="auto"/>
        <w:rPr>
          <w:rFonts w:eastAsia="Times New Roman" w:cs="Times New Roman"/>
          <w:szCs w:val="24"/>
          <w:lang w:val="ru-RU" w:eastAsia="ru-RU"/>
        </w:rPr>
      </w:pPr>
    </w:p>
    <w:p w14:paraId="268252C4" w14:textId="77777777" w:rsidR="00E907E8" w:rsidRPr="00137388" w:rsidRDefault="00E907E8" w:rsidP="00C90D28">
      <w:pPr>
        <w:spacing w:after="0" w:line="240" w:lineRule="auto"/>
        <w:rPr>
          <w:rFonts w:eastAsia="Times New Roman" w:cs="Times New Roman"/>
          <w:szCs w:val="24"/>
          <w:lang w:val="ru-RU" w:eastAsia="ru-RU"/>
        </w:rPr>
      </w:pPr>
    </w:p>
    <w:p w14:paraId="5950ECDF" w14:textId="77777777" w:rsidR="00E907E8" w:rsidRDefault="00E907E8" w:rsidP="00C90D28">
      <w:pPr>
        <w:spacing w:after="0" w:line="240" w:lineRule="auto"/>
        <w:rPr>
          <w:rFonts w:eastAsia="Times New Roman" w:cs="Times New Roman"/>
          <w:szCs w:val="24"/>
          <w:lang w:val="ru-RU" w:eastAsia="ru-RU"/>
        </w:rPr>
      </w:pPr>
    </w:p>
    <w:sectPr w:rsidR="00E907E8" w:rsidSect="00DA62C3">
      <w:pgSz w:w="12240" w:h="15840"/>
      <w:pgMar w:top="567" w:right="567"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25" style="width:0;height:1.5pt" o:hralign="center" o:bullet="t" o:hrstd="t" o:hr="t" fillcolor="#a0a0a0" stroked="f"/>
    </w:pict>
  </w:numPicBullet>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0CA07591"/>
    <w:multiLevelType w:val="multilevel"/>
    <w:tmpl w:val="2C54E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D37A2F"/>
    <w:multiLevelType w:val="multilevel"/>
    <w:tmpl w:val="7C44D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1F4AD9"/>
    <w:multiLevelType w:val="multilevel"/>
    <w:tmpl w:val="4AAC0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7621BC"/>
    <w:multiLevelType w:val="multilevel"/>
    <w:tmpl w:val="B02C3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0046E43"/>
    <w:multiLevelType w:val="multilevel"/>
    <w:tmpl w:val="0BC00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1783551"/>
    <w:multiLevelType w:val="multilevel"/>
    <w:tmpl w:val="65083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4547384"/>
    <w:multiLevelType w:val="multilevel"/>
    <w:tmpl w:val="BD5C1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ED1E85"/>
    <w:multiLevelType w:val="multilevel"/>
    <w:tmpl w:val="FF32C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A3C043D"/>
    <w:multiLevelType w:val="multilevel"/>
    <w:tmpl w:val="8DCA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A485184"/>
    <w:multiLevelType w:val="multilevel"/>
    <w:tmpl w:val="0FFC7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DDD2898"/>
    <w:multiLevelType w:val="hybridMultilevel"/>
    <w:tmpl w:val="1494DDA2"/>
    <w:lvl w:ilvl="0" w:tplc="20000011">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0" w15:restartNumberingAfterBreak="0">
    <w:nsid w:val="2F0810B8"/>
    <w:multiLevelType w:val="multilevel"/>
    <w:tmpl w:val="4C468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4862D87"/>
    <w:multiLevelType w:val="multilevel"/>
    <w:tmpl w:val="AC1A01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6662407"/>
    <w:multiLevelType w:val="multilevel"/>
    <w:tmpl w:val="A9104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755704E"/>
    <w:multiLevelType w:val="multilevel"/>
    <w:tmpl w:val="7C961BF0"/>
    <w:lvl w:ilvl="0">
      <w:start w:val="1"/>
      <w:numFmt w:val="bullet"/>
      <w:lvlText w:val=""/>
      <w:lvlJc w:val="left"/>
      <w:pPr>
        <w:tabs>
          <w:tab w:val="num" w:pos="0"/>
        </w:tabs>
        <w:ind w:left="0" w:hanging="360"/>
      </w:pPr>
      <w:rPr>
        <w:rFonts w:ascii="Symbol" w:hAnsi="Symbol" w:hint="default"/>
        <w:sz w:val="20"/>
      </w:rPr>
    </w:lvl>
    <w:lvl w:ilvl="1" w:tentative="1">
      <w:start w:val="1"/>
      <w:numFmt w:val="bullet"/>
      <w:lvlText w:val="o"/>
      <w:lvlJc w:val="left"/>
      <w:pPr>
        <w:tabs>
          <w:tab w:val="num" w:pos="720"/>
        </w:tabs>
        <w:ind w:left="720" w:hanging="360"/>
      </w:pPr>
      <w:rPr>
        <w:rFonts w:ascii="Courier New" w:hAnsi="Courier New" w:hint="default"/>
        <w:sz w:val="20"/>
      </w:rPr>
    </w:lvl>
    <w:lvl w:ilvl="2" w:tentative="1">
      <w:start w:val="1"/>
      <w:numFmt w:val="bullet"/>
      <w:lvlText w:val=""/>
      <w:lvlJc w:val="left"/>
      <w:pPr>
        <w:tabs>
          <w:tab w:val="num" w:pos="1440"/>
        </w:tabs>
        <w:ind w:left="1440" w:hanging="360"/>
      </w:pPr>
      <w:rPr>
        <w:rFonts w:ascii="Wingdings" w:hAnsi="Wingdings" w:hint="default"/>
        <w:sz w:val="20"/>
      </w:rPr>
    </w:lvl>
    <w:lvl w:ilvl="3" w:tentative="1">
      <w:start w:val="1"/>
      <w:numFmt w:val="bullet"/>
      <w:lvlText w:val=""/>
      <w:lvlJc w:val="left"/>
      <w:pPr>
        <w:tabs>
          <w:tab w:val="num" w:pos="2160"/>
        </w:tabs>
        <w:ind w:left="2160" w:hanging="360"/>
      </w:pPr>
      <w:rPr>
        <w:rFonts w:ascii="Wingdings" w:hAnsi="Wingdings" w:hint="default"/>
        <w:sz w:val="20"/>
      </w:rPr>
    </w:lvl>
    <w:lvl w:ilvl="4" w:tentative="1">
      <w:start w:val="1"/>
      <w:numFmt w:val="bullet"/>
      <w:lvlText w:val=""/>
      <w:lvlJc w:val="left"/>
      <w:pPr>
        <w:tabs>
          <w:tab w:val="num" w:pos="2880"/>
        </w:tabs>
        <w:ind w:left="2880" w:hanging="360"/>
      </w:pPr>
      <w:rPr>
        <w:rFonts w:ascii="Wingdings" w:hAnsi="Wingdings" w:hint="default"/>
        <w:sz w:val="20"/>
      </w:rPr>
    </w:lvl>
    <w:lvl w:ilvl="5" w:tentative="1">
      <w:start w:val="1"/>
      <w:numFmt w:val="bullet"/>
      <w:lvlText w:val=""/>
      <w:lvlJc w:val="left"/>
      <w:pPr>
        <w:tabs>
          <w:tab w:val="num" w:pos="3600"/>
        </w:tabs>
        <w:ind w:left="3600" w:hanging="360"/>
      </w:pPr>
      <w:rPr>
        <w:rFonts w:ascii="Wingdings" w:hAnsi="Wingdings" w:hint="default"/>
        <w:sz w:val="20"/>
      </w:rPr>
    </w:lvl>
    <w:lvl w:ilvl="6" w:tentative="1">
      <w:start w:val="1"/>
      <w:numFmt w:val="bullet"/>
      <w:lvlText w:val=""/>
      <w:lvlJc w:val="left"/>
      <w:pPr>
        <w:tabs>
          <w:tab w:val="num" w:pos="4320"/>
        </w:tabs>
        <w:ind w:left="4320" w:hanging="360"/>
      </w:pPr>
      <w:rPr>
        <w:rFonts w:ascii="Wingdings" w:hAnsi="Wingdings" w:hint="default"/>
        <w:sz w:val="20"/>
      </w:rPr>
    </w:lvl>
    <w:lvl w:ilvl="7" w:tentative="1">
      <w:start w:val="1"/>
      <w:numFmt w:val="bullet"/>
      <w:lvlText w:val=""/>
      <w:lvlJc w:val="left"/>
      <w:pPr>
        <w:tabs>
          <w:tab w:val="num" w:pos="5040"/>
        </w:tabs>
        <w:ind w:left="5040" w:hanging="360"/>
      </w:pPr>
      <w:rPr>
        <w:rFonts w:ascii="Wingdings" w:hAnsi="Wingdings" w:hint="default"/>
        <w:sz w:val="20"/>
      </w:rPr>
    </w:lvl>
    <w:lvl w:ilvl="8" w:tentative="1">
      <w:start w:val="1"/>
      <w:numFmt w:val="bullet"/>
      <w:lvlText w:val=""/>
      <w:lvlJc w:val="left"/>
      <w:pPr>
        <w:tabs>
          <w:tab w:val="num" w:pos="5760"/>
        </w:tabs>
        <w:ind w:left="5760" w:hanging="360"/>
      </w:pPr>
      <w:rPr>
        <w:rFonts w:ascii="Wingdings" w:hAnsi="Wingdings" w:hint="default"/>
        <w:sz w:val="20"/>
      </w:rPr>
    </w:lvl>
  </w:abstractNum>
  <w:abstractNum w:abstractNumId="24" w15:restartNumberingAfterBreak="0">
    <w:nsid w:val="396B7D23"/>
    <w:multiLevelType w:val="multilevel"/>
    <w:tmpl w:val="1152C1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CB52FEA"/>
    <w:multiLevelType w:val="multilevel"/>
    <w:tmpl w:val="B46C2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DFF10E7"/>
    <w:multiLevelType w:val="hybridMultilevel"/>
    <w:tmpl w:val="46A0E680"/>
    <w:lvl w:ilvl="0" w:tplc="20000011">
      <w:start w:val="1"/>
      <w:numFmt w:val="decimal"/>
      <w:lvlText w:val="%1)"/>
      <w:lvlJc w:val="left"/>
      <w:pPr>
        <w:ind w:left="1080" w:hanging="360"/>
      </w:p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27" w15:restartNumberingAfterBreak="0">
    <w:nsid w:val="3E9402D2"/>
    <w:multiLevelType w:val="multilevel"/>
    <w:tmpl w:val="CF8A76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F05613D"/>
    <w:multiLevelType w:val="multilevel"/>
    <w:tmpl w:val="5F825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F642735"/>
    <w:multiLevelType w:val="multilevel"/>
    <w:tmpl w:val="B65A2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FB40361"/>
    <w:multiLevelType w:val="multilevel"/>
    <w:tmpl w:val="98BA9470"/>
    <w:lvl w:ilvl="0">
      <w:start w:val="1"/>
      <w:numFmt w:val="decimal"/>
      <w:lvlText w:val="%1."/>
      <w:lvlJc w:val="left"/>
      <w:pPr>
        <w:tabs>
          <w:tab w:val="num" w:pos="0"/>
        </w:tabs>
        <w:ind w:left="0" w:hanging="360"/>
      </w:pPr>
    </w:lvl>
    <w:lvl w:ilvl="1" w:tentative="1">
      <w:start w:val="1"/>
      <w:numFmt w:val="decimal"/>
      <w:lvlText w:val="%2."/>
      <w:lvlJc w:val="left"/>
      <w:pPr>
        <w:tabs>
          <w:tab w:val="num" w:pos="720"/>
        </w:tabs>
        <w:ind w:left="720" w:hanging="360"/>
      </w:pPr>
    </w:lvl>
    <w:lvl w:ilvl="2" w:tentative="1">
      <w:start w:val="1"/>
      <w:numFmt w:val="decimal"/>
      <w:lvlText w:val="%3."/>
      <w:lvlJc w:val="left"/>
      <w:pPr>
        <w:tabs>
          <w:tab w:val="num" w:pos="1440"/>
        </w:tabs>
        <w:ind w:left="1440" w:hanging="360"/>
      </w:pPr>
    </w:lvl>
    <w:lvl w:ilvl="3" w:tentative="1">
      <w:start w:val="1"/>
      <w:numFmt w:val="decimal"/>
      <w:lvlText w:val="%4."/>
      <w:lvlJc w:val="left"/>
      <w:pPr>
        <w:tabs>
          <w:tab w:val="num" w:pos="2160"/>
        </w:tabs>
        <w:ind w:left="2160" w:hanging="360"/>
      </w:pPr>
    </w:lvl>
    <w:lvl w:ilvl="4" w:tentative="1">
      <w:start w:val="1"/>
      <w:numFmt w:val="decimal"/>
      <w:lvlText w:val="%5."/>
      <w:lvlJc w:val="left"/>
      <w:pPr>
        <w:tabs>
          <w:tab w:val="num" w:pos="2880"/>
        </w:tabs>
        <w:ind w:left="2880" w:hanging="360"/>
      </w:pPr>
    </w:lvl>
    <w:lvl w:ilvl="5" w:tentative="1">
      <w:start w:val="1"/>
      <w:numFmt w:val="decimal"/>
      <w:lvlText w:val="%6."/>
      <w:lvlJc w:val="left"/>
      <w:pPr>
        <w:tabs>
          <w:tab w:val="num" w:pos="3600"/>
        </w:tabs>
        <w:ind w:left="3600" w:hanging="360"/>
      </w:pPr>
    </w:lvl>
    <w:lvl w:ilvl="6" w:tentative="1">
      <w:start w:val="1"/>
      <w:numFmt w:val="decimal"/>
      <w:lvlText w:val="%7."/>
      <w:lvlJc w:val="left"/>
      <w:pPr>
        <w:tabs>
          <w:tab w:val="num" w:pos="4320"/>
        </w:tabs>
        <w:ind w:left="4320" w:hanging="360"/>
      </w:pPr>
    </w:lvl>
    <w:lvl w:ilvl="7" w:tentative="1">
      <w:start w:val="1"/>
      <w:numFmt w:val="decimal"/>
      <w:lvlText w:val="%8."/>
      <w:lvlJc w:val="left"/>
      <w:pPr>
        <w:tabs>
          <w:tab w:val="num" w:pos="5040"/>
        </w:tabs>
        <w:ind w:left="5040" w:hanging="360"/>
      </w:pPr>
    </w:lvl>
    <w:lvl w:ilvl="8" w:tentative="1">
      <w:start w:val="1"/>
      <w:numFmt w:val="decimal"/>
      <w:lvlText w:val="%9."/>
      <w:lvlJc w:val="left"/>
      <w:pPr>
        <w:tabs>
          <w:tab w:val="num" w:pos="5760"/>
        </w:tabs>
        <w:ind w:left="5760" w:hanging="360"/>
      </w:pPr>
    </w:lvl>
  </w:abstractNum>
  <w:abstractNum w:abstractNumId="31" w15:restartNumberingAfterBreak="0">
    <w:nsid w:val="58515C00"/>
    <w:multiLevelType w:val="multilevel"/>
    <w:tmpl w:val="4C002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92C3A00"/>
    <w:multiLevelType w:val="multilevel"/>
    <w:tmpl w:val="A476D7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B19123B"/>
    <w:multiLevelType w:val="hybridMultilevel"/>
    <w:tmpl w:val="F88E0A0A"/>
    <w:lvl w:ilvl="0" w:tplc="2000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5E0E1382"/>
    <w:multiLevelType w:val="hybridMultilevel"/>
    <w:tmpl w:val="3730BD1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5" w15:restartNumberingAfterBreak="0">
    <w:nsid w:val="5EF64712"/>
    <w:multiLevelType w:val="multilevel"/>
    <w:tmpl w:val="6EC4E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73D5751"/>
    <w:multiLevelType w:val="multilevel"/>
    <w:tmpl w:val="FB44E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9BF2040"/>
    <w:multiLevelType w:val="multilevel"/>
    <w:tmpl w:val="58787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C3C1650"/>
    <w:multiLevelType w:val="multilevel"/>
    <w:tmpl w:val="6BE6B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7246697"/>
    <w:multiLevelType w:val="multilevel"/>
    <w:tmpl w:val="E2FEA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7AF39EE"/>
    <w:multiLevelType w:val="multilevel"/>
    <w:tmpl w:val="3F82B3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8081C78"/>
    <w:multiLevelType w:val="multilevel"/>
    <w:tmpl w:val="D64CD66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17806826">
    <w:abstractNumId w:val="8"/>
  </w:num>
  <w:num w:numId="2" w16cid:durableId="166333001">
    <w:abstractNumId w:val="6"/>
  </w:num>
  <w:num w:numId="3" w16cid:durableId="1428387528">
    <w:abstractNumId w:val="5"/>
  </w:num>
  <w:num w:numId="4" w16cid:durableId="909731438">
    <w:abstractNumId w:val="4"/>
  </w:num>
  <w:num w:numId="5" w16cid:durableId="1317488458">
    <w:abstractNumId w:val="7"/>
  </w:num>
  <w:num w:numId="6" w16cid:durableId="121312343">
    <w:abstractNumId w:val="3"/>
  </w:num>
  <w:num w:numId="7" w16cid:durableId="2065058677">
    <w:abstractNumId w:val="2"/>
  </w:num>
  <w:num w:numId="8" w16cid:durableId="2131050056">
    <w:abstractNumId w:val="1"/>
  </w:num>
  <w:num w:numId="9" w16cid:durableId="1209224660">
    <w:abstractNumId w:val="0"/>
  </w:num>
  <w:num w:numId="10" w16cid:durableId="617026262">
    <w:abstractNumId w:val="21"/>
  </w:num>
  <w:num w:numId="11" w16cid:durableId="1657224760">
    <w:abstractNumId w:val="39"/>
  </w:num>
  <w:num w:numId="12" w16cid:durableId="135488788">
    <w:abstractNumId w:val="22"/>
  </w:num>
  <w:num w:numId="13" w16cid:durableId="454908243">
    <w:abstractNumId w:val="38"/>
  </w:num>
  <w:num w:numId="14" w16cid:durableId="262954636">
    <w:abstractNumId w:val="14"/>
  </w:num>
  <w:num w:numId="15" w16cid:durableId="634799930">
    <w:abstractNumId w:val="35"/>
  </w:num>
  <w:num w:numId="16" w16cid:durableId="1515463653">
    <w:abstractNumId w:val="29"/>
  </w:num>
  <w:num w:numId="17" w16cid:durableId="1189366426">
    <w:abstractNumId w:val="28"/>
  </w:num>
  <w:num w:numId="18" w16cid:durableId="1750494494">
    <w:abstractNumId w:val="11"/>
  </w:num>
  <w:num w:numId="19" w16cid:durableId="741488530">
    <w:abstractNumId w:val="40"/>
  </w:num>
  <w:num w:numId="20" w16cid:durableId="500320956">
    <w:abstractNumId w:val="12"/>
  </w:num>
  <w:num w:numId="21" w16cid:durableId="456685086">
    <w:abstractNumId w:val="31"/>
  </w:num>
  <w:num w:numId="22" w16cid:durableId="781649241">
    <w:abstractNumId w:val="17"/>
  </w:num>
  <w:num w:numId="23" w16cid:durableId="896816272">
    <w:abstractNumId w:val="36"/>
  </w:num>
  <w:num w:numId="24" w16cid:durableId="175384285">
    <w:abstractNumId w:val="30"/>
  </w:num>
  <w:num w:numId="25" w16cid:durableId="1835797659">
    <w:abstractNumId w:val="10"/>
  </w:num>
  <w:num w:numId="26" w16cid:durableId="529073416">
    <w:abstractNumId w:val="23"/>
  </w:num>
  <w:num w:numId="27" w16cid:durableId="1338734053">
    <w:abstractNumId w:val="25"/>
  </w:num>
  <w:num w:numId="28" w16cid:durableId="545142150">
    <w:abstractNumId w:val="16"/>
  </w:num>
  <w:num w:numId="29" w16cid:durableId="1752893901">
    <w:abstractNumId w:val="15"/>
  </w:num>
  <w:num w:numId="30" w16cid:durableId="569775970">
    <w:abstractNumId w:val="18"/>
  </w:num>
  <w:num w:numId="31" w16cid:durableId="1778674860">
    <w:abstractNumId w:val="24"/>
  </w:num>
  <w:num w:numId="32" w16cid:durableId="1651054166">
    <w:abstractNumId w:val="32"/>
  </w:num>
  <w:num w:numId="33" w16cid:durableId="1627740053">
    <w:abstractNumId w:val="9"/>
  </w:num>
  <w:num w:numId="34" w16cid:durableId="286082594">
    <w:abstractNumId w:val="20"/>
  </w:num>
  <w:num w:numId="35" w16cid:durableId="1808668766">
    <w:abstractNumId w:val="27"/>
  </w:num>
  <w:num w:numId="36" w16cid:durableId="1103454391">
    <w:abstractNumId w:val="41"/>
  </w:num>
  <w:num w:numId="37" w16cid:durableId="405034424">
    <w:abstractNumId w:val="26"/>
  </w:num>
  <w:num w:numId="38" w16cid:durableId="2130199251">
    <w:abstractNumId w:val="34"/>
  </w:num>
  <w:num w:numId="39" w16cid:durableId="1048727270">
    <w:abstractNumId w:val="13"/>
  </w:num>
  <w:num w:numId="40" w16cid:durableId="1719165602">
    <w:abstractNumId w:val="37"/>
  </w:num>
  <w:num w:numId="41" w16cid:durableId="1000424253">
    <w:abstractNumId w:val="19"/>
  </w:num>
  <w:num w:numId="42" w16cid:durableId="181281596">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20B78"/>
    <w:rsid w:val="00034616"/>
    <w:rsid w:val="000568F2"/>
    <w:rsid w:val="0006063C"/>
    <w:rsid w:val="000D15F9"/>
    <w:rsid w:val="00137388"/>
    <w:rsid w:val="0015074B"/>
    <w:rsid w:val="0029639D"/>
    <w:rsid w:val="00326F90"/>
    <w:rsid w:val="00554190"/>
    <w:rsid w:val="005B6E82"/>
    <w:rsid w:val="005E2610"/>
    <w:rsid w:val="00637B96"/>
    <w:rsid w:val="006A5691"/>
    <w:rsid w:val="00733704"/>
    <w:rsid w:val="00852A00"/>
    <w:rsid w:val="00862FF2"/>
    <w:rsid w:val="00873E36"/>
    <w:rsid w:val="009207E4"/>
    <w:rsid w:val="00946843"/>
    <w:rsid w:val="009A07C4"/>
    <w:rsid w:val="00A333AD"/>
    <w:rsid w:val="00AA1D8D"/>
    <w:rsid w:val="00B05563"/>
    <w:rsid w:val="00B45100"/>
    <w:rsid w:val="00B47730"/>
    <w:rsid w:val="00BB7DC3"/>
    <w:rsid w:val="00BC75C6"/>
    <w:rsid w:val="00C90D28"/>
    <w:rsid w:val="00CB0664"/>
    <w:rsid w:val="00CF023C"/>
    <w:rsid w:val="00CF7D0D"/>
    <w:rsid w:val="00D5003E"/>
    <w:rsid w:val="00DA62C3"/>
    <w:rsid w:val="00E907E8"/>
    <w:rsid w:val="00F02743"/>
    <w:rsid w:val="00FC693F"/>
    <w:rsid w:val="00FF3EB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DC8B635"/>
  <w14:defaultImageDpi w14:val="300"/>
  <w15:docId w15:val="{9431C1E2-D1C3-45B5-8267-0AE5624D2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pPr>
      <w:spacing w:after="80"/>
    </w:pPr>
    <w:rPr>
      <w:rFonts w:ascii="Times New Roman" w:hAnsi="Times New Roman"/>
      <w:sz w:val="24"/>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Заголовок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pPr>
      <w:spacing w:after="120"/>
    </w:pPr>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after="120"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pPr>
      <w:spacing w:after="120"/>
    </w:pPr>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spacing w:after="120"/>
      <w:ind w:left="360"/>
      <w:contextualSpacing/>
    </w:pPr>
  </w:style>
  <w:style w:type="paragraph" w:styleId="26">
    <w:name w:val="List Continue 2"/>
    <w:basedOn w:val="a1"/>
    <w:uiPriority w:val="99"/>
    <w:unhideWhenUsed/>
    <w:rsid w:val="0029639D"/>
    <w:pPr>
      <w:spacing w:after="120"/>
      <w:ind w:left="720"/>
      <w:contextualSpacing/>
    </w:pPr>
  </w:style>
  <w:style w:type="paragraph" w:styleId="36">
    <w:name w:val="List Continue 3"/>
    <w:basedOn w:val="a1"/>
    <w:uiPriority w:val="99"/>
    <w:unhideWhenUsed/>
    <w:rsid w:val="0029639D"/>
    <w:pPr>
      <w:spacing w:after="120"/>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pproval">
    <w:name w:val="Approval"/>
    <w:qFormat/>
    <w:rsid w:val="00020B78"/>
    <w:pPr>
      <w:keepNext/>
      <w:suppressAutoHyphens/>
      <w:spacing w:after="0" w:line="240" w:lineRule="auto"/>
    </w:pPr>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18</Pages>
  <Words>8885</Words>
  <Characters>50646</Characters>
  <Application>Microsoft Office Word</Application>
  <DocSecurity>0</DocSecurity>
  <Lines>422</Lines>
  <Paragraphs>118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59413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Марина Бредгауэр</cp:lastModifiedBy>
  <cp:revision>19</cp:revision>
  <dcterms:created xsi:type="dcterms:W3CDTF">2026-10-15T09:40:00Z</dcterms:created>
  <dcterms:modified xsi:type="dcterms:W3CDTF">2026-11-05T06:54:00Z</dcterms:modified>
  <cp:category/>
</cp:coreProperties>
</file>